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4DE91" w14:textId="4ADCDEED" w:rsidR="00EB3686" w:rsidRPr="00211DD6" w:rsidRDefault="00EB3686" w:rsidP="0035275F">
      <w:pPr>
        <w:spacing w:after="0" w:line="360" w:lineRule="auto"/>
        <w:jc w:val="center"/>
        <w:rPr>
          <w:rFonts w:ascii="Times New Roman" w:hAnsi="Times New Roman" w:cs="Times New Roman"/>
          <w:b/>
          <w:sz w:val="28"/>
        </w:rPr>
      </w:pPr>
      <w:r w:rsidRPr="00211DD6">
        <w:rPr>
          <w:rFonts w:ascii="Times New Roman" w:hAnsi="Times New Roman" w:cs="Times New Roman"/>
          <w:b/>
          <w:noProof/>
          <w:sz w:val="28"/>
        </w:rPr>
        <w:drawing>
          <wp:anchor distT="0" distB="0" distL="114300" distR="114300" simplePos="0" relativeHeight="251659264" behindDoc="0" locked="0" layoutInCell="1" allowOverlap="1" wp14:anchorId="16AFBB4C" wp14:editId="7EDB7D57">
            <wp:simplePos x="0" y="0"/>
            <wp:positionH relativeFrom="column">
              <wp:posOffset>1637030</wp:posOffset>
            </wp:positionH>
            <wp:positionV relativeFrom="paragraph">
              <wp:posOffset>43910</wp:posOffset>
            </wp:positionV>
            <wp:extent cx="1836132" cy="2137719"/>
            <wp:effectExtent l="0" t="0" r="5715" b="0"/>
            <wp:wrapNone/>
            <wp:docPr id="13684677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67796" name="Picture 1368467796"/>
                    <pic:cNvPicPr/>
                  </pic:nvPicPr>
                  <pic:blipFill>
                    <a:blip r:embed="rId8"/>
                    <a:stretch>
                      <a:fillRect/>
                    </a:stretch>
                  </pic:blipFill>
                  <pic:spPr>
                    <a:xfrm>
                      <a:off x="0" y="0"/>
                      <a:ext cx="1836132" cy="2137719"/>
                    </a:xfrm>
                    <a:prstGeom prst="rect">
                      <a:avLst/>
                    </a:prstGeom>
                  </pic:spPr>
                </pic:pic>
              </a:graphicData>
            </a:graphic>
            <wp14:sizeRelH relativeFrom="page">
              <wp14:pctWidth>0</wp14:pctWidth>
            </wp14:sizeRelH>
            <wp14:sizeRelV relativeFrom="page">
              <wp14:pctHeight>0</wp14:pctHeight>
            </wp14:sizeRelV>
          </wp:anchor>
        </w:drawing>
      </w:r>
    </w:p>
    <w:p w14:paraId="4C9B3DA9" w14:textId="18007097" w:rsidR="00EB3686" w:rsidRPr="00211DD6" w:rsidRDefault="00EB3686" w:rsidP="0035275F">
      <w:pPr>
        <w:spacing w:after="0" w:line="360" w:lineRule="auto"/>
        <w:jc w:val="center"/>
        <w:rPr>
          <w:rFonts w:ascii="Times New Roman" w:hAnsi="Times New Roman" w:cs="Times New Roman"/>
          <w:b/>
          <w:sz w:val="28"/>
        </w:rPr>
      </w:pPr>
    </w:p>
    <w:p w14:paraId="7A996631" w14:textId="288F7880" w:rsidR="00EB3686" w:rsidRPr="00211DD6" w:rsidRDefault="00EB3686" w:rsidP="0035275F">
      <w:pPr>
        <w:spacing w:after="0" w:line="360" w:lineRule="auto"/>
        <w:jc w:val="center"/>
        <w:rPr>
          <w:rFonts w:ascii="Times New Roman" w:hAnsi="Times New Roman" w:cs="Times New Roman"/>
          <w:b/>
          <w:sz w:val="28"/>
        </w:rPr>
      </w:pPr>
    </w:p>
    <w:p w14:paraId="69F251EC" w14:textId="193AEEFB" w:rsidR="00EB3686" w:rsidRPr="00211DD6" w:rsidRDefault="00EB3686" w:rsidP="0035275F">
      <w:pPr>
        <w:spacing w:after="0" w:line="360" w:lineRule="auto"/>
        <w:jc w:val="center"/>
        <w:rPr>
          <w:rFonts w:ascii="Times New Roman" w:hAnsi="Times New Roman" w:cs="Times New Roman"/>
          <w:b/>
          <w:sz w:val="28"/>
        </w:rPr>
      </w:pPr>
    </w:p>
    <w:p w14:paraId="103DA8C6" w14:textId="52142840" w:rsidR="00EB3686" w:rsidRPr="00211DD6" w:rsidRDefault="00EB3686" w:rsidP="0035275F">
      <w:pPr>
        <w:spacing w:after="0" w:line="360" w:lineRule="auto"/>
        <w:jc w:val="center"/>
        <w:rPr>
          <w:rFonts w:ascii="Times New Roman" w:hAnsi="Times New Roman" w:cs="Times New Roman"/>
          <w:b/>
          <w:sz w:val="28"/>
        </w:rPr>
      </w:pPr>
    </w:p>
    <w:p w14:paraId="288065D5" w14:textId="42D35F1A" w:rsidR="00EB3686" w:rsidRPr="00211DD6" w:rsidRDefault="00EB3686" w:rsidP="0035275F">
      <w:pPr>
        <w:spacing w:after="0" w:line="360" w:lineRule="auto"/>
        <w:jc w:val="center"/>
        <w:rPr>
          <w:rFonts w:ascii="Times New Roman" w:hAnsi="Times New Roman" w:cs="Times New Roman"/>
          <w:b/>
          <w:sz w:val="28"/>
        </w:rPr>
      </w:pPr>
    </w:p>
    <w:p w14:paraId="60CF752B" w14:textId="77777777" w:rsidR="00EB3686" w:rsidRPr="00211DD6" w:rsidRDefault="00EB3686" w:rsidP="0035275F">
      <w:pPr>
        <w:spacing w:after="0" w:line="360" w:lineRule="auto"/>
        <w:jc w:val="center"/>
        <w:rPr>
          <w:rFonts w:ascii="Times New Roman" w:hAnsi="Times New Roman" w:cs="Times New Roman"/>
          <w:b/>
          <w:sz w:val="28"/>
        </w:rPr>
      </w:pPr>
    </w:p>
    <w:p w14:paraId="11CED5D4" w14:textId="77777777" w:rsidR="00EB3686" w:rsidRPr="00183D3A" w:rsidRDefault="00EB3686" w:rsidP="00211DD6">
      <w:pPr>
        <w:spacing w:after="0" w:line="360" w:lineRule="auto"/>
        <w:jc w:val="center"/>
        <w:rPr>
          <w:rFonts w:ascii="Times New Roman" w:hAnsi="Times New Roman" w:cs="Times New Roman"/>
          <w:b/>
          <w:sz w:val="24"/>
          <w:szCs w:val="24"/>
        </w:rPr>
      </w:pPr>
    </w:p>
    <w:p w14:paraId="46EDEC60" w14:textId="77777777" w:rsidR="00183D3A" w:rsidRPr="00183D3A" w:rsidRDefault="00183D3A" w:rsidP="00183D3A">
      <w:pPr>
        <w:spacing w:after="0" w:line="240" w:lineRule="auto"/>
        <w:jc w:val="center"/>
        <w:rPr>
          <w:rFonts w:ascii="Times New Roman" w:hAnsi="Times New Roman" w:cs="Times New Roman"/>
          <w:b/>
          <w:sz w:val="24"/>
          <w:szCs w:val="24"/>
        </w:rPr>
      </w:pPr>
    </w:p>
    <w:p w14:paraId="3091E7DB" w14:textId="77777777" w:rsidR="00EB3686" w:rsidRDefault="00211DD6" w:rsidP="00211DD6">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w:t>
      </w:r>
      <w:r w:rsidR="00EB3686" w:rsidRPr="00211DD6">
        <w:rPr>
          <w:rFonts w:ascii="Times New Roman" w:hAnsi="Times New Roman" w:cs="Times New Roman" w:hint="cs"/>
          <w:b/>
          <w:bCs/>
          <w:sz w:val="26"/>
          <w:szCs w:val="26"/>
        </w:rPr>
        <w:t>ANALISIS KOMUNIKASI ANTARBUDAYA TENAGA KERJA ASING DI HOTEL JEPANG: TANTANGAN BAHASA, ETIKA KERJA DAN STRATEGI ADAPTASI DI LINGKUNGAN HOSPITALITY INTERNASIONAL</w:t>
      </w:r>
      <w:r>
        <w:rPr>
          <w:rFonts w:ascii="Times New Roman" w:hAnsi="Times New Roman" w:cs="Times New Roman"/>
          <w:b/>
          <w:bCs/>
          <w:sz w:val="26"/>
          <w:szCs w:val="26"/>
        </w:rPr>
        <w:t>”</w:t>
      </w:r>
    </w:p>
    <w:p w14:paraId="68789340" w14:textId="77777777" w:rsidR="00211DD6" w:rsidRDefault="00211DD6" w:rsidP="00211DD6">
      <w:pPr>
        <w:autoSpaceDE w:val="0"/>
        <w:autoSpaceDN w:val="0"/>
        <w:adjustRightInd w:val="0"/>
        <w:spacing w:after="0" w:line="240" w:lineRule="auto"/>
        <w:jc w:val="center"/>
        <w:rPr>
          <w:rFonts w:ascii="Times New Roman" w:hAnsi="Times New Roman" w:cs="Times New Roman"/>
          <w:sz w:val="26"/>
          <w:szCs w:val="26"/>
        </w:rPr>
      </w:pPr>
    </w:p>
    <w:p w14:paraId="74B5DE28" w14:textId="77777777" w:rsidR="00183D3A" w:rsidRPr="00211DD6" w:rsidRDefault="00183D3A" w:rsidP="00211DD6">
      <w:pPr>
        <w:autoSpaceDE w:val="0"/>
        <w:autoSpaceDN w:val="0"/>
        <w:adjustRightInd w:val="0"/>
        <w:spacing w:after="0" w:line="240" w:lineRule="auto"/>
        <w:jc w:val="center"/>
        <w:rPr>
          <w:rFonts w:ascii="Times New Roman" w:hAnsi="Times New Roman" w:cs="Times New Roman"/>
          <w:sz w:val="26"/>
          <w:szCs w:val="26"/>
        </w:rPr>
      </w:pPr>
    </w:p>
    <w:p w14:paraId="0018918E" w14:textId="77777777" w:rsidR="00ED50F8" w:rsidRDefault="00EB3686" w:rsidP="00211DD6">
      <w:pPr>
        <w:spacing w:after="0" w:line="360" w:lineRule="auto"/>
        <w:jc w:val="center"/>
        <w:rPr>
          <w:rFonts w:ascii="Times New Roman" w:eastAsia="AppleExternalUIFontJapanese-W3" w:hAnsi="Times New Roman" w:cs="Times New Roman"/>
          <w:sz w:val="26"/>
          <w:szCs w:val="26"/>
          <w:lang w:eastAsia="ja-JP"/>
        </w:rPr>
      </w:pPr>
      <w:r w:rsidRPr="00211DD6">
        <w:rPr>
          <w:rFonts w:ascii="Times New Roman" w:eastAsia="AppleExternalUIFontJapanese-W3" w:hAnsi="Times New Roman" w:cs="Times New Roman" w:hint="cs"/>
          <w:sz w:val="26"/>
          <w:szCs w:val="26"/>
          <w:lang w:eastAsia="ja-JP"/>
        </w:rPr>
        <w:t>日本における外国人ホテル労働者の異文化間コミュニケーション</w:t>
      </w:r>
    </w:p>
    <w:p w14:paraId="4994B327" w14:textId="77777777" w:rsidR="00EB3686" w:rsidRPr="00211DD6" w:rsidRDefault="0008568C" w:rsidP="00211DD6">
      <w:pPr>
        <w:spacing w:after="0" w:line="360" w:lineRule="auto"/>
        <w:jc w:val="center"/>
        <w:rPr>
          <w:rFonts w:ascii="Times New Roman" w:eastAsia="AppleExternalUIFontJapanese-W3" w:hAnsi="Times New Roman" w:cs="Times New Roman"/>
          <w:sz w:val="26"/>
          <w:szCs w:val="26"/>
          <w:lang w:eastAsia="ja-JP"/>
        </w:rPr>
      </w:pPr>
      <w:r w:rsidRPr="0008568C">
        <w:rPr>
          <w:rFonts w:ascii="Times New Roman" w:eastAsia="AppleExternalUIFontJapanese-W3" w:hAnsi="Times New Roman" w:cs="Times New Roman" w:hint="cs"/>
          <w:sz w:val="26"/>
          <w:szCs w:val="26"/>
          <w:lang w:eastAsia="ja-JP"/>
        </w:rPr>
        <w:t>分</w:t>
      </w:r>
      <w:r w:rsidR="00EB3686" w:rsidRPr="0008568C">
        <w:rPr>
          <w:rFonts w:ascii="Times New Roman" w:eastAsia="AppleExternalUIFontJapanese-W3" w:hAnsi="Times New Roman" w:cs="Times New Roman" w:hint="cs"/>
          <w:sz w:val="26"/>
          <w:szCs w:val="26"/>
          <w:lang w:eastAsia="ja-JP"/>
        </w:rPr>
        <w:t>析</w:t>
      </w:r>
      <w:r w:rsidR="00EB3686" w:rsidRPr="00211DD6">
        <w:rPr>
          <w:rFonts w:ascii="Times New Roman" w:eastAsia="AppleExternalUIFontJapanese-W3" w:hAnsi="Times New Roman" w:cs="Times New Roman" w:hint="cs"/>
          <w:sz w:val="26"/>
          <w:szCs w:val="26"/>
          <w:lang w:eastAsia="ja-JP"/>
        </w:rPr>
        <w:t>：言語</w:t>
      </w:r>
      <w:r w:rsidR="00211DD6">
        <w:rPr>
          <w:rFonts w:ascii="Times New Roman" w:eastAsia="AppleExternalUIFontJapanese-W3" w:hAnsi="Times New Roman" w:cs="Times New Roman"/>
          <w:sz w:val="26"/>
          <w:szCs w:val="26"/>
          <w:lang w:eastAsia="ja-JP"/>
        </w:rPr>
        <w:t xml:space="preserve">, </w:t>
      </w:r>
      <w:r w:rsidR="00EB3686" w:rsidRPr="00211DD6">
        <w:rPr>
          <w:rFonts w:ascii="Times New Roman" w:eastAsia="AppleExternalUIFontJapanese-W3" w:hAnsi="Times New Roman" w:cs="Times New Roman" w:hint="cs"/>
          <w:sz w:val="26"/>
          <w:szCs w:val="26"/>
          <w:lang w:eastAsia="ja-JP"/>
        </w:rPr>
        <w:t>労働倫理の課題と国際ホスピタリティ環境での適応戦略</w:t>
      </w:r>
    </w:p>
    <w:p w14:paraId="68A9AC58" w14:textId="77777777" w:rsidR="00EB3686" w:rsidRPr="00211DD6" w:rsidRDefault="00EB3686" w:rsidP="00211DD6">
      <w:pPr>
        <w:spacing w:after="0" w:line="360" w:lineRule="auto"/>
        <w:jc w:val="center"/>
        <w:rPr>
          <w:rFonts w:ascii="Times New Roman" w:eastAsia="AppleExternalUIFontJapanese-W3" w:hAnsi="Times New Roman" w:cs="Times New Roman"/>
          <w:sz w:val="26"/>
          <w:szCs w:val="26"/>
          <w:lang w:eastAsia="ja-JP"/>
        </w:rPr>
      </w:pPr>
    </w:p>
    <w:p w14:paraId="504596E4" w14:textId="77777777" w:rsidR="00EB3686" w:rsidRDefault="00EB3686" w:rsidP="00522DE4">
      <w:pPr>
        <w:spacing w:after="0" w:line="360" w:lineRule="auto"/>
        <w:jc w:val="center"/>
        <w:rPr>
          <w:rFonts w:ascii="Times New Roman" w:eastAsia="AppleExternalUIFontJapanese-W3" w:hAnsi="Times New Roman" w:cs="Times New Roman"/>
          <w:b/>
          <w:bCs/>
          <w:sz w:val="26"/>
          <w:szCs w:val="26"/>
          <w:lang w:eastAsia="ja-JP"/>
        </w:rPr>
      </w:pPr>
      <w:r w:rsidRPr="00211DD6">
        <w:rPr>
          <w:rFonts w:ascii="Times New Roman" w:eastAsia="AppleExternalUIFontJapanese-W3" w:hAnsi="Times New Roman" w:cs="Times New Roman" w:hint="cs"/>
          <w:b/>
          <w:bCs/>
          <w:sz w:val="26"/>
          <w:szCs w:val="26"/>
          <w:lang w:eastAsia="ja-JP"/>
        </w:rPr>
        <w:t>TUGAS AKHIR</w:t>
      </w:r>
    </w:p>
    <w:p w14:paraId="18BA8A63" w14:textId="77777777" w:rsidR="00522DE4" w:rsidRPr="00522DE4" w:rsidRDefault="00522DE4" w:rsidP="00522DE4">
      <w:pPr>
        <w:spacing w:after="0" w:line="360" w:lineRule="auto"/>
        <w:jc w:val="center"/>
        <w:rPr>
          <w:rFonts w:ascii="Times New Roman" w:eastAsia="AppleExternalUIFontJapanese-W3" w:hAnsi="Times New Roman" w:cs="Times New Roman"/>
          <w:b/>
          <w:bCs/>
          <w:sz w:val="26"/>
          <w:szCs w:val="26"/>
          <w:lang w:eastAsia="ja-JP"/>
        </w:rPr>
      </w:pPr>
    </w:p>
    <w:p w14:paraId="475BBE79" w14:textId="77777777" w:rsidR="00EB3686" w:rsidRPr="00211DD6" w:rsidRDefault="00EB3686" w:rsidP="00211DD6">
      <w:pPr>
        <w:autoSpaceDE w:val="0"/>
        <w:autoSpaceDN w:val="0"/>
        <w:adjustRightInd w:val="0"/>
        <w:spacing w:after="0" w:line="240" w:lineRule="auto"/>
        <w:jc w:val="center"/>
        <w:rPr>
          <w:rFonts w:ascii="Times New Roman" w:hAnsi="Times New Roman" w:cs="Times New Roman"/>
          <w:sz w:val="26"/>
          <w:szCs w:val="26"/>
        </w:rPr>
      </w:pPr>
      <w:proofErr w:type="spellStart"/>
      <w:r w:rsidRPr="00211DD6">
        <w:rPr>
          <w:rFonts w:ascii="Times New Roman" w:hAnsi="Times New Roman" w:cs="Times New Roman" w:hint="cs"/>
          <w:sz w:val="26"/>
          <w:szCs w:val="26"/>
        </w:rPr>
        <w:t>Diajukan</w:t>
      </w:r>
      <w:proofErr w:type="spellEnd"/>
      <w:r w:rsidRPr="00211DD6">
        <w:rPr>
          <w:rFonts w:ascii="Times New Roman" w:hAnsi="Times New Roman" w:cs="Times New Roman" w:hint="cs"/>
          <w:sz w:val="26"/>
          <w:szCs w:val="26"/>
        </w:rPr>
        <w:t xml:space="preserve"> </w:t>
      </w:r>
      <w:proofErr w:type="spellStart"/>
      <w:r w:rsidRPr="00211DD6">
        <w:rPr>
          <w:rFonts w:ascii="Times New Roman" w:hAnsi="Times New Roman" w:cs="Times New Roman" w:hint="cs"/>
          <w:sz w:val="26"/>
          <w:szCs w:val="26"/>
        </w:rPr>
        <w:t>sebagai</w:t>
      </w:r>
      <w:proofErr w:type="spellEnd"/>
      <w:r w:rsidRPr="00211DD6">
        <w:rPr>
          <w:rFonts w:ascii="Times New Roman" w:hAnsi="Times New Roman" w:cs="Times New Roman" w:hint="cs"/>
          <w:sz w:val="26"/>
          <w:szCs w:val="26"/>
        </w:rPr>
        <w:t xml:space="preserve"> Salah </w:t>
      </w:r>
      <w:proofErr w:type="spellStart"/>
      <w:r w:rsidRPr="00211DD6">
        <w:rPr>
          <w:rFonts w:ascii="Times New Roman" w:hAnsi="Times New Roman" w:cs="Times New Roman" w:hint="cs"/>
          <w:sz w:val="26"/>
          <w:szCs w:val="26"/>
        </w:rPr>
        <w:t>satu</w:t>
      </w:r>
      <w:proofErr w:type="spellEnd"/>
      <w:r w:rsidRPr="00211DD6">
        <w:rPr>
          <w:rFonts w:ascii="Times New Roman" w:hAnsi="Times New Roman" w:cs="Times New Roman" w:hint="cs"/>
          <w:sz w:val="26"/>
          <w:szCs w:val="26"/>
        </w:rPr>
        <w:t xml:space="preserve"> </w:t>
      </w:r>
      <w:proofErr w:type="spellStart"/>
      <w:r w:rsidRPr="00211DD6">
        <w:rPr>
          <w:rFonts w:ascii="Times New Roman" w:hAnsi="Times New Roman" w:cs="Times New Roman" w:hint="cs"/>
          <w:sz w:val="26"/>
          <w:szCs w:val="26"/>
        </w:rPr>
        <w:t>Syarat</w:t>
      </w:r>
      <w:proofErr w:type="spellEnd"/>
      <w:r w:rsidRPr="00211DD6">
        <w:rPr>
          <w:rFonts w:ascii="Times New Roman" w:hAnsi="Times New Roman" w:cs="Times New Roman" w:hint="cs"/>
          <w:sz w:val="26"/>
          <w:szCs w:val="26"/>
        </w:rPr>
        <w:t xml:space="preserve"> </w:t>
      </w:r>
      <w:proofErr w:type="spellStart"/>
      <w:r w:rsidRPr="00211DD6">
        <w:rPr>
          <w:rFonts w:ascii="Times New Roman" w:hAnsi="Times New Roman" w:cs="Times New Roman" w:hint="cs"/>
          <w:sz w:val="26"/>
          <w:szCs w:val="26"/>
        </w:rPr>
        <w:t>untuk</w:t>
      </w:r>
      <w:proofErr w:type="spellEnd"/>
      <w:r w:rsidRPr="00211DD6">
        <w:rPr>
          <w:rFonts w:ascii="Times New Roman" w:hAnsi="Times New Roman" w:cs="Times New Roman" w:hint="cs"/>
          <w:sz w:val="26"/>
          <w:szCs w:val="26"/>
        </w:rPr>
        <w:t xml:space="preserve"> </w:t>
      </w:r>
      <w:proofErr w:type="spellStart"/>
      <w:r w:rsidRPr="00211DD6">
        <w:rPr>
          <w:rFonts w:ascii="Times New Roman" w:hAnsi="Times New Roman" w:cs="Times New Roman" w:hint="cs"/>
          <w:sz w:val="26"/>
          <w:szCs w:val="26"/>
        </w:rPr>
        <w:t>Memperoleh</w:t>
      </w:r>
      <w:proofErr w:type="spellEnd"/>
    </w:p>
    <w:p w14:paraId="25A6FEE0" w14:textId="77777777" w:rsidR="00EB3686" w:rsidRPr="00211DD6" w:rsidRDefault="00EB3686" w:rsidP="00211DD6">
      <w:pPr>
        <w:autoSpaceDE w:val="0"/>
        <w:autoSpaceDN w:val="0"/>
        <w:adjustRightInd w:val="0"/>
        <w:spacing w:after="0" w:line="240" w:lineRule="auto"/>
        <w:jc w:val="center"/>
        <w:rPr>
          <w:rFonts w:ascii="Times New Roman" w:hAnsi="Times New Roman" w:cs="Times New Roman"/>
          <w:sz w:val="26"/>
          <w:szCs w:val="26"/>
        </w:rPr>
      </w:pPr>
      <w:r w:rsidRPr="00211DD6">
        <w:rPr>
          <w:rFonts w:ascii="Times New Roman" w:hAnsi="Times New Roman" w:cs="Times New Roman" w:hint="cs"/>
          <w:sz w:val="26"/>
          <w:szCs w:val="26"/>
        </w:rPr>
        <w:t xml:space="preserve">Gelar Sarjana </w:t>
      </w:r>
      <w:proofErr w:type="spellStart"/>
      <w:r w:rsidRPr="00211DD6">
        <w:rPr>
          <w:rFonts w:ascii="Times New Roman" w:hAnsi="Times New Roman" w:cs="Times New Roman" w:hint="cs"/>
          <w:sz w:val="26"/>
          <w:szCs w:val="26"/>
        </w:rPr>
        <w:t>Terapan</w:t>
      </w:r>
      <w:proofErr w:type="spellEnd"/>
      <w:r w:rsidRPr="00211DD6">
        <w:rPr>
          <w:rFonts w:ascii="Times New Roman" w:hAnsi="Times New Roman" w:cs="Times New Roman" w:hint="cs"/>
          <w:sz w:val="26"/>
          <w:szCs w:val="26"/>
        </w:rPr>
        <w:t xml:space="preserve"> Program Studi </w:t>
      </w:r>
      <w:proofErr w:type="spellStart"/>
      <w:r w:rsidRPr="00211DD6">
        <w:rPr>
          <w:rFonts w:ascii="Times New Roman" w:hAnsi="Times New Roman" w:cs="Times New Roman" w:hint="cs"/>
          <w:sz w:val="26"/>
          <w:szCs w:val="26"/>
        </w:rPr>
        <w:t>S.Tr</w:t>
      </w:r>
      <w:proofErr w:type="spellEnd"/>
      <w:r w:rsidRPr="00211DD6">
        <w:rPr>
          <w:rFonts w:ascii="Times New Roman" w:hAnsi="Times New Roman" w:cs="Times New Roman" w:hint="cs"/>
          <w:sz w:val="26"/>
          <w:szCs w:val="26"/>
        </w:rPr>
        <w:t xml:space="preserve">. Bahasa Asing </w:t>
      </w:r>
      <w:proofErr w:type="spellStart"/>
      <w:r w:rsidRPr="00211DD6">
        <w:rPr>
          <w:rFonts w:ascii="Times New Roman" w:hAnsi="Times New Roman" w:cs="Times New Roman" w:hint="cs"/>
          <w:sz w:val="26"/>
          <w:szCs w:val="26"/>
        </w:rPr>
        <w:t>Terapan</w:t>
      </w:r>
      <w:proofErr w:type="spellEnd"/>
    </w:p>
    <w:p w14:paraId="128CA5D4" w14:textId="77777777" w:rsidR="00211DD6" w:rsidRPr="00211DD6" w:rsidRDefault="00EB3686" w:rsidP="00211DD6">
      <w:pPr>
        <w:spacing w:after="0" w:line="360" w:lineRule="auto"/>
        <w:jc w:val="center"/>
        <w:rPr>
          <w:rFonts w:ascii="Times New Roman" w:hAnsi="Times New Roman" w:cs="Times New Roman"/>
          <w:sz w:val="26"/>
          <w:szCs w:val="26"/>
        </w:rPr>
      </w:pPr>
      <w:proofErr w:type="spellStart"/>
      <w:r w:rsidRPr="00211DD6">
        <w:rPr>
          <w:rFonts w:ascii="Times New Roman" w:hAnsi="Times New Roman" w:cs="Times New Roman" w:hint="cs"/>
          <w:sz w:val="26"/>
          <w:szCs w:val="26"/>
        </w:rPr>
        <w:t>Sekolah</w:t>
      </w:r>
      <w:proofErr w:type="spellEnd"/>
      <w:r w:rsidRPr="00211DD6">
        <w:rPr>
          <w:rFonts w:ascii="Times New Roman" w:hAnsi="Times New Roman" w:cs="Times New Roman" w:hint="cs"/>
          <w:sz w:val="26"/>
          <w:szCs w:val="26"/>
        </w:rPr>
        <w:t xml:space="preserve"> </w:t>
      </w:r>
      <w:proofErr w:type="spellStart"/>
      <w:r w:rsidRPr="00211DD6">
        <w:rPr>
          <w:rFonts w:ascii="Times New Roman" w:hAnsi="Times New Roman" w:cs="Times New Roman" w:hint="cs"/>
          <w:sz w:val="26"/>
          <w:szCs w:val="26"/>
        </w:rPr>
        <w:t>Vokasi</w:t>
      </w:r>
      <w:proofErr w:type="spellEnd"/>
      <w:r w:rsidRPr="00211DD6">
        <w:rPr>
          <w:rFonts w:ascii="Times New Roman" w:hAnsi="Times New Roman" w:cs="Times New Roman" w:hint="cs"/>
          <w:sz w:val="26"/>
          <w:szCs w:val="26"/>
        </w:rPr>
        <w:t xml:space="preserve"> Universitas </w:t>
      </w:r>
      <w:proofErr w:type="spellStart"/>
      <w:r w:rsidRPr="00211DD6">
        <w:rPr>
          <w:rFonts w:ascii="Times New Roman" w:hAnsi="Times New Roman" w:cs="Times New Roman" w:hint="cs"/>
          <w:sz w:val="26"/>
          <w:szCs w:val="26"/>
        </w:rPr>
        <w:t>Diponegoro</w:t>
      </w:r>
      <w:proofErr w:type="spellEnd"/>
      <w:r w:rsidRPr="00211DD6">
        <w:rPr>
          <w:rFonts w:ascii="Times New Roman" w:hAnsi="Times New Roman" w:cs="Times New Roman" w:hint="cs"/>
          <w:sz w:val="26"/>
          <w:szCs w:val="26"/>
        </w:rPr>
        <w:t xml:space="preserve"> Semarang</w:t>
      </w:r>
    </w:p>
    <w:p w14:paraId="38C27050" w14:textId="77777777" w:rsidR="00183D3A" w:rsidRDefault="00183D3A" w:rsidP="00211DD6">
      <w:pPr>
        <w:spacing w:after="0" w:line="360" w:lineRule="auto"/>
        <w:jc w:val="center"/>
        <w:rPr>
          <w:rFonts w:ascii="Times New Roman" w:hAnsi="Times New Roman" w:cs="Times New Roman"/>
          <w:sz w:val="26"/>
          <w:szCs w:val="26"/>
        </w:rPr>
      </w:pPr>
    </w:p>
    <w:p w14:paraId="165B6CAE" w14:textId="77777777" w:rsidR="00211DD6" w:rsidRDefault="00211DD6" w:rsidP="00211DD6">
      <w:pPr>
        <w:spacing w:after="0" w:line="360" w:lineRule="auto"/>
        <w:jc w:val="center"/>
        <w:rPr>
          <w:rFonts w:ascii="Times New Roman" w:hAnsi="Times New Roman" w:cs="Times New Roman"/>
          <w:sz w:val="26"/>
          <w:szCs w:val="26"/>
        </w:rPr>
      </w:pPr>
      <w:r w:rsidRPr="00211DD6">
        <w:rPr>
          <w:rFonts w:ascii="Times New Roman" w:hAnsi="Times New Roman" w:cs="Times New Roman" w:hint="cs"/>
          <w:sz w:val="26"/>
          <w:szCs w:val="26"/>
        </w:rPr>
        <w:t xml:space="preserve">Oleh: </w:t>
      </w:r>
    </w:p>
    <w:p w14:paraId="4C650ADA" w14:textId="77777777" w:rsidR="000D489B" w:rsidRPr="000D489B" w:rsidRDefault="000D489B" w:rsidP="000D489B">
      <w:pPr>
        <w:spacing w:after="0" w:line="360" w:lineRule="auto"/>
        <w:jc w:val="center"/>
        <w:rPr>
          <w:rFonts w:ascii="Times New Roman" w:hAnsi="Times New Roman" w:cs="Times New Roman"/>
          <w:b/>
          <w:bCs/>
          <w:sz w:val="26"/>
          <w:szCs w:val="26"/>
        </w:rPr>
      </w:pPr>
      <w:r w:rsidRPr="000D489B">
        <w:rPr>
          <w:rFonts w:ascii="Times New Roman" w:hAnsi="Times New Roman" w:cs="Times New Roman"/>
          <w:b/>
          <w:bCs/>
          <w:sz w:val="26"/>
          <w:szCs w:val="26"/>
        </w:rPr>
        <w:t>Ariessy Apriola</w:t>
      </w:r>
    </w:p>
    <w:p w14:paraId="5B5E3D83" w14:textId="77777777" w:rsidR="00183D3A" w:rsidRDefault="000D489B" w:rsidP="000D489B">
      <w:pPr>
        <w:spacing w:after="0" w:line="360" w:lineRule="auto"/>
        <w:jc w:val="center"/>
        <w:rPr>
          <w:rFonts w:ascii="Times New Roman" w:hAnsi="Times New Roman" w:cs="Times New Roman"/>
          <w:b/>
          <w:bCs/>
          <w:sz w:val="26"/>
          <w:szCs w:val="26"/>
        </w:rPr>
      </w:pPr>
      <w:r w:rsidRPr="000D489B">
        <w:rPr>
          <w:rFonts w:ascii="Times New Roman" w:hAnsi="Times New Roman" w:cs="Times New Roman"/>
          <w:b/>
          <w:bCs/>
          <w:sz w:val="26"/>
          <w:szCs w:val="26"/>
        </w:rPr>
        <w:t>40020522650103</w:t>
      </w:r>
    </w:p>
    <w:p w14:paraId="496AAF25" w14:textId="77777777" w:rsidR="00ED50F8" w:rsidRPr="00211DD6" w:rsidRDefault="00ED50F8" w:rsidP="00211DD6">
      <w:pPr>
        <w:spacing w:after="0" w:line="360" w:lineRule="auto"/>
        <w:jc w:val="center"/>
        <w:rPr>
          <w:rFonts w:ascii="Times New Roman" w:hAnsi="Times New Roman" w:cs="Times New Roman"/>
          <w:b/>
          <w:bCs/>
          <w:sz w:val="26"/>
          <w:szCs w:val="26"/>
        </w:rPr>
      </w:pPr>
    </w:p>
    <w:p w14:paraId="1CCDEF24" w14:textId="77777777" w:rsidR="00211DD6" w:rsidRPr="00211DD6" w:rsidRDefault="00211DD6" w:rsidP="00211DD6">
      <w:pPr>
        <w:autoSpaceDE w:val="0"/>
        <w:autoSpaceDN w:val="0"/>
        <w:adjustRightInd w:val="0"/>
        <w:spacing w:after="0" w:line="240" w:lineRule="auto"/>
        <w:jc w:val="center"/>
        <w:rPr>
          <w:rFonts w:ascii="Times New Roman" w:hAnsi="Times New Roman" w:cs="Times New Roman"/>
          <w:sz w:val="26"/>
          <w:szCs w:val="26"/>
        </w:rPr>
      </w:pPr>
      <w:r w:rsidRPr="00211DD6">
        <w:rPr>
          <w:rFonts w:ascii="Times New Roman" w:hAnsi="Times New Roman" w:cs="Times New Roman" w:hint="cs"/>
          <w:b/>
          <w:bCs/>
          <w:sz w:val="26"/>
          <w:szCs w:val="26"/>
        </w:rPr>
        <w:t>PROGRAM STUDI BAHASA ASING TERAPAN</w:t>
      </w:r>
    </w:p>
    <w:p w14:paraId="235C039C" w14:textId="77777777" w:rsidR="00211DD6" w:rsidRPr="00211DD6" w:rsidRDefault="00211DD6" w:rsidP="00211DD6">
      <w:pPr>
        <w:autoSpaceDE w:val="0"/>
        <w:autoSpaceDN w:val="0"/>
        <w:adjustRightInd w:val="0"/>
        <w:spacing w:after="0" w:line="240" w:lineRule="auto"/>
        <w:jc w:val="center"/>
        <w:rPr>
          <w:rFonts w:ascii="Times New Roman" w:hAnsi="Times New Roman" w:cs="Times New Roman"/>
          <w:sz w:val="26"/>
          <w:szCs w:val="26"/>
        </w:rPr>
      </w:pPr>
      <w:r w:rsidRPr="00211DD6">
        <w:rPr>
          <w:rFonts w:ascii="Times New Roman" w:hAnsi="Times New Roman" w:cs="Times New Roman" w:hint="cs"/>
          <w:b/>
          <w:bCs/>
          <w:sz w:val="26"/>
          <w:szCs w:val="26"/>
        </w:rPr>
        <w:t>SEKOLAH VOKASI</w:t>
      </w:r>
    </w:p>
    <w:p w14:paraId="1C032EBF" w14:textId="77777777" w:rsidR="00211DD6" w:rsidRPr="00211DD6" w:rsidRDefault="00211DD6" w:rsidP="00211DD6">
      <w:pPr>
        <w:autoSpaceDE w:val="0"/>
        <w:autoSpaceDN w:val="0"/>
        <w:adjustRightInd w:val="0"/>
        <w:spacing w:after="0" w:line="240" w:lineRule="auto"/>
        <w:jc w:val="center"/>
        <w:rPr>
          <w:rFonts w:ascii="Times New Roman" w:hAnsi="Times New Roman" w:cs="Times New Roman"/>
          <w:sz w:val="26"/>
          <w:szCs w:val="26"/>
        </w:rPr>
      </w:pPr>
      <w:r w:rsidRPr="00211DD6">
        <w:rPr>
          <w:rFonts w:ascii="Times New Roman" w:hAnsi="Times New Roman" w:cs="Times New Roman" w:hint="cs"/>
          <w:b/>
          <w:bCs/>
          <w:sz w:val="26"/>
          <w:szCs w:val="26"/>
        </w:rPr>
        <w:t>UNIVERSITAS DIPONEGORO SEMARANG</w:t>
      </w:r>
    </w:p>
    <w:p w14:paraId="41251C45" w14:textId="77777777" w:rsidR="00211DD6" w:rsidRPr="00211DD6" w:rsidRDefault="00211DD6" w:rsidP="00211DD6">
      <w:pPr>
        <w:autoSpaceDE w:val="0"/>
        <w:autoSpaceDN w:val="0"/>
        <w:adjustRightInd w:val="0"/>
        <w:spacing w:after="0" w:line="240" w:lineRule="auto"/>
        <w:jc w:val="center"/>
        <w:rPr>
          <w:rFonts w:ascii="Times New Roman" w:hAnsi="Times New Roman" w:cs="Times New Roman"/>
          <w:sz w:val="26"/>
          <w:szCs w:val="26"/>
        </w:rPr>
      </w:pPr>
      <w:r w:rsidRPr="00211DD6">
        <w:rPr>
          <w:rFonts w:ascii="Times New Roman" w:hAnsi="Times New Roman" w:cs="Times New Roman" w:hint="cs"/>
          <w:b/>
          <w:bCs/>
          <w:sz w:val="26"/>
          <w:szCs w:val="26"/>
        </w:rPr>
        <w:t>SEMARANG</w:t>
      </w:r>
    </w:p>
    <w:p w14:paraId="47BA5676" w14:textId="77777777" w:rsidR="00EB4EA3" w:rsidRDefault="00211DD6" w:rsidP="00211DD6">
      <w:pPr>
        <w:spacing w:after="0" w:line="360" w:lineRule="auto"/>
        <w:jc w:val="center"/>
        <w:rPr>
          <w:rFonts w:ascii="Times New Roman" w:hAnsi="Times New Roman"/>
          <w:b/>
          <w:sz w:val="28"/>
          <w:lang w:eastAsia="ja-JP"/>
        </w:rPr>
      </w:pPr>
      <w:r w:rsidRPr="00211DD6">
        <w:rPr>
          <w:rFonts w:ascii="Times New Roman" w:hAnsi="Times New Roman" w:cs="Times New Roman" w:hint="cs"/>
          <w:b/>
          <w:bCs/>
          <w:sz w:val="26"/>
          <w:szCs w:val="26"/>
        </w:rPr>
        <w:t>2026</w:t>
      </w:r>
      <w:r>
        <w:rPr>
          <w:rFonts w:ascii="AppleSystemUIFont" w:hAnsi="AppleSystemUIFont" w:cs="AppleSystemUIFont"/>
          <w:sz w:val="26"/>
          <w:szCs w:val="26"/>
        </w:rPr>
        <w:t xml:space="preserve"> </w:t>
      </w:r>
      <w:r w:rsidR="00EB4EA3">
        <w:rPr>
          <w:rFonts w:ascii="Times New Roman" w:hAnsi="Times New Roman"/>
          <w:b/>
          <w:sz w:val="28"/>
          <w:lang w:eastAsia="ja-JP"/>
        </w:rPr>
        <w:br w:type="page"/>
      </w:r>
    </w:p>
    <w:p w14:paraId="17261EA9" w14:textId="22A48ED3" w:rsidR="001418EE" w:rsidRDefault="001418EE" w:rsidP="00211DD6">
      <w:pPr>
        <w:spacing w:after="0" w:line="360" w:lineRule="auto"/>
        <w:jc w:val="center"/>
        <w:rPr>
          <w:rFonts w:ascii="Times New Roman" w:hAnsi="Times New Roman"/>
          <w:b/>
          <w:sz w:val="28"/>
          <w:lang w:eastAsia="ja-JP"/>
        </w:rPr>
      </w:pPr>
      <w:r>
        <w:rPr>
          <w:rFonts w:ascii="Times New Roman" w:hAnsi="Times New Roman"/>
          <w:b/>
          <w:noProof/>
          <w:sz w:val="28"/>
          <w:lang w:eastAsia="ja-JP"/>
        </w:rPr>
        <w:drawing>
          <wp:anchor distT="0" distB="0" distL="114300" distR="114300" simplePos="0" relativeHeight="251666432" behindDoc="0" locked="0" layoutInCell="1" allowOverlap="1" wp14:anchorId="2094EFAB" wp14:editId="4C7465B0">
            <wp:simplePos x="0" y="0"/>
            <wp:positionH relativeFrom="column">
              <wp:posOffset>-772360</wp:posOffset>
            </wp:positionH>
            <wp:positionV relativeFrom="paragraph">
              <wp:posOffset>-771910</wp:posOffset>
            </wp:positionV>
            <wp:extent cx="6400087" cy="10058400"/>
            <wp:effectExtent l="0" t="0" r="1270" b="0"/>
            <wp:wrapNone/>
            <wp:docPr id="3627812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81210" name="Picture 362781210"/>
                    <pic:cNvPicPr/>
                  </pic:nvPicPr>
                  <pic:blipFill>
                    <a:blip r:embed="rId9"/>
                    <a:stretch>
                      <a:fillRect/>
                    </a:stretch>
                  </pic:blipFill>
                  <pic:spPr>
                    <a:xfrm>
                      <a:off x="0" y="0"/>
                      <a:ext cx="6426074" cy="10099242"/>
                    </a:xfrm>
                    <a:prstGeom prst="rect">
                      <a:avLst/>
                    </a:prstGeom>
                  </pic:spPr>
                </pic:pic>
              </a:graphicData>
            </a:graphic>
            <wp14:sizeRelH relativeFrom="page">
              <wp14:pctWidth>0</wp14:pctWidth>
            </wp14:sizeRelH>
            <wp14:sizeRelV relativeFrom="page">
              <wp14:pctHeight>0</wp14:pctHeight>
            </wp14:sizeRelV>
          </wp:anchor>
        </w:drawing>
      </w:r>
    </w:p>
    <w:p w14:paraId="43B26E8B" w14:textId="1ED35082" w:rsidR="001418EE" w:rsidRDefault="001418EE" w:rsidP="00211DD6">
      <w:pPr>
        <w:spacing w:after="0" w:line="360" w:lineRule="auto"/>
        <w:jc w:val="center"/>
        <w:rPr>
          <w:rFonts w:ascii="Times New Roman" w:hAnsi="Times New Roman"/>
          <w:b/>
          <w:sz w:val="28"/>
          <w:lang w:eastAsia="ja-JP"/>
        </w:rPr>
      </w:pPr>
    </w:p>
    <w:p w14:paraId="308CAF63" w14:textId="0A652E3E" w:rsidR="001418EE" w:rsidRDefault="001418EE" w:rsidP="00211DD6">
      <w:pPr>
        <w:spacing w:after="0" w:line="360" w:lineRule="auto"/>
        <w:jc w:val="center"/>
        <w:rPr>
          <w:rFonts w:ascii="Times New Roman" w:hAnsi="Times New Roman"/>
          <w:b/>
          <w:sz w:val="28"/>
          <w:lang w:eastAsia="ja-JP"/>
        </w:rPr>
      </w:pPr>
    </w:p>
    <w:p w14:paraId="323A4600" w14:textId="0BD70235" w:rsidR="001418EE" w:rsidRDefault="001418EE" w:rsidP="00211DD6">
      <w:pPr>
        <w:spacing w:after="0" w:line="360" w:lineRule="auto"/>
        <w:jc w:val="center"/>
        <w:rPr>
          <w:rFonts w:ascii="Times New Roman" w:hAnsi="Times New Roman"/>
          <w:b/>
          <w:sz w:val="28"/>
          <w:lang w:eastAsia="ja-JP"/>
        </w:rPr>
      </w:pPr>
    </w:p>
    <w:p w14:paraId="00923630" w14:textId="5D1ABC66" w:rsidR="001418EE" w:rsidRDefault="001418EE" w:rsidP="00211DD6">
      <w:pPr>
        <w:spacing w:after="0" w:line="360" w:lineRule="auto"/>
        <w:jc w:val="center"/>
        <w:rPr>
          <w:rFonts w:ascii="Times New Roman" w:hAnsi="Times New Roman"/>
          <w:b/>
          <w:sz w:val="28"/>
          <w:lang w:eastAsia="ja-JP"/>
        </w:rPr>
      </w:pPr>
    </w:p>
    <w:p w14:paraId="6CE0BE85" w14:textId="28536709" w:rsidR="001418EE" w:rsidRDefault="001418EE" w:rsidP="00211DD6">
      <w:pPr>
        <w:spacing w:after="0" w:line="360" w:lineRule="auto"/>
        <w:jc w:val="center"/>
        <w:rPr>
          <w:rFonts w:ascii="Times New Roman" w:hAnsi="Times New Roman"/>
          <w:b/>
          <w:sz w:val="28"/>
          <w:lang w:eastAsia="ja-JP"/>
        </w:rPr>
      </w:pPr>
    </w:p>
    <w:p w14:paraId="39C41DA0" w14:textId="77777777" w:rsidR="001418EE" w:rsidRDefault="001418EE" w:rsidP="00211DD6">
      <w:pPr>
        <w:spacing w:after="0" w:line="360" w:lineRule="auto"/>
        <w:jc w:val="center"/>
        <w:rPr>
          <w:rFonts w:ascii="Times New Roman" w:hAnsi="Times New Roman"/>
          <w:b/>
          <w:sz w:val="28"/>
          <w:lang w:eastAsia="ja-JP"/>
        </w:rPr>
      </w:pPr>
    </w:p>
    <w:p w14:paraId="5CFB0DD1" w14:textId="77777777" w:rsidR="001418EE" w:rsidRDefault="001418EE" w:rsidP="00211DD6">
      <w:pPr>
        <w:spacing w:after="0" w:line="360" w:lineRule="auto"/>
        <w:jc w:val="center"/>
        <w:rPr>
          <w:rFonts w:ascii="Times New Roman" w:hAnsi="Times New Roman"/>
          <w:b/>
          <w:sz w:val="28"/>
          <w:lang w:eastAsia="ja-JP"/>
        </w:rPr>
      </w:pPr>
    </w:p>
    <w:p w14:paraId="0B653B09" w14:textId="77777777" w:rsidR="001418EE" w:rsidRDefault="001418EE" w:rsidP="00211DD6">
      <w:pPr>
        <w:spacing w:after="0" w:line="360" w:lineRule="auto"/>
        <w:jc w:val="center"/>
        <w:rPr>
          <w:rFonts w:ascii="Times New Roman" w:hAnsi="Times New Roman"/>
          <w:b/>
          <w:sz w:val="28"/>
          <w:lang w:eastAsia="ja-JP"/>
        </w:rPr>
      </w:pPr>
    </w:p>
    <w:p w14:paraId="62B1816D" w14:textId="77777777" w:rsidR="001418EE" w:rsidRDefault="001418EE" w:rsidP="00211DD6">
      <w:pPr>
        <w:spacing w:after="0" w:line="360" w:lineRule="auto"/>
        <w:jc w:val="center"/>
        <w:rPr>
          <w:rFonts w:ascii="Times New Roman" w:hAnsi="Times New Roman"/>
          <w:b/>
          <w:sz w:val="28"/>
          <w:lang w:eastAsia="ja-JP"/>
        </w:rPr>
      </w:pPr>
    </w:p>
    <w:p w14:paraId="7E9C9821" w14:textId="77777777" w:rsidR="001418EE" w:rsidRDefault="001418EE" w:rsidP="00211DD6">
      <w:pPr>
        <w:spacing w:after="0" w:line="360" w:lineRule="auto"/>
        <w:jc w:val="center"/>
        <w:rPr>
          <w:rFonts w:ascii="Times New Roman" w:hAnsi="Times New Roman"/>
          <w:b/>
          <w:sz w:val="28"/>
          <w:lang w:eastAsia="ja-JP"/>
        </w:rPr>
      </w:pPr>
    </w:p>
    <w:p w14:paraId="314C93CF" w14:textId="77777777" w:rsidR="001418EE" w:rsidRDefault="001418EE" w:rsidP="00211DD6">
      <w:pPr>
        <w:spacing w:after="0" w:line="360" w:lineRule="auto"/>
        <w:jc w:val="center"/>
        <w:rPr>
          <w:rFonts w:ascii="Times New Roman" w:hAnsi="Times New Roman"/>
          <w:b/>
          <w:sz w:val="28"/>
          <w:lang w:eastAsia="ja-JP"/>
        </w:rPr>
      </w:pPr>
    </w:p>
    <w:p w14:paraId="4A15E54E" w14:textId="77777777" w:rsidR="001418EE" w:rsidRDefault="001418EE" w:rsidP="00211DD6">
      <w:pPr>
        <w:spacing w:after="0" w:line="360" w:lineRule="auto"/>
        <w:jc w:val="center"/>
        <w:rPr>
          <w:rFonts w:ascii="Times New Roman" w:hAnsi="Times New Roman"/>
          <w:b/>
          <w:sz w:val="28"/>
          <w:lang w:eastAsia="ja-JP"/>
        </w:rPr>
      </w:pPr>
    </w:p>
    <w:p w14:paraId="7C301147" w14:textId="77777777" w:rsidR="001418EE" w:rsidRDefault="001418EE" w:rsidP="00211DD6">
      <w:pPr>
        <w:spacing w:after="0" w:line="360" w:lineRule="auto"/>
        <w:jc w:val="center"/>
        <w:rPr>
          <w:rFonts w:ascii="Times New Roman" w:hAnsi="Times New Roman"/>
          <w:b/>
          <w:sz w:val="28"/>
          <w:lang w:eastAsia="ja-JP"/>
        </w:rPr>
      </w:pPr>
    </w:p>
    <w:p w14:paraId="4B1BF9A2" w14:textId="77777777" w:rsidR="001418EE" w:rsidRDefault="001418EE" w:rsidP="00211DD6">
      <w:pPr>
        <w:spacing w:after="0" w:line="360" w:lineRule="auto"/>
        <w:jc w:val="center"/>
        <w:rPr>
          <w:rFonts w:ascii="Times New Roman" w:hAnsi="Times New Roman"/>
          <w:b/>
          <w:sz w:val="28"/>
          <w:lang w:eastAsia="ja-JP"/>
        </w:rPr>
      </w:pPr>
    </w:p>
    <w:p w14:paraId="6895A5C5" w14:textId="77777777" w:rsidR="001418EE" w:rsidRDefault="001418EE" w:rsidP="00211DD6">
      <w:pPr>
        <w:spacing w:after="0" w:line="360" w:lineRule="auto"/>
        <w:jc w:val="center"/>
        <w:rPr>
          <w:rFonts w:ascii="Times New Roman" w:hAnsi="Times New Roman"/>
          <w:b/>
          <w:sz w:val="28"/>
          <w:lang w:eastAsia="ja-JP"/>
        </w:rPr>
      </w:pPr>
    </w:p>
    <w:p w14:paraId="43F9D4AE" w14:textId="77777777" w:rsidR="001418EE" w:rsidRDefault="001418EE" w:rsidP="00211DD6">
      <w:pPr>
        <w:spacing w:after="0" w:line="360" w:lineRule="auto"/>
        <w:jc w:val="center"/>
        <w:rPr>
          <w:rFonts w:ascii="Times New Roman" w:hAnsi="Times New Roman"/>
          <w:b/>
          <w:sz w:val="28"/>
          <w:lang w:eastAsia="ja-JP"/>
        </w:rPr>
      </w:pPr>
    </w:p>
    <w:p w14:paraId="10863D1F" w14:textId="77777777" w:rsidR="001418EE" w:rsidRDefault="001418EE" w:rsidP="00211DD6">
      <w:pPr>
        <w:spacing w:after="0" w:line="360" w:lineRule="auto"/>
        <w:jc w:val="center"/>
        <w:rPr>
          <w:rFonts w:ascii="Times New Roman" w:hAnsi="Times New Roman"/>
          <w:b/>
          <w:sz w:val="28"/>
          <w:lang w:eastAsia="ja-JP"/>
        </w:rPr>
      </w:pPr>
    </w:p>
    <w:p w14:paraId="16477D86" w14:textId="77777777" w:rsidR="001418EE" w:rsidRDefault="001418EE" w:rsidP="00211DD6">
      <w:pPr>
        <w:spacing w:after="0" w:line="360" w:lineRule="auto"/>
        <w:jc w:val="center"/>
        <w:rPr>
          <w:rFonts w:ascii="Times New Roman" w:hAnsi="Times New Roman"/>
          <w:b/>
          <w:sz w:val="28"/>
          <w:lang w:eastAsia="ja-JP"/>
        </w:rPr>
      </w:pPr>
    </w:p>
    <w:p w14:paraId="53E2EB3C" w14:textId="77777777" w:rsidR="001418EE" w:rsidRDefault="001418EE" w:rsidP="00211DD6">
      <w:pPr>
        <w:spacing w:after="0" w:line="360" w:lineRule="auto"/>
        <w:jc w:val="center"/>
        <w:rPr>
          <w:rFonts w:ascii="Times New Roman" w:hAnsi="Times New Roman"/>
          <w:b/>
          <w:sz w:val="28"/>
          <w:lang w:eastAsia="ja-JP"/>
        </w:rPr>
      </w:pPr>
    </w:p>
    <w:p w14:paraId="09BF5310" w14:textId="77777777" w:rsidR="001418EE" w:rsidRDefault="001418EE" w:rsidP="00211DD6">
      <w:pPr>
        <w:spacing w:after="0" w:line="360" w:lineRule="auto"/>
        <w:jc w:val="center"/>
        <w:rPr>
          <w:rFonts w:ascii="Times New Roman" w:hAnsi="Times New Roman"/>
          <w:b/>
          <w:sz w:val="28"/>
          <w:lang w:eastAsia="ja-JP"/>
        </w:rPr>
      </w:pPr>
    </w:p>
    <w:p w14:paraId="535E03B7" w14:textId="77777777" w:rsidR="001418EE" w:rsidRDefault="001418EE" w:rsidP="00211DD6">
      <w:pPr>
        <w:spacing w:after="0" w:line="360" w:lineRule="auto"/>
        <w:jc w:val="center"/>
        <w:rPr>
          <w:rFonts w:ascii="Times New Roman" w:hAnsi="Times New Roman"/>
          <w:b/>
          <w:sz w:val="28"/>
          <w:lang w:eastAsia="ja-JP"/>
        </w:rPr>
      </w:pPr>
    </w:p>
    <w:p w14:paraId="783DDC3B" w14:textId="77777777" w:rsidR="001418EE" w:rsidRDefault="001418EE" w:rsidP="00211DD6">
      <w:pPr>
        <w:spacing w:after="0" w:line="360" w:lineRule="auto"/>
        <w:jc w:val="center"/>
        <w:rPr>
          <w:rFonts w:ascii="Times New Roman" w:hAnsi="Times New Roman"/>
          <w:b/>
          <w:sz w:val="28"/>
          <w:lang w:eastAsia="ja-JP"/>
        </w:rPr>
      </w:pPr>
    </w:p>
    <w:p w14:paraId="7ABD8FFB" w14:textId="77777777" w:rsidR="001418EE" w:rsidRDefault="001418EE" w:rsidP="00211DD6">
      <w:pPr>
        <w:spacing w:after="0" w:line="360" w:lineRule="auto"/>
        <w:jc w:val="center"/>
        <w:rPr>
          <w:rFonts w:ascii="Times New Roman" w:hAnsi="Times New Roman"/>
          <w:b/>
          <w:sz w:val="28"/>
          <w:lang w:eastAsia="ja-JP"/>
        </w:rPr>
      </w:pPr>
    </w:p>
    <w:p w14:paraId="1B90ED3E" w14:textId="77777777" w:rsidR="001418EE" w:rsidRDefault="001418EE" w:rsidP="00211DD6">
      <w:pPr>
        <w:spacing w:after="0" w:line="360" w:lineRule="auto"/>
        <w:jc w:val="center"/>
        <w:rPr>
          <w:rFonts w:ascii="Times New Roman" w:hAnsi="Times New Roman"/>
          <w:b/>
          <w:sz w:val="28"/>
          <w:lang w:eastAsia="ja-JP"/>
        </w:rPr>
      </w:pPr>
    </w:p>
    <w:p w14:paraId="7A09B29C" w14:textId="77777777" w:rsidR="001418EE" w:rsidRDefault="001418EE" w:rsidP="00211DD6">
      <w:pPr>
        <w:spacing w:after="0" w:line="360" w:lineRule="auto"/>
        <w:jc w:val="center"/>
        <w:rPr>
          <w:rFonts w:ascii="Times New Roman" w:hAnsi="Times New Roman"/>
          <w:b/>
          <w:sz w:val="28"/>
          <w:lang w:eastAsia="ja-JP"/>
        </w:rPr>
      </w:pPr>
    </w:p>
    <w:p w14:paraId="345886F3" w14:textId="77777777" w:rsidR="001418EE" w:rsidRDefault="001418EE" w:rsidP="00211DD6">
      <w:pPr>
        <w:spacing w:after="0" w:line="360" w:lineRule="auto"/>
        <w:jc w:val="center"/>
        <w:rPr>
          <w:rFonts w:ascii="Times New Roman" w:hAnsi="Times New Roman"/>
          <w:b/>
          <w:sz w:val="28"/>
          <w:lang w:eastAsia="ja-JP"/>
        </w:rPr>
      </w:pPr>
    </w:p>
    <w:p w14:paraId="2A5BC8FD" w14:textId="77777777" w:rsidR="001418EE" w:rsidRDefault="001418EE" w:rsidP="00211DD6">
      <w:pPr>
        <w:spacing w:after="0" w:line="360" w:lineRule="auto"/>
        <w:jc w:val="center"/>
        <w:rPr>
          <w:rFonts w:ascii="Times New Roman" w:hAnsi="Times New Roman"/>
          <w:b/>
          <w:sz w:val="28"/>
          <w:lang w:eastAsia="ja-JP"/>
        </w:rPr>
      </w:pPr>
    </w:p>
    <w:p w14:paraId="6F125B94" w14:textId="50D45BE9" w:rsidR="001418EE" w:rsidRDefault="001418EE" w:rsidP="00211DD6">
      <w:pPr>
        <w:spacing w:after="0" w:line="360" w:lineRule="auto"/>
        <w:jc w:val="center"/>
        <w:rPr>
          <w:rFonts w:ascii="Times New Roman" w:hAnsi="Times New Roman"/>
          <w:b/>
          <w:sz w:val="28"/>
          <w:lang w:eastAsia="ja-JP"/>
        </w:rPr>
      </w:pPr>
      <w:r>
        <w:rPr>
          <w:rFonts w:ascii="Times New Roman" w:hAnsi="Times New Roman"/>
          <w:b/>
          <w:noProof/>
          <w:sz w:val="28"/>
          <w:lang w:eastAsia="ja-JP"/>
        </w:rPr>
        <w:drawing>
          <wp:anchor distT="0" distB="0" distL="114300" distR="114300" simplePos="0" relativeHeight="251667456" behindDoc="0" locked="0" layoutInCell="1" allowOverlap="1" wp14:anchorId="129548FC" wp14:editId="6D95FEE9">
            <wp:simplePos x="0" y="0"/>
            <wp:positionH relativeFrom="column">
              <wp:posOffset>-1454410</wp:posOffset>
            </wp:positionH>
            <wp:positionV relativeFrom="paragraph">
              <wp:posOffset>-1806510</wp:posOffset>
            </wp:positionV>
            <wp:extent cx="7583213" cy="10714310"/>
            <wp:effectExtent l="0" t="0" r="0" b="5080"/>
            <wp:wrapNone/>
            <wp:docPr id="5716629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62956" name="Picture 571662956"/>
                    <pic:cNvPicPr/>
                  </pic:nvPicPr>
                  <pic:blipFill>
                    <a:blip r:embed="rId10"/>
                    <a:stretch>
                      <a:fillRect/>
                    </a:stretch>
                  </pic:blipFill>
                  <pic:spPr>
                    <a:xfrm>
                      <a:off x="0" y="0"/>
                      <a:ext cx="7583213" cy="10714310"/>
                    </a:xfrm>
                    <a:prstGeom prst="rect">
                      <a:avLst/>
                    </a:prstGeom>
                  </pic:spPr>
                </pic:pic>
              </a:graphicData>
            </a:graphic>
            <wp14:sizeRelH relativeFrom="page">
              <wp14:pctWidth>0</wp14:pctWidth>
            </wp14:sizeRelH>
            <wp14:sizeRelV relativeFrom="page">
              <wp14:pctHeight>0</wp14:pctHeight>
            </wp14:sizeRelV>
          </wp:anchor>
        </w:drawing>
      </w:r>
    </w:p>
    <w:p w14:paraId="3816985D" w14:textId="0685A9EB" w:rsidR="001418EE" w:rsidRDefault="001418EE" w:rsidP="00211DD6">
      <w:pPr>
        <w:spacing w:after="0" w:line="360" w:lineRule="auto"/>
        <w:jc w:val="center"/>
        <w:rPr>
          <w:rFonts w:ascii="Times New Roman" w:hAnsi="Times New Roman"/>
          <w:b/>
          <w:sz w:val="28"/>
          <w:lang w:eastAsia="ja-JP"/>
        </w:rPr>
      </w:pPr>
    </w:p>
    <w:p w14:paraId="525B0D8D" w14:textId="3BA11365" w:rsidR="001418EE" w:rsidRDefault="001418EE" w:rsidP="00211DD6">
      <w:pPr>
        <w:spacing w:after="0" w:line="360" w:lineRule="auto"/>
        <w:jc w:val="center"/>
        <w:rPr>
          <w:rFonts w:ascii="Times New Roman" w:hAnsi="Times New Roman"/>
          <w:b/>
          <w:sz w:val="28"/>
          <w:lang w:eastAsia="ja-JP"/>
        </w:rPr>
      </w:pPr>
    </w:p>
    <w:p w14:paraId="0DCCF043" w14:textId="009A8E05" w:rsidR="001418EE" w:rsidRDefault="001418EE" w:rsidP="00211DD6">
      <w:pPr>
        <w:spacing w:after="0" w:line="360" w:lineRule="auto"/>
        <w:jc w:val="center"/>
        <w:rPr>
          <w:rFonts w:ascii="Times New Roman" w:hAnsi="Times New Roman"/>
          <w:b/>
          <w:sz w:val="28"/>
          <w:lang w:eastAsia="ja-JP"/>
        </w:rPr>
      </w:pPr>
    </w:p>
    <w:p w14:paraId="14492D52" w14:textId="646D9ED5" w:rsidR="001418EE" w:rsidRDefault="001418EE" w:rsidP="00211DD6">
      <w:pPr>
        <w:spacing w:after="0" w:line="360" w:lineRule="auto"/>
        <w:jc w:val="center"/>
        <w:rPr>
          <w:rFonts w:ascii="Times New Roman" w:hAnsi="Times New Roman"/>
          <w:b/>
          <w:sz w:val="28"/>
          <w:lang w:eastAsia="ja-JP"/>
        </w:rPr>
      </w:pPr>
    </w:p>
    <w:p w14:paraId="6E13B9B2" w14:textId="75A2C510" w:rsidR="001418EE" w:rsidRDefault="001418EE" w:rsidP="00211DD6">
      <w:pPr>
        <w:spacing w:after="0" w:line="360" w:lineRule="auto"/>
        <w:jc w:val="center"/>
        <w:rPr>
          <w:rFonts w:ascii="Times New Roman" w:hAnsi="Times New Roman"/>
          <w:b/>
          <w:sz w:val="28"/>
          <w:lang w:eastAsia="ja-JP"/>
        </w:rPr>
      </w:pPr>
    </w:p>
    <w:p w14:paraId="2E5C4589" w14:textId="5D44687B" w:rsidR="001418EE" w:rsidRDefault="001418EE" w:rsidP="00211DD6">
      <w:pPr>
        <w:spacing w:after="0" w:line="360" w:lineRule="auto"/>
        <w:jc w:val="center"/>
        <w:rPr>
          <w:rFonts w:ascii="Times New Roman" w:hAnsi="Times New Roman"/>
          <w:b/>
          <w:sz w:val="28"/>
          <w:lang w:eastAsia="ja-JP"/>
        </w:rPr>
      </w:pPr>
    </w:p>
    <w:p w14:paraId="7684FA24" w14:textId="7EDB0EE3" w:rsidR="001418EE" w:rsidRDefault="001418EE" w:rsidP="00211DD6">
      <w:pPr>
        <w:spacing w:after="0" w:line="360" w:lineRule="auto"/>
        <w:jc w:val="center"/>
        <w:rPr>
          <w:rFonts w:ascii="Times New Roman" w:hAnsi="Times New Roman"/>
          <w:b/>
          <w:sz w:val="28"/>
          <w:lang w:eastAsia="ja-JP"/>
        </w:rPr>
      </w:pPr>
    </w:p>
    <w:p w14:paraId="1544B715" w14:textId="77777777" w:rsidR="001418EE" w:rsidRDefault="001418EE" w:rsidP="00211DD6">
      <w:pPr>
        <w:spacing w:after="0" w:line="360" w:lineRule="auto"/>
        <w:jc w:val="center"/>
        <w:rPr>
          <w:rFonts w:ascii="Times New Roman" w:hAnsi="Times New Roman"/>
          <w:b/>
          <w:sz w:val="28"/>
          <w:lang w:eastAsia="ja-JP"/>
        </w:rPr>
      </w:pPr>
    </w:p>
    <w:p w14:paraId="3BA0177A" w14:textId="77777777" w:rsidR="001418EE" w:rsidRDefault="001418EE" w:rsidP="00211DD6">
      <w:pPr>
        <w:spacing w:after="0" w:line="360" w:lineRule="auto"/>
        <w:jc w:val="center"/>
        <w:rPr>
          <w:rFonts w:ascii="Times New Roman" w:hAnsi="Times New Roman"/>
          <w:b/>
          <w:sz w:val="28"/>
          <w:lang w:eastAsia="ja-JP"/>
        </w:rPr>
      </w:pPr>
    </w:p>
    <w:p w14:paraId="03F776EC" w14:textId="4241D710" w:rsidR="001418EE" w:rsidRDefault="001418EE" w:rsidP="00211DD6">
      <w:pPr>
        <w:spacing w:after="0" w:line="360" w:lineRule="auto"/>
        <w:jc w:val="center"/>
        <w:rPr>
          <w:rFonts w:ascii="Times New Roman" w:hAnsi="Times New Roman"/>
          <w:b/>
          <w:sz w:val="28"/>
          <w:lang w:eastAsia="ja-JP"/>
        </w:rPr>
      </w:pPr>
    </w:p>
    <w:p w14:paraId="27A71F6E" w14:textId="22BD780D" w:rsidR="001418EE" w:rsidRDefault="001418EE" w:rsidP="00211DD6">
      <w:pPr>
        <w:spacing w:after="0" w:line="360" w:lineRule="auto"/>
        <w:jc w:val="center"/>
        <w:rPr>
          <w:rFonts w:ascii="Times New Roman" w:hAnsi="Times New Roman"/>
          <w:b/>
          <w:sz w:val="28"/>
          <w:lang w:eastAsia="ja-JP"/>
        </w:rPr>
      </w:pPr>
    </w:p>
    <w:p w14:paraId="60B9389A" w14:textId="7D4B77B7" w:rsidR="001418EE" w:rsidRDefault="001418EE" w:rsidP="00211DD6">
      <w:pPr>
        <w:spacing w:after="0" w:line="360" w:lineRule="auto"/>
        <w:jc w:val="center"/>
        <w:rPr>
          <w:rFonts w:ascii="Times New Roman" w:hAnsi="Times New Roman"/>
          <w:b/>
          <w:sz w:val="28"/>
          <w:lang w:eastAsia="ja-JP"/>
        </w:rPr>
      </w:pPr>
    </w:p>
    <w:p w14:paraId="093F2E57" w14:textId="09A74458" w:rsidR="001418EE" w:rsidRDefault="001418EE" w:rsidP="00211DD6">
      <w:pPr>
        <w:spacing w:after="0" w:line="360" w:lineRule="auto"/>
        <w:jc w:val="center"/>
        <w:rPr>
          <w:rFonts w:ascii="Times New Roman" w:hAnsi="Times New Roman"/>
          <w:b/>
          <w:sz w:val="28"/>
          <w:lang w:eastAsia="ja-JP"/>
        </w:rPr>
      </w:pPr>
    </w:p>
    <w:p w14:paraId="4B89367A" w14:textId="77777777" w:rsidR="001418EE" w:rsidRDefault="001418EE" w:rsidP="00211DD6">
      <w:pPr>
        <w:spacing w:after="0" w:line="360" w:lineRule="auto"/>
        <w:jc w:val="center"/>
        <w:rPr>
          <w:rFonts w:ascii="Times New Roman" w:hAnsi="Times New Roman"/>
          <w:b/>
          <w:sz w:val="28"/>
          <w:lang w:eastAsia="ja-JP"/>
        </w:rPr>
      </w:pPr>
    </w:p>
    <w:p w14:paraId="6937271D" w14:textId="77777777" w:rsidR="001418EE" w:rsidRDefault="001418EE" w:rsidP="00211DD6">
      <w:pPr>
        <w:spacing w:after="0" w:line="360" w:lineRule="auto"/>
        <w:jc w:val="center"/>
        <w:rPr>
          <w:rFonts w:ascii="Times New Roman" w:hAnsi="Times New Roman"/>
          <w:b/>
          <w:sz w:val="28"/>
          <w:lang w:eastAsia="ja-JP"/>
        </w:rPr>
      </w:pPr>
    </w:p>
    <w:p w14:paraId="01F9BF0C" w14:textId="77777777" w:rsidR="001418EE" w:rsidRDefault="001418EE" w:rsidP="00211DD6">
      <w:pPr>
        <w:spacing w:after="0" w:line="360" w:lineRule="auto"/>
        <w:jc w:val="center"/>
        <w:rPr>
          <w:rFonts w:ascii="Times New Roman" w:hAnsi="Times New Roman"/>
          <w:b/>
          <w:sz w:val="28"/>
          <w:lang w:eastAsia="ja-JP"/>
        </w:rPr>
      </w:pPr>
    </w:p>
    <w:p w14:paraId="6BCD5AC7" w14:textId="77777777" w:rsidR="001418EE" w:rsidRDefault="001418EE" w:rsidP="00211DD6">
      <w:pPr>
        <w:spacing w:after="0" w:line="360" w:lineRule="auto"/>
        <w:jc w:val="center"/>
        <w:rPr>
          <w:rFonts w:ascii="Times New Roman" w:hAnsi="Times New Roman"/>
          <w:b/>
          <w:sz w:val="28"/>
          <w:lang w:eastAsia="ja-JP"/>
        </w:rPr>
      </w:pPr>
    </w:p>
    <w:p w14:paraId="2D17E748" w14:textId="2A3F6B5B" w:rsidR="001418EE" w:rsidRDefault="001418EE" w:rsidP="00211DD6">
      <w:pPr>
        <w:spacing w:after="0" w:line="360" w:lineRule="auto"/>
        <w:jc w:val="center"/>
        <w:rPr>
          <w:rFonts w:ascii="Times New Roman" w:hAnsi="Times New Roman"/>
          <w:b/>
          <w:sz w:val="28"/>
          <w:lang w:eastAsia="ja-JP"/>
        </w:rPr>
      </w:pPr>
    </w:p>
    <w:p w14:paraId="7290ED7E" w14:textId="00E47154" w:rsidR="001418EE" w:rsidRDefault="001418EE" w:rsidP="00211DD6">
      <w:pPr>
        <w:spacing w:after="0" w:line="360" w:lineRule="auto"/>
        <w:jc w:val="center"/>
        <w:rPr>
          <w:rFonts w:ascii="Times New Roman" w:hAnsi="Times New Roman"/>
          <w:b/>
          <w:sz w:val="28"/>
          <w:lang w:eastAsia="ja-JP"/>
        </w:rPr>
      </w:pPr>
    </w:p>
    <w:p w14:paraId="73F68DA0" w14:textId="77777777" w:rsidR="001418EE" w:rsidRDefault="001418EE" w:rsidP="00211DD6">
      <w:pPr>
        <w:spacing w:after="0" w:line="360" w:lineRule="auto"/>
        <w:jc w:val="center"/>
        <w:rPr>
          <w:rFonts w:ascii="Times New Roman" w:hAnsi="Times New Roman"/>
          <w:b/>
          <w:sz w:val="28"/>
          <w:lang w:eastAsia="ja-JP"/>
        </w:rPr>
      </w:pPr>
    </w:p>
    <w:p w14:paraId="460DD93E" w14:textId="77777777" w:rsidR="001418EE" w:rsidRDefault="001418EE" w:rsidP="00211DD6">
      <w:pPr>
        <w:spacing w:after="0" w:line="360" w:lineRule="auto"/>
        <w:jc w:val="center"/>
        <w:rPr>
          <w:rFonts w:ascii="Times New Roman" w:hAnsi="Times New Roman"/>
          <w:b/>
          <w:sz w:val="28"/>
          <w:lang w:eastAsia="ja-JP"/>
        </w:rPr>
      </w:pPr>
    </w:p>
    <w:p w14:paraId="3A9675E7" w14:textId="77777777" w:rsidR="001418EE" w:rsidRDefault="001418EE" w:rsidP="00211DD6">
      <w:pPr>
        <w:spacing w:after="0" w:line="360" w:lineRule="auto"/>
        <w:jc w:val="center"/>
        <w:rPr>
          <w:rFonts w:ascii="Times New Roman" w:hAnsi="Times New Roman"/>
          <w:b/>
          <w:sz w:val="28"/>
          <w:lang w:eastAsia="ja-JP"/>
        </w:rPr>
      </w:pPr>
    </w:p>
    <w:p w14:paraId="1F1193EF" w14:textId="77777777" w:rsidR="001418EE" w:rsidRDefault="001418EE" w:rsidP="00211DD6">
      <w:pPr>
        <w:spacing w:after="0" w:line="360" w:lineRule="auto"/>
        <w:jc w:val="center"/>
        <w:rPr>
          <w:rFonts w:ascii="Times New Roman" w:hAnsi="Times New Roman"/>
          <w:b/>
          <w:sz w:val="28"/>
          <w:lang w:eastAsia="ja-JP"/>
        </w:rPr>
      </w:pPr>
    </w:p>
    <w:p w14:paraId="09C787A9" w14:textId="77777777" w:rsidR="001418EE" w:rsidRDefault="001418EE" w:rsidP="00211DD6">
      <w:pPr>
        <w:spacing w:after="0" w:line="360" w:lineRule="auto"/>
        <w:jc w:val="center"/>
        <w:rPr>
          <w:rFonts w:ascii="Times New Roman" w:hAnsi="Times New Roman"/>
          <w:b/>
          <w:sz w:val="28"/>
          <w:lang w:eastAsia="ja-JP"/>
        </w:rPr>
      </w:pPr>
    </w:p>
    <w:p w14:paraId="1B1F2B72" w14:textId="77777777" w:rsidR="001418EE" w:rsidRDefault="001418EE" w:rsidP="00211DD6">
      <w:pPr>
        <w:spacing w:after="0" w:line="360" w:lineRule="auto"/>
        <w:jc w:val="center"/>
        <w:rPr>
          <w:rFonts w:ascii="Times New Roman" w:hAnsi="Times New Roman"/>
          <w:b/>
          <w:sz w:val="28"/>
          <w:lang w:eastAsia="ja-JP"/>
        </w:rPr>
      </w:pPr>
    </w:p>
    <w:p w14:paraId="7174240E" w14:textId="77777777" w:rsidR="00211DD6" w:rsidRPr="005D3E65" w:rsidRDefault="00551A8B" w:rsidP="005D3E65">
      <w:pPr>
        <w:pStyle w:val="Heading1"/>
        <w:spacing w:line="360" w:lineRule="auto"/>
        <w:jc w:val="center"/>
        <w:rPr>
          <w:rFonts w:ascii="Times New Roman" w:hAnsi="Times New Roman" w:cs="Times New Roman"/>
          <w:color w:val="auto"/>
          <w:sz w:val="24"/>
          <w:szCs w:val="24"/>
        </w:rPr>
      </w:pPr>
      <w:bookmarkStart w:id="0" w:name="_Toc238448273"/>
      <w:r w:rsidRPr="005D3E65">
        <w:rPr>
          <w:rFonts w:ascii="Times New Roman" w:hAnsi="Times New Roman" w:cs="Times New Roman"/>
          <w:color w:val="auto"/>
          <w:sz w:val="24"/>
          <w:szCs w:val="24"/>
        </w:rPr>
        <w:t>HALAMAN PERNYATAAN ORISINALITAS</w:t>
      </w:r>
      <w:bookmarkEnd w:id="0"/>
    </w:p>
    <w:p w14:paraId="0F982474" w14:textId="77777777" w:rsidR="00551A8B" w:rsidRPr="005D3E65" w:rsidRDefault="00551A8B" w:rsidP="005D3E65">
      <w:pPr>
        <w:spacing w:after="0" w:line="360" w:lineRule="auto"/>
        <w:jc w:val="center"/>
        <w:rPr>
          <w:rFonts w:ascii="Times New Roman" w:hAnsi="Times New Roman" w:cs="Times New Roman"/>
          <w:sz w:val="24"/>
          <w:szCs w:val="24"/>
        </w:rPr>
      </w:pPr>
    </w:p>
    <w:p w14:paraId="5ABB27D1" w14:textId="77777777" w:rsidR="008D2EF5" w:rsidRPr="005D3E65" w:rsidRDefault="008D2EF5" w:rsidP="005D3E65">
      <w:pPr>
        <w:autoSpaceDE w:val="0"/>
        <w:autoSpaceDN w:val="0"/>
        <w:adjustRightInd w:val="0"/>
        <w:spacing w:after="0" w:line="360" w:lineRule="auto"/>
        <w:jc w:val="both"/>
        <w:rPr>
          <w:rFonts w:ascii="Times New Roman" w:hAnsi="Times New Roman" w:cs="Times New Roman"/>
          <w:sz w:val="24"/>
          <w:szCs w:val="24"/>
        </w:rPr>
      </w:pPr>
      <w:proofErr w:type="spellStart"/>
      <w:r w:rsidRPr="005D3E65">
        <w:rPr>
          <w:rFonts w:ascii="Times New Roman" w:hAnsi="Times New Roman" w:cs="Times New Roman" w:hint="cs"/>
          <w:sz w:val="24"/>
          <w:szCs w:val="24"/>
        </w:rPr>
        <w:t>Dengan</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sebenarnya</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penulis</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menyatakan</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bahwa</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skripsi</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ini</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disusun</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tanpa</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mengambil</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bahan</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hasil</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penelitian</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baik</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untuk</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memperoleh</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suatu</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gelar</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sarjana</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atau</w:t>
      </w:r>
      <w:proofErr w:type="spellEnd"/>
      <w:r w:rsidRPr="005D3E65">
        <w:rPr>
          <w:rFonts w:ascii="Times New Roman" w:hAnsi="Times New Roman" w:cs="Times New Roman" w:hint="cs"/>
          <w:sz w:val="24"/>
          <w:szCs w:val="24"/>
        </w:rPr>
        <w:t xml:space="preserve"> diploma yang </w:t>
      </w:r>
      <w:proofErr w:type="spellStart"/>
      <w:r w:rsidRPr="005D3E65">
        <w:rPr>
          <w:rFonts w:ascii="Times New Roman" w:hAnsi="Times New Roman" w:cs="Times New Roman" w:hint="cs"/>
          <w:sz w:val="24"/>
          <w:szCs w:val="24"/>
        </w:rPr>
        <w:t>sudah</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ada</w:t>
      </w:r>
      <w:proofErr w:type="spellEnd"/>
      <w:r w:rsidRPr="005D3E65">
        <w:rPr>
          <w:rFonts w:ascii="Times New Roman" w:hAnsi="Times New Roman" w:cs="Times New Roman" w:hint="cs"/>
          <w:sz w:val="24"/>
          <w:szCs w:val="24"/>
        </w:rPr>
        <w:t xml:space="preserve"> di universitas lain </w:t>
      </w:r>
      <w:proofErr w:type="spellStart"/>
      <w:r w:rsidRPr="005D3E65">
        <w:rPr>
          <w:rFonts w:ascii="Times New Roman" w:hAnsi="Times New Roman" w:cs="Times New Roman" w:hint="cs"/>
          <w:sz w:val="24"/>
          <w:szCs w:val="24"/>
        </w:rPr>
        <w:t>maupun</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hasil</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penelitian</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lainnya</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penulis</w:t>
      </w:r>
      <w:proofErr w:type="spellEnd"/>
      <w:r w:rsidRPr="005D3E65">
        <w:rPr>
          <w:rFonts w:ascii="Times New Roman" w:hAnsi="Times New Roman" w:cs="Times New Roman" w:hint="cs"/>
          <w:sz w:val="24"/>
          <w:szCs w:val="24"/>
        </w:rPr>
        <w:t xml:space="preserve"> juga </w:t>
      </w:r>
      <w:proofErr w:type="spellStart"/>
      <w:r w:rsidRPr="005D3E65">
        <w:rPr>
          <w:rFonts w:ascii="Times New Roman" w:hAnsi="Times New Roman" w:cs="Times New Roman" w:hint="cs"/>
          <w:sz w:val="24"/>
          <w:szCs w:val="24"/>
        </w:rPr>
        <w:t>menyatakan</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bahwa</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skripsi</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ini</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tidak</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mengambil</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bahan</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dari</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publikasi</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atau</w:t>
      </w:r>
      <w:proofErr w:type="spellEnd"/>
      <w:r w:rsidRPr="005D3E65">
        <w:rPr>
          <w:rFonts w:ascii="Times New Roman" w:hAnsi="Times New Roman" w:cs="Times New Roman" w:hint="cs"/>
          <w:sz w:val="24"/>
          <w:szCs w:val="24"/>
        </w:rPr>
        <w:t xml:space="preserve"> tulisan orang lain </w:t>
      </w:r>
      <w:proofErr w:type="spellStart"/>
      <w:r w:rsidRPr="005D3E65">
        <w:rPr>
          <w:rFonts w:ascii="Times New Roman" w:hAnsi="Times New Roman" w:cs="Times New Roman" w:hint="cs"/>
          <w:sz w:val="24"/>
          <w:szCs w:val="24"/>
        </w:rPr>
        <w:t>kecuali</w:t>
      </w:r>
      <w:proofErr w:type="spellEnd"/>
      <w:r w:rsidRPr="005D3E65">
        <w:rPr>
          <w:rFonts w:ascii="Times New Roman" w:hAnsi="Times New Roman" w:cs="Times New Roman" w:hint="cs"/>
          <w:sz w:val="24"/>
          <w:szCs w:val="24"/>
        </w:rPr>
        <w:t xml:space="preserve"> yang </w:t>
      </w:r>
      <w:proofErr w:type="spellStart"/>
      <w:r w:rsidRPr="005D3E65">
        <w:rPr>
          <w:rFonts w:ascii="Times New Roman" w:hAnsi="Times New Roman" w:cs="Times New Roman" w:hint="cs"/>
          <w:sz w:val="24"/>
          <w:szCs w:val="24"/>
        </w:rPr>
        <w:t>sudah</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disebutkan</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dalam</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rujukan</w:t>
      </w:r>
      <w:proofErr w:type="spellEnd"/>
      <w:r w:rsidRPr="005D3E65">
        <w:rPr>
          <w:rFonts w:ascii="Times New Roman" w:hAnsi="Times New Roman" w:cs="Times New Roman" w:hint="cs"/>
          <w:sz w:val="24"/>
          <w:szCs w:val="24"/>
        </w:rPr>
        <w:t xml:space="preserve"> dan </w:t>
      </w:r>
      <w:proofErr w:type="spellStart"/>
      <w:r w:rsidRPr="005D3E65">
        <w:rPr>
          <w:rFonts w:ascii="Times New Roman" w:hAnsi="Times New Roman" w:cs="Times New Roman" w:hint="cs"/>
          <w:sz w:val="24"/>
          <w:szCs w:val="24"/>
        </w:rPr>
        <w:t>dalam</w:t>
      </w:r>
      <w:proofErr w:type="spellEnd"/>
      <w:r w:rsidRPr="005D3E65">
        <w:rPr>
          <w:rFonts w:ascii="Times New Roman" w:hAnsi="Times New Roman" w:cs="Times New Roman" w:hint="cs"/>
          <w:sz w:val="24"/>
          <w:szCs w:val="24"/>
        </w:rPr>
        <w:t xml:space="preserve"> daftar </w:t>
      </w:r>
      <w:proofErr w:type="spellStart"/>
      <w:r w:rsidRPr="005D3E65">
        <w:rPr>
          <w:rFonts w:ascii="Times New Roman" w:hAnsi="Times New Roman" w:cs="Times New Roman" w:hint="cs"/>
          <w:sz w:val="24"/>
          <w:szCs w:val="24"/>
        </w:rPr>
        <w:t>pustaka</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penulis</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bersedia</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menerima</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sanksi</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jika</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terbukti</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melakukan</w:t>
      </w:r>
      <w:proofErr w:type="spellEnd"/>
      <w:r w:rsidRPr="005D3E65">
        <w:rPr>
          <w:rFonts w:ascii="Times New Roman" w:hAnsi="Times New Roman" w:cs="Times New Roman" w:hint="cs"/>
          <w:sz w:val="24"/>
          <w:szCs w:val="24"/>
        </w:rPr>
        <w:t xml:space="preserve"> </w:t>
      </w:r>
      <w:proofErr w:type="spellStart"/>
      <w:r w:rsidRPr="005D3E65">
        <w:rPr>
          <w:rFonts w:ascii="Times New Roman" w:hAnsi="Times New Roman" w:cs="Times New Roman" w:hint="cs"/>
          <w:sz w:val="24"/>
          <w:szCs w:val="24"/>
        </w:rPr>
        <w:t>plagiasi</w:t>
      </w:r>
      <w:proofErr w:type="spellEnd"/>
      <w:r w:rsidRPr="005D3E65">
        <w:rPr>
          <w:rFonts w:ascii="Times New Roman" w:hAnsi="Times New Roman" w:cs="Times New Roman" w:hint="cs"/>
          <w:sz w:val="24"/>
          <w:szCs w:val="24"/>
        </w:rPr>
        <w:t xml:space="preserve"> / </w:t>
      </w:r>
      <w:proofErr w:type="spellStart"/>
      <w:r w:rsidRPr="005D3E65">
        <w:rPr>
          <w:rFonts w:ascii="Times New Roman" w:hAnsi="Times New Roman" w:cs="Times New Roman" w:hint="cs"/>
          <w:sz w:val="24"/>
          <w:szCs w:val="24"/>
        </w:rPr>
        <w:t>penjiplakan</w:t>
      </w:r>
      <w:proofErr w:type="spellEnd"/>
      <w:r w:rsidRPr="005D3E65">
        <w:rPr>
          <w:rFonts w:ascii="Times New Roman" w:hAnsi="Times New Roman" w:cs="Times New Roman" w:hint="cs"/>
          <w:sz w:val="24"/>
          <w:szCs w:val="24"/>
        </w:rPr>
        <w:t>.</w:t>
      </w:r>
    </w:p>
    <w:p w14:paraId="58F3672C" w14:textId="77777777" w:rsidR="008D2EF5" w:rsidRPr="005D3E65" w:rsidRDefault="008D2EF5" w:rsidP="005D3E65">
      <w:pPr>
        <w:autoSpaceDE w:val="0"/>
        <w:autoSpaceDN w:val="0"/>
        <w:adjustRightInd w:val="0"/>
        <w:spacing w:after="0" w:line="360" w:lineRule="auto"/>
        <w:rPr>
          <w:rFonts w:ascii="Times New Roman" w:hAnsi="Times New Roman" w:cs="Times New Roman"/>
          <w:sz w:val="24"/>
          <w:szCs w:val="24"/>
        </w:rPr>
      </w:pPr>
    </w:p>
    <w:p w14:paraId="0CC9F28E" w14:textId="77777777" w:rsidR="005D3E65" w:rsidRPr="005D3E65" w:rsidRDefault="005D3E65" w:rsidP="005D3E65">
      <w:pPr>
        <w:autoSpaceDE w:val="0"/>
        <w:autoSpaceDN w:val="0"/>
        <w:adjustRightInd w:val="0"/>
        <w:spacing w:after="0" w:line="360" w:lineRule="auto"/>
        <w:rPr>
          <w:rFonts w:ascii="Times New Roman" w:hAnsi="Times New Roman" w:cs="Times New Roman"/>
          <w:sz w:val="24"/>
          <w:szCs w:val="24"/>
        </w:rPr>
      </w:pPr>
    </w:p>
    <w:p w14:paraId="3A6AF6D2" w14:textId="382ECAD8" w:rsidR="005D3E65" w:rsidRPr="005D3E65" w:rsidRDefault="005D3E65" w:rsidP="005D3E65">
      <w:pPr>
        <w:autoSpaceDE w:val="0"/>
        <w:autoSpaceDN w:val="0"/>
        <w:adjustRightInd w:val="0"/>
        <w:spacing w:after="0" w:line="360" w:lineRule="auto"/>
        <w:rPr>
          <w:rFonts w:ascii="Times New Roman" w:hAnsi="Times New Roman" w:cs="Times New Roman"/>
          <w:sz w:val="24"/>
          <w:szCs w:val="24"/>
        </w:rPr>
      </w:pPr>
    </w:p>
    <w:p w14:paraId="348BA9D6" w14:textId="77FB7F20" w:rsidR="008D2EF5" w:rsidRPr="005D3E65" w:rsidRDefault="008D2EF5" w:rsidP="005D3E65">
      <w:pPr>
        <w:autoSpaceDE w:val="0"/>
        <w:autoSpaceDN w:val="0"/>
        <w:adjustRightInd w:val="0"/>
        <w:spacing w:after="0" w:line="360" w:lineRule="auto"/>
        <w:rPr>
          <w:rFonts w:ascii="Times New Roman" w:hAnsi="Times New Roman" w:cs="Times New Roman"/>
          <w:sz w:val="24"/>
          <w:szCs w:val="24"/>
        </w:rPr>
      </w:pPr>
    </w:p>
    <w:p w14:paraId="6CFF3E85" w14:textId="19E7F557" w:rsidR="008D2EF5" w:rsidRPr="005D3E65" w:rsidRDefault="001418EE" w:rsidP="005D3E65">
      <w:pPr>
        <w:autoSpaceDE w:val="0"/>
        <w:autoSpaceDN w:val="0"/>
        <w:adjustRightInd w:val="0"/>
        <w:spacing w:after="0" w:line="360" w:lineRule="auto"/>
        <w:ind w:left="6096" w:right="-1699" w:hanging="1843"/>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0" locked="0" layoutInCell="1" allowOverlap="1" wp14:anchorId="788A1185" wp14:editId="77903A7B">
            <wp:simplePos x="0" y="0"/>
            <wp:positionH relativeFrom="column">
              <wp:posOffset>3501390</wp:posOffset>
            </wp:positionH>
            <wp:positionV relativeFrom="paragraph">
              <wp:posOffset>53490</wp:posOffset>
            </wp:positionV>
            <wp:extent cx="2078340" cy="1453077"/>
            <wp:effectExtent l="0" t="0" r="0" b="0"/>
            <wp:wrapNone/>
            <wp:docPr id="9000544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054487" name="Picture 900054487"/>
                    <pic:cNvPicPr/>
                  </pic:nvPicPr>
                  <pic:blipFill>
                    <a:blip r:embed="rId11"/>
                    <a:stretch>
                      <a:fillRect/>
                    </a:stretch>
                  </pic:blipFill>
                  <pic:spPr>
                    <a:xfrm>
                      <a:off x="0" y="0"/>
                      <a:ext cx="2078340" cy="1453077"/>
                    </a:xfrm>
                    <a:prstGeom prst="rect">
                      <a:avLst/>
                    </a:prstGeom>
                  </pic:spPr>
                </pic:pic>
              </a:graphicData>
            </a:graphic>
            <wp14:sizeRelH relativeFrom="page">
              <wp14:pctWidth>0</wp14:pctWidth>
            </wp14:sizeRelH>
            <wp14:sizeRelV relativeFrom="page">
              <wp14:pctHeight>0</wp14:pctHeight>
            </wp14:sizeRelV>
          </wp:anchor>
        </w:drawing>
      </w:r>
      <w:r w:rsidR="005D3E65" w:rsidRPr="005D3E65">
        <w:rPr>
          <w:rFonts w:ascii="Times New Roman" w:hAnsi="Times New Roman" w:cs="Times New Roman"/>
          <w:sz w:val="24"/>
          <w:szCs w:val="24"/>
        </w:rPr>
        <w:t>Nama</w:t>
      </w:r>
      <w:proofErr w:type="gramStart"/>
      <w:r w:rsidR="005D3E65" w:rsidRPr="005D3E65">
        <w:rPr>
          <w:rFonts w:ascii="Times New Roman" w:hAnsi="Times New Roman" w:cs="Times New Roman"/>
          <w:sz w:val="24"/>
          <w:szCs w:val="24"/>
        </w:rPr>
        <w:tab/>
      </w:r>
      <w:r w:rsidR="008D2EF5" w:rsidRPr="005D3E65">
        <w:rPr>
          <w:rFonts w:ascii="Times New Roman" w:hAnsi="Times New Roman" w:cs="Times New Roman" w:hint="cs"/>
          <w:sz w:val="24"/>
          <w:szCs w:val="24"/>
        </w:rPr>
        <w:t xml:space="preserve"> :</w:t>
      </w:r>
      <w:proofErr w:type="gramEnd"/>
      <w:r w:rsidR="005D3E65" w:rsidRPr="005D3E65">
        <w:rPr>
          <w:rFonts w:ascii="Times New Roman" w:hAnsi="Times New Roman" w:cs="Times New Roman"/>
          <w:sz w:val="24"/>
          <w:szCs w:val="24"/>
        </w:rPr>
        <w:t xml:space="preserve"> Ariessy Apriola</w:t>
      </w:r>
    </w:p>
    <w:p w14:paraId="170E74F9" w14:textId="759D11C5" w:rsidR="005D3E65" w:rsidRPr="005D3E65" w:rsidRDefault="005D3E65" w:rsidP="005D3E65">
      <w:pPr>
        <w:autoSpaceDE w:val="0"/>
        <w:autoSpaceDN w:val="0"/>
        <w:adjustRightInd w:val="0"/>
        <w:spacing w:after="0" w:line="360" w:lineRule="auto"/>
        <w:ind w:left="6096" w:right="-1699" w:hanging="1843"/>
        <w:jc w:val="both"/>
        <w:rPr>
          <w:rFonts w:ascii="Times New Roman" w:hAnsi="Times New Roman" w:cs="Times New Roman"/>
          <w:sz w:val="24"/>
          <w:szCs w:val="24"/>
        </w:rPr>
      </w:pPr>
      <w:r w:rsidRPr="005D3E65">
        <w:rPr>
          <w:rFonts w:ascii="Times New Roman" w:hAnsi="Times New Roman" w:cs="Times New Roman"/>
          <w:sz w:val="24"/>
          <w:szCs w:val="24"/>
        </w:rPr>
        <w:t>NIM</w:t>
      </w:r>
      <w:proofErr w:type="gramStart"/>
      <w:r w:rsidRPr="005D3E65">
        <w:rPr>
          <w:rFonts w:ascii="Times New Roman" w:hAnsi="Times New Roman" w:cs="Times New Roman"/>
          <w:sz w:val="24"/>
          <w:szCs w:val="24"/>
        </w:rPr>
        <w:tab/>
      </w:r>
      <w:r w:rsidRPr="005D3E65">
        <w:rPr>
          <w:rFonts w:ascii="Times New Roman" w:hAnsi="Times New Roman" w:cs="Times New Roman" w:hint="cs"/>
          <w:sz w:val="24"/>
          <w:szCs w:val="24"/>
        </w:rPr>
        <w:t xml:space="preserve"> :</w:t>
      </w:r>
      <w:proofErr w:type="gramEnd"/>
      <w:r w:rsidRPr="005D3E65">
        <w:rPr>
          <w:rFonts w:ascii="Times New Roman" w:hAnsi="Times New Roman" w:cs="Times New Roman"/>
          <w:sz w:val="24"/>
          <w:szCs w:val="24"/>
        </w:rPr>
        <w:t xml:space="preserve"> 40020522650103</w:t>
      </w:r>
    </w:p>
    <w:p w14:paraId="20AA234A" w14:textId="294D69FE" w:rsidR="005D3E65" w:rsidRPr="005D3E65" w:rsidRDefault="005D3E65" w:rsidP="005D3E65">
      <w:pPr>
        <w:autoSpaceDE w:val="0"/>
        <w:autoSpaceDN w:val="0"/>
        <w:adjustRightInd w:val="0"/>
        <w:spacing w:after="0" w:line="360" w:lineRule="auto"/>
        <w:ind w:left="6096" w:right="-1699" w:hanging="1843"/>
        <w:jc w:val="both"/>
        <w:rPr>
          <w:rFonts w:ascii="Times New Roman" w:hAnsi="Times New Roman" w:cs="Times New Roman"/>
          <w:sz w:val="24"/>
          <w:szCs w:val="24"/>
        </w:rPr>
      </w:pPr>
      <w:r w:rsidRPr="005D3E65">
        <w:rPr>
          <w:rFonts w:ascii="Times New Roman" w:hAnsi="Times New Roman" w:cs="Times New Roman"/>
          <w:sz w:val="24"/>
          <w:szCs w:val="24"/>
        </w:rPr>
        <w:t>Tanda Tangan</w:t>
      </w:r>
      <w:proofErr w:type="gramStart"/>
      <w:r w:rsidRPr="005D3E65">
        <w:rPr>
          <w:rFonts w:ascii="Times New Roman" w:hAnsi="Times New Roman" w:cs="Times New Roman"/>
          <w:sz w:val="24"/>
          <w:szCs w:val="24"/>
        </w:rPr>
        <w:tab/>
      </w:r>
      <w:r w:rsidRPr="005D3E65">
        <w:rPr>
          <w:rFonts w:ascii="Times New Roman" w:hAnsi="Times New Roman" w:cs="Times New Roman" w:hint="cs"/>
          <w:sz w:val="24"/>
          <w:szCs w:val="24"/>
        </w:rPr>
        <w:t xml:space="preserve"> :</w:t>
      </w:r>
      <w:proofErr w:type="gramEnd"/>
    </w:p>
    <w:p w14:paraId="3A189584" w14:textId="5DFFD7E8" w:rsidR="00522DE4" w:rsidRDefault="00522DE4" w:rsidP="005D3E65">
      <w:pPr>
        <w:autoSpaceDE w:val="0"/>
        <w:autoSpaceDN w:val="0"/>
        <w:adjustRightInd w:val="0"/>
        <w:spacing w:after="0" w:line="360" w:lineRule="auto"/>
        <w:ind w:left="6096" w:right="-1699" w:hanging="1843"/>
        <w:jc w:val="both"/>
        <w:rPr>
          <w:rFonts w:ascii="Times New Roman" w:hAnsi="Times New Roman" w:cs="Times New Roman"/>
          <w:sz w:val="24"/>
          <w:szCs w:val="24"/>
        </w:rPr>
      </w:pPr>
    </w:p>
    <w:p w14:paraId="5C2CB54E" w14:textId="77777777" w:rsidR="00522DE4" w:rsidRPr="005D3E65" w:rsidRDefault="00522DE4" w:rsidP="005D3E65">
      <w:pPr>
        <w:autoSpaceDE w:val="0"/>
        <w:autoSpaceDN w:val="0"/>
        <w:adjustRightInd w:val="0"/>
        <w:spacing w:after="0" w:line="360" w:lineRule="auto"/>
        <w:ind w:left="6096" w:right="-1699" w:hanging="1843"/>
        <w:jc w:val="both"/>
        <w:rPr>
          <w:rFonts w:ascii="Times New Roman" w:hAnsi="Times New Roman" w:cs="Times New Roman"/>
          <w:sz w:val="24"/>
          <w:szCs w:val="24"/>
        </w:rPr>
      </w:pPr>
    </w:p>
    <w:p w14:paraId="3A344EB3" w14:textId="77777777" w:rsidR="005D3E65" w:rsidRPr="005D3E65" w:rsidRDefault="005D3E65" w:rsidP="005D3E65">
      <w:pPr>
        <w:autoSpaceDE w:val="0"/>
        <w:autoSpaceDN w:val="0"/>
        <w:adjustRightInd w:val="0"/>
        <w:spacing w:after="0" w:line="360" w:lineRule="auto"/>
        <w:ind w:left="6096" w:right="-1699" w:hanging="1843"/>
        <w:jc w:val="both"/>
        <w:rPr>
          <w:rFonts w:ascii="Times New Roman" w:hAnsi="Times New Roman" w:cs="Times New Roman"/>
          <w:sz w:val="24"/>
          <w:szCs w:val="24"/>
        </w:rPr>
      </w:pPr>
      <w:proofErr w:type="spellStart"/>
      <w:r w:rsidRPr="005D3E65">
        <w:rPr>
          <w:rFonts w:ascii="Times New Roman" w:hAnsi="Times New Roman" w:cs="Times New Roman"/>
          <w:sz w:val="24"/>
          <w:szCs w:val="24"/>
        </w:rPr>
        <w:t>Tanggal</w:t>
      </w:r>
      <w:proofErr w:type="spellEnd"/>
      <w:r w:rsidRPr="005D3E65">
        <w:rPr>
          <w:rFonts w:ascii="Times New Roman" w:hAnsi="Times New Roman" w:cs="Times New Roman"/>
          <w:sz w:val="24"/>
          <w:szCs w:val="24"/>
        </w:rPr>
        <w:tab/>
      </w:r>
      <w:r w:rsidRPr="005D3E65">
        <w:rPr>
          <w:rFonts w:ascii="Times New Roman" w:hAnsi="Times New Roman" w:cs="Times New Roman" w:hint="cs"/>
          <w:sz w:val="24"/>
          <w:szCs w:val="24"/>
        </w:rPr>
        <w:t xml:space="preserve"> :</w:t>
      </w:r>
      <w:r w:rsidR="00522DE4">
        <w:rPr>
          <w:rFonts w:ascii="Times New Roman" w:hAnsi="Times New Roman" w:cs="Times New Roman"/>
          <w:sz w:val="24"/>
          <w:szCs w:val="24"/>
        </w:rPr>
        <w:t xml:space="preserve"> 15 Juli 2026</w:t>
      </w:r>
    </w:p>
    <w:p w14:paraId="03BBE8F2" w14:textId="77777777" w:rsidR="005D3E65" w:rsidRPr="005D3E65" w:rsidRDefault="005D3E65" w:rsidP="005D3E65">
      <w:pPr>
        <w:autoSpaceDE w:val="0"/>
        <w:autoSpaceDN w:val="0"/>
        <w:adjustRightInd w:val="0"/>
        <w:spacing w:after="0" w:line="360" w:lineRule="auto"/>
        <w:ind w:left="7088" w:right="-1699" w:hanging="1843"/>
        <w:jc w:val="both"/>
        <w:rPr>
          <w:rFonts w:ascii="Times New Roman" w:hAnsi="Times New Roman" w:cs="Times New Roman"/>
          <w:sz w:val="24"/>
          <w:szCs w:val="24"/>
        </w:rPr>
      </w:pPr>
    </w:p>
    <w:p w14:paraId="5AE43D11" w14:textId="77777777" w:rsidR="005D3E65" w:rsidRDefault="005D3E65" w:rsidP="005D3E65">
      <w:pPr>
        <w:autoSpaceDE w:val="0"/>
        <w:autoSpaceDN w:val="0"/>
        <w:adjustRightInd w:val="0"/>
        <w:spacing w:after="0" w:line="360" w:lineRule="auto"/>
        <w:ind w:left="6859" w:right="260" w:hanging="1614"/>
        <w:jc w:val="both"/>
        <w:rPr>
          <w:rFonts w:ascii="Times New Roman" w:hAnsi="Times New Roman" w:cs="Times New Roman"/>
          <w:sz w:val="26"/>
          <w:szCs w:val="26"/>
        </w:rPr>
      </w:pPr>
    </w:p>
    <w:p w14:paraId="01079503" w14:textId="77777777" w:rsidR="005D3E65" w:rsidRDefault="005D3E65" w:rsidP="005D3E65">
      <w:pPr>
        <w:autoSpaceDE w:val="0"/>
        <w:autoSpaceDN w:val="0"/>
        <w:adjustRightInd w:val="0"/>
        <w:spacing w:after="0" w:line="360" w:lineRule="auto"/>
        <w:ind w:left="6859" w:right="260" w:hanging="1614"/>
        <w:jc w:val="both"/>
        <w:rPr>
          <w:rFonts w:ascii="Times New Roman" w:hAnsi="Times New Roman" w:cs="Times New Roman"/>
          <w:sz w:val="26"/>
          <w:szCs w:val="26"/>
        </w:rPr>
      </w:pPr>
    </w:p>
    <w:p w14:paraId="1AEC53C8" w14:textId="77777777" w:rsidR="005D3E65" w:rsidRDefault="005D3E65" w:rsidP="005D3E65">
      <w:pPr>
        <w:autoSpaceDE w:val="0"/>
        <w:autoSpaceDN w:val="0"/>
        <w:adjustRightInd w:val="0"/>
        <w:spacing w:after="0" w:line="360" w:lineRule="auto"/>
        <w:ind w:left="6859" w:right="260" w:hanging="1614"/>
        <w:jc w:val="both"/>
        <w:rPr>
          <w:rFonts w:ascii="Times New Roman" w:hAnsi="Times New Roman" w:cs="Times New Roman"/>
          <w:sz w:val="26"/>
          <w:szCs w:val="26"/>
        </w:rPr>
      </w:pPr>
    </w:p>
    <w:p w14:paraId="7756E244" w14:textId="77777777" w:rsidR="005D3E65" w:rsidRDefault="005D3E65" w:rsidP="005D3E65">
      <w:pPr>
        <w:autoSpaceDE w:val="0"/>
        <w:autoSpaceDN w:val="0"/>
        <w:adjustRightInd w:val="0"/>
        <w:spacing w:after="0" w:line="360" w:lineRule="auto"/>
        <w:ind w:left="6859" w:right="260" w:hanging="1614"/>
        <w:jc w:val="both"/>
        <w:rPr>
          <w:rFonts w:ascii="Times New Roman" w:hAnsi="Times New Roman" w:cs="Times New Roman"/>
          <w:sz w:val="26"/>
          <w:szCs w:val="26"/>
        </w:rPr>
      </w:pPr>
    </w:p>
    <w:p w14:paraId="5B334266" w14:textId="77777777" w:rsidR="005D3E65" w:rsidRDefault="005D3E65" w:rsidP="005D3E65">
      <w:pPr>
        <w:autoSpaceDE w:val="0"/>
        <w:autoSpaceDN w:val="0"/>
        <w:adjustRightInd w:val="0"/>
        <w:spacing w:after="0" w:line="360" w:lineRule="auto"/>
        <w:ind w:left="6859" w:right="260" w:hanging="1614"/>
        <w:jc w:val="both"/>
        <w:rPr>
          <w:rFonts w:ascii="Times New Roman" w:hAnsi="Times New Roman" w:cs="Times New Roman"/>
          <w:sz w:val="26"/>
          <w:szCs w:val="26"/>
        </w:rPr>
      </w:pPr>
    </w:p>
    <w:p w14:paraId="588736AB" w14:textId="77777777" w:rsidR="005D3E65" w:rsidRDefault="005D3E65" w:rsidP="005D3E65">
      <w:pPr>
        <w:autoSpaceDE w:val="0"/>
        <w:autoSpaceDN w:val="0"/>
        <w:adjustRightInd w:val="0"/>
        <w:spacing w:after="0" w:line="360" w:lineRule="auto"/>
        <w:ind w:left="6859" w:right="260" w:hanging="1614"/>
        <w:jc w:val="both"/>
        <w:rPr>
          <w:rFonts w:ascii="Times New Roman" w:hAnsi="Times New Roman" w:cs="Times New Roman"/>
          <w:sz w:val="26"/>
          <w:szCs w:val="26"/>
        </w:rPr>
      </w:pPr>
    </w:p>
    <w:p w14:paraId="56492260" w14:textId="77777777" w:rsidR="005D3E65" w:rsidRDefault="005D3E65" w:rsidP="005D3E65">
      <w:pPr>
        <w:autoSpaceDE w:val="0"/>
        <w:autoSpaceDN w:val="0"/>
        <w:adjustRightInd w:val="0"/>
        <w:spacing w:after="0" w:line="360" w:lineRule="auto"/>
        <w:ind w:left="6859" w:right="260" w:hanging="1614"/>
        <w:jc w:val="both"/>
        <w:rPr>
          <w:rFonts w:ascii="Times New Roman" w:hAnsi="Times New Roman" w:cs="Times New Roman"/>
          <w:sz w:val="26"/>
          <w:szCs w:val="26"/>
        </w:rPr>
      </w:pPr>
    </w:p>
    <w:p w14:paraId="4EB89810" w14:textId="77777777" w:rsidR="005D3E65" w:rsidRDefault="005D3E65" w:rsidP="005D3E65">
      <w:pPr>
        <w:autoSpaceDE w:val="0"/>
        <w:autoSpaceDN w:val="0"/>
        <w:adjustRightInd w:val="0"/>
        <w:spacing w:after="0" w:line="360" w:lineRule="auto"/>
        <w:ind w:left="6859" w:right="260" w:hanging="1614"/>
        <w:jc w:val="both"/>
        <w:rPr>
          <w:rFonts w:ascii="Times New Roman" w:hAnsi="Times New Roman" w:cs="Times New Roman"/>
          <w:sz w:val="26"/>
          <w:szCs w:val="26"/>
        </w:rPr>
      </w:pPr>
    </w:p>
    <w:p w14:paraId="1AAE79D4" w14:textId="77777777" w:rsidR="005D3E65" w:rsidRDefault="005D3E65" w:rsidP="005D3E65">
      <w:pPr>
        <w:autoSpaceDE w:val="0"/>
        <w:autoSpaceDN w:val="0"/>
        <w:adjustRightInd w:val="0"/>
        <w:spacing w:after="0" w:line="360" w:lineRule="auto"/>
        <w:ind w:left="6859" w:right="260" w:hanging="1614"/>
        <w:jc w:val="both"/>
        <w:rPr>
          <w:rFonts w:ascii="Times New Roman" w:hAnsi="Times New Roman" w:cs="Times New Roman"/>
          <w:sz w:val="26"/>
          <w:szCs w:val="26"/>
        </w:rPr>
      </w:pPr>
    </w:p>
    <w:p w14:paraId="32846F97" w14:textId="77777777" w:rsidR="005D3E65" w:rsidRDefault="005D3E65" w:rsidP="005D3E65">
      <w:pPr>
        <w:autoSpaceDE w:val="0"/>
        <w:autoSpaceDN w:val="0"/>
        <w:adjustRightInd w:val="0"/>
        <w:spacing w:after="0" w:line="360" w:lineRule="auto"/>
        <w:ind w:left="6859" w:right="260" w:hanging="1614"/>
        <w:jc w:val="both"/>
        <w:rPr>
          <w:rFonts w:ascii="Times New Roman" w:hAnsi="Times New Roman" w:cs="Times New Roman"/>
          <w:sz w:val="26"/>
          <w:szCs w:val="26"/>
        </w:rPr>
      </w:pPr>
    </w:p>
    <w:p w14:paraId="1DB9C8D4" w14:textId="77777777" w:rsidR="00211DD6" w:rsidRPr="00266F2A" w:rsidRDefault="008D2EF5" w:rsidP="00266F2A">
      <w:pPr>
        <w:pStyle w:val="Heading1"/>
        <w:jc w:val="center"/>
        <w:rPr>
          <w:rFonts w:ascii="Times New Roman" w:hAnsi="Times New Roman" w:cs="Times New Roman"/>
          <w:color w:val="auto"/>
          <w:sz w:val="24"/>
          <w:szCs w:val="24"/>
          <w:lang w:eastAsia="ja-JP"/>
        </w:rPr>
      </w:pPr>
      <w:bookmarkStart w:id="1" w:name="_Toc238448274"/>
      <w:r w:rsidRPr="00266F2A">
        <w:rPr>
          <w:rFonts w:ascii="Times New Roman" w:hAnsi="Times New Roman" w:cs="Times New Roman"/>
          <w:color w:val="auto"/>
          <w:sz w:val="24"/>
          <w:szCs w:val="24"/>
          <w:lang w:eastAsia="ja-JP"/>
        </w:rPr>
        <w:t>KATA PENGANTAR</w:t>
      </w:r>
      <w:bookmarkEnd w:id="1"/>
    </w:p>
    <w:p w14:paraId="7B5A1FBD" w14:textId="77777777" w:rsidR="008D2EF5" w:rsidRDefault="008D2EF5" w:rsidP="00211DD6">
      <w:pPr>
        <w:spacing w:after="0" w:line="360" w:lineRule="auto"/>
        <w:jc w:val="center"/>
        <w:rPr>
          <w:rFonts w:ascii="Times New Roman" w:hAnsi="Times New Roman"/>
          <w:b/>
          <w:sz w:val="28"/>
          <w:lang w:eastAsia="ja-JP"/>
        </w:rPr>
      </w:pPr>
    </w:p>
    <w:p w14:paraId="4B8094BD" w14:textId="77777777" w:rsidR="00307F8C" w:rsidRPr="00307F8C" w:rsidRDefault="00307F8C" w:rsidP="00EB64E7">
      <w:pPr>
        <w:autoSpaceDE w:val="0"/>
        <w:autoSpaceDN w:val="0"/>
        <w:adjustRightInd w:val="0"/>
        <w:spacing w:after="0" w:line="360" w:lineRule="auto"/>
        <w:ind w:firstLine="567"/>
        <w:jc w:val="both"/>
        <w:rPr>
          <w:rFonts w:ascii="Times New Roman" w:hAnsi="Times New Roman" w:cs="Times New Roman"/>
          <w:sz w:val="26"/>
          <w:szCs w:val="26"/>
        </w:rPr>
      </w:pPr>
      <w:r w:rsidRPr="00307F8C">
        <w:rPr>
          <w:rFonts w:ascii="Times New Roman" w:hAnsi="Times New Roman" w:cs="Times New Roman" w:hint="cs"/>
          <w:sz w:val="26"/>
          <w:szCs w:val="26"/>
        </w:rPr>
        <w:t xml:space="preserve">Puji </w:t>
      </w:r>
      <w:proofErr w:type="spellStart"/>
      <w:r w:rsidRPr="00307F8C">
        <w:rPr>
          <w:rFonts w:ascii="Times New Roman" w:hAnsi="Times New Roman" w:cs="Times New Roman" w:hint="cs"/>
          <w:sz w:val="26"/>
          <w:szCs w:val="26"/>
        </w:rPr>
        <w:t>syukur</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senantiasa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penulis</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panjatkan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kepadaAllah</w:t>
      </w:r>
      <w:proofErr w:type="spellEnd"/>
      <w:r w:rsidRPr="00307F8C">
        <w:rPr>
          <w:rFonts w:ascii="Times New Roman" w:hAnsi="Times New Roman" w:cs="Times New Roman" w:hint="cs"/>
          <w:sz w:val="26"/>
          <w:szCs w:val="26"/>
        </w:rPr>
        <w:t xml:space="preserve"> SWT </w:t>
      </w:r>
      <w:proofErr w:type="spellStart"/>
      <w:r w:rsidRPr="00307F8C">
        <w:rPr>
          <w:rFonts w:ascii="Times New Roman" w:hAnsi="Times New Roman" w:cs="Times New Roman" w:hint="cs"/>
          <w:sz w:val="26"/>
          <w:szCs w:val="26"/>
        </w:rPr>
        <w:t>atas</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berkat</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rahmat</w:t>
      </w:r>
      <w:proofErr w:type="spellEnd"/>
      <w:r w:rsidRPr="00307F8C">
        <w:rPr>
          <w:rFonts w:ascii="Times New Roman" w:hAnsi="Times New Roman" w:cs="Times New Roman" w:hint="cs"/>
          <w:sz w:val="26"/>
          <w:szCs w:val="26"/>
        </w:rPr>
        <w:t xml:space="preserve"> dan </w:t>
      </w:r>
      <w:proofErr w:type="spellStart"/>
      <w:r w:rsidRPr="00307F8C">
        <w:rPr>
          <w:rFonts w:ascii="Times New Roman" w:hAnsi="Times New Roman" w:cs="Times New Roman" w:hint="cs"/>
          <w:sz w:val="26"/>
          <w:szCs w:val="26"/>
        </w:rPr>
        <w:t>hidayah</w:t>
      </w:r>
      <w:proofErr w:type="spellEnd"/>
      <w:r w:rsidRPr="00307F8C">
        <w:rPr>
          <w:rFonts w:ascii="Times New Roman" w:hAnsi="Times New Roman" w:cs="Times New Roman" w:hint="cs"/>
          <w:sz w:val="26"/>
          <w:szCs w:val="26"/>
        </w:rPr>
        <w:t xml:space="preserve">-Nya </w:t>
      </w:r>
      <w:proofErr w:type="spellStart"/>
      <w:r w:rsidRPr="00307F8C">
        <w:rPr>
          <w:rFonts w:ascii="Times New Roman" w:hAnsi="Times New Roman" w:cs="Times New Roman" w:hint="cs"/>
          <w:sz w:val="26"/>
          <w:szCs w:val="26"/>
        </w:rPr>
        <w:t>Tugas</w:t>
      </w:r>
      <w:proofErr w:type="spellEnd"/>
      <w:r w:rsidRPr="00307F8C">
        <w:rPr>
          <w:rFonts w:ascii="Times New Roman" w:hAnsi="Times New Roman" w:cs="Times New Roman" w:hint="cs"/>
          <w:sz w:val="26"/>
          <w:szCs w:val="26"/>
        </w:rPr>
        <w:t xml:space="preserve"> Akhir </w:t>
      </w:r>
      <w:proofErr w:type="spellStart"/>
      <w:r w:rsidRPr="00307F8C">
        <w:rPr>
          <w:rFonts w:ascii="Times New Roman" w:hAnsi="Times New Roman" w:cs="Times New Roman" w:hint="cs"/>
          <w:sz w:val="26"/>
          <w:szCs w:val="26"/>
        </w:rPr>
        <w:t>dengan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judul</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Analisis</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komunikasi</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antarbudaya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tenaga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kerja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asing</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dihotel</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jepang</w:t>
      </w:r>
      <w:proofErr w:type="spellEnd"/>
      <w:r w:rsidRPr="00307F8C">
        <w:rPr>
          <w:rFonts w:ascii="Times New Roman" w:hAnsi="Times New Roman" w:cs="Times New Roman" w:hint="cs"/>
          <w:sz w:val="26"/>
          <w:szCs w:val="26"/>
        </w:rPr>
        <w:t xml:space="preserve"> : </w:t>
      </w:r>
      <w:proofErr w:type="spellStart"/>
      <w:r w:rsidRPr="00307F8C">
        <w:rPr>
          <w:rFonts w:ascii="Times New Roman" w:hAnsi="Times New Roman" w:cs="Times New Roman" w:hint="cs"/>
          <w:sz w:val="26"/>
          <w:szCs w:val="26"/>
        </w:rPr>
        <w:t>tantangan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bahasa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etika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kerja</w:t>
      </w:r>
      <w:proofErr w:type="spellEnd"/>
      <w:r w:rsidRPr="00307F8C">
        <w:rPr>
          <w:rFonts w:ascii="Times New Roman" w:hAnsi="Times New Roman" w:cs="Times New Roman" w:hint="cs"/>
          <w:sz w:val="26"/>
          <w:szCs w:val="26"/>
        </w:rPr>
        <w:t xml:space="preserve"> dan strategi </w:t>
      </w:r>
      <w:proofErr w:type="spellStart"/>
      <w:r w:rsidRPr="00307F8C">
        <w:rPr>
          <w:rFonts w:ascii="Times New Roman" w:hAnsi="Times New Roman" w:cs="Times New Roman" w:hint="cs"/>
          <w:sz w:val="26"/>
          <w:szCs w:val="26"/>
        </w:rPr>
        <w:t>adaptasi</w:t>
      </w:r>
      <w:proofErr w:type="spellEnd"/>
      <w:r w:rsidRPr="00307F8C">
        <w:rPr>
          <w:rFonts w:ascii="Times New Roman" w:hAnsi="Times New Roman" w:cs="Times New Roman" w:hint="cs"/>
          <w:sz w:val="26"/>
          <w:szCs w:val="26"/>
        </w:rPr>
        <w:t xml:space="preserve"> di </w:t>
      </w:r>
      <w:proofErr w:type="spellStart"/>
      <w:r w:rsidRPr="00307F8C">
        <w:rPr>
          <w:rFonts w:ascii="Times New Roman" w:hAnsi="Times New Roman" w:cs="Times New Roman" w:hint="cs"/>
          <w:sz w:val="26"/>
          <w:szCs w:val="26"/>
        </w:rPr>
        <w:t>lingkungan</w:t>
      </w:r>
      <w:proofErr w:type="spellEnd"/>
      <w:r w:rsidRPr="00307F8C">
        <w:rPr>
          <w:rFonts w:ascii="Times New Roman" w:hAnsi="Times New Roman" w:cs="Times New Roman" w:hint="cs"/>
          <w:sz w:val="26"/>
          <w:szCs w:val="26"/>
        </w:rPr>
        <w:t xml:space="preserve"> </w:t>
      </w:r>
      <w:r w:rsidRPr="000A73CA">
        <w:rPr>
          <w:rFonts w:ascii="Times New Roman" w:hAnsi="Times New Roman" w:cs="Times New Roman" w:hint="cs"/>
          <w:i/>
          <w:iCs/>
          <w:sz w:val="26"/>
          <w:szCs w:val="26"/>
        </w:rPr>
        <w:t>hospitality</w:t>
      </w:r>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internasional</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ini</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dapat</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terselesaikan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dengan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baik</w:t>
      </w:r>
      <w:proofErr w:type="spellEnd"/>
      <w:r w:rsidRPr="00307F8C">
        <w:rPr>
          <w:rFonts w:ascii="Times New Roman" w:hAnsi="Times New Roman" w:cs="Times New Roman" w:hint="cs"/>
          <w:sz w:val="26"/>
          <w:szCs w:val="26"/>
        </w:rPr>
        <w:t xml:space="preserve"> dan </w:t>
      </w:r>
      <w:proofErr w:type="spellStart"/>
      <w:r w:rsidRPr="00307F8C">
        <w:rPr>
          <w:rFonts w:ascii="Times New Roman" w:hAnsi="Times New Roman" w:cs="Times New Roman" w:hint="cs"/>
          <w:sz w:val="26"/>
          <w:szCs w:val="26"/>
        </w:rPr>
        <w:t>tanpa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adanya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suatu</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halangan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apa</w:t>
      </w:r>
      <w:proofErr w:type="spellEnd"/>
      <w:r w:rsidRPr="00307F8C">
        <w:rPr>
          <w:rFonts w:ascii="Times New Roman" w:hAnsi="Times New Roman" w:cs="Times New Roman" w:hint="cs"/>
          <w:sz w:val="26"/>
          <w:szCs w:val="26"/>
        </w:rPr>
        <w:t xml:space="preserve"> pun. Maksud dan </w:t>
      </w:r>
      <w:proofErr w:type="spellStart"/>
      <w:r w:rsidRPr="00307F8C">
        <w:rPr>
          <w:rFonts w:ascii="Times New Roman" w:hAnsi="Times New Roman" w:cs="Times New Roman" w:hint="cs"/>
          <w:sz w:val="26"/>
          <w:szCs w:val="26"/>
        </w:rPr>
        <w:t>tujuan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penyusunan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Tugas</w:t>
      </w:r>
      <w:proofErr w:type="spellEnd"/>
      <w:r w:rsidRPr="00307F8C">
        <w:rPr>
          <w:rFonts w:ascii="Times New Roman" w:hAnsi="Times New Roman" w:cs="Times New Roman" w:hint="cs"/>
          <w:sz w:val="26"/>
          <w:szCs w:val="26"/>
        </w:rPr>
        <w:t xml:space="preserve"> Akhir </w:t>
      </w:r>
      <w:proofErr w:type="spellStart"/>
      <w:r w:rsidRPr="00307F8C">
        <w:rPr>
          <w:rFonts w:ascii="Times New Roman" w:hAnsi="Times New Roman" w:cs="Times New Roman" w:hint="cs"/>
          <w:sz w:val="26"/>
          <w:szCs w:val="26"/>
        </w:rPr>
        <w:t>ini</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adalah</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untuk</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memenuhi</w:t>
      </w:r>
      <w:proofErr w:type="spellEnd"/>
      <w:r w:rsidRPr="00307F8C">
        <w:rPr>
          <w:rFonts w:ascii="Times New Roman" w:hAnsi="Times New Roman" w:cs="Times New Roman" w:hint="cs"/>
          <w:sz w:val="26"/>
          <w:szCs w:val="26"/>
        </w:rPr>
        <w:t xml:space="preserve"> salah </w:t>
      </w:r>
      <w:proofErr w:type="spellStart"/>
      <w:r w:rsidRPr="00307F8C">
        <w:rPr>
          <w:rFonts w:ascii="Times New Roman" w:hAnsi="Times New Roman" w:cs="Times New Roman" w:hint="cs"/>
          <w:sz w:val="26"/>
          <w:szCs w:val="26"/>
        </w:rPr>
        <w:t>satu</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syarat</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persyaratan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kelulusan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padaProgram</w:t>
      </w:r>
      <w:proofErr w:type="spellEnd"/>
      <w:r w:rsidRPr="00307F8C">
        <w:rPr>
          <w:rFonts w:ascii="Times New Roman" w:hAnsi="Times New Roman" w:cs="Times New Roman" w:hint="cs"/>
          <w:sz w:val="26"/>
          <w:szCs w:val="26"/>
        </w:rPr>
        <w:t xml:space="preserve"> Studi D4 Bahasa Asing </w:t>
      </w:r>
      <w:proofErr w:type="spellStart"/>
      <w:r w:rsidRPr="00307F8C">
        <w:rPr>
          <w:rFonts w:ascii="Times New Roman" w:hAnsi="Times New Roman" w:cs="Times New Roman" w:hint="cs"/>
          <w:sz w:val="26"/>
          <w:szCs w:val="26"/>
        </w:rPr>
        <w:t>Terapan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Sekolah</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Vokasi</w:t>
      </w:r>
      <w:proofErr w:type="spellEnd"/>
      <w:r w:rsidRPr="00307F8C">
        <w:rPr>
          <w:rFonts w:ascii="Times New Roman" w:hAnsi="Times New Roman" w:cs="Times New Roman" w:hint="cs"/>
          <w:sz w:val="26"/>
          <w:szCs w:val="26"/>
        </w:rPr>
        <w:t xml:space="preserve"> Universitas </w:t>
      </w:r>
      <w:proofErr w:type="spellStart"/>
      <w:r w:rsidRPr="00307F8C">
        <w:rPr>
          <w:rFonts w:ascii="Times New Roman" w:hAnsi="Times New Roman" w:cs="Times New Roman" w:hint="cs"/>
          <w:sz w:val="26"/>
          <w:szCs w:val="26"/>
        </w:rPr>
        <w:t>Diponegoro</w:t>
      </w:r>
      <w:proofErr w:type="spellEnd"/>
      <w:r w:rsidRPr="00307F8C">
        <w:rPr>
          <w:rFonts w:ascii="Times New Roman" w:hAnsi="Times New Roman" w:cs="Times New Roman" w:hint="cs"/>
          <w:sz w:val="26"/>
          <w:szCs w:val="26"/>
        </w:rPr>
        <w:t xml:space="preserve"> Semarang.</w:t>
      </w:r>
    </w:p>
    <w:p w14:paraId="1ED6F2E6" w14:textId="77777777" w:rsidR="00307F8C" w:rsidRPr="00307F8C" w:rsidRDefault="00307F8C" w:rsidP="00EB64E7">
      <w:pPr>
        <w:autoSpaceDE w:val="0"/>
        <w:autoSpaceDN w:val="0"/>
        <w:adjustRightInd w:val="0"/>
        <w:spacing w:after="0" w:line="360" w:lineRule="auto"/>
        <w:ind w:firstLine="567"/>
        <w:jc w:val="both"/>
        <w:rPr>
          <w:rFonts w:ascii="Times New Roman" w:hAnsi="Times New Roman" w:cs="Times New Roman"/>
          <w:sz w:val="26"/>
          <w:szCs w:val="26"/>
        </w:rPr>
      </w:pPr>
      <w:proofErr w:type="spellStart"/>
      <w:r w:rsidRPr="00307F8C">
        <w:rPr>
          <w:rFonts w:ascii="Times New Roman" w:hAnsi="Times New Roman" w:cs="Times New Roman" w:hint="cs"/>
          <w:sz w:val="26"/>
          <w:szCs w:val="26"/>
        </w:rPr>
        <w:t>Penulis</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menyadari</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bahwa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penyusunan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Tugas</w:t>
      </w:r>
      <w:proofErr w:type="spellEnd"/>
      <w:r w:rsidRPr="00307F8C">
        <w:rPr>
          <w:rFonts w:ascii="Times New Roman" w:hAnsi="Times New Roman" w:cs="Times New Roman" w:hint="cs"/>
          <w:sz w:val="26"/>
          <w:szCs w:val="26"/>
        </w:rPr>
        <w:t xml:space="preserve"> Akhir </w:t>
      </w:r>
      <w:proofErr w:type="spellStart"/>
      <w:r w:rsidRPr="00307F8C">
        <w:rPr>
          <w:rFonts w:ascii="Times New Roman" w:hAnsi="Times New Roman" w:cs="Times New Roman" w:hint="cs"/>
          <w:sz w:val="26"/>
          <w:szCs w:val="26"/>
        </w:rPr>
        <w:t>ini</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dapat</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terselesaikan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dengan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baik</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berkat</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bimbingan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bantuan</w:t>
      </w:r>
      <w:proofErr w:type="spellEnd"/>
      <w:r w:rsidRPr="00307F8C">
        <w:rPr>
          <w:rFonts w:ascii="Times New Roman" w:hAnsi="Times New Roman" w:cs="Times New Roman" w:hint="cs"/>
          <w:sz w:val="26"/>
          <w:szCs w:val="26"/>
        </w:rPr>
        <w:t xml:space="preserve"> dan </w:t>
      </w:r>
      <w:proofErr w:type="spellStart"/>
      <w:r w:rsidRPr="00307F8C">
        <w:rPr>
          <w:rFonts w:ascii="Times New Roman" w:hAnsi="Times New Roman" w:cs="Times New Roman" w:hint="cs"/>
          <w:sz w:val="26"/>
          <w:szCs w:val="26"/>
        </w:rPr>
        <w:t>doa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dari</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berbagai</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pihak</w:t>
      </w:r>
      <w:proofErr w:type="spellEnd"/>
      <w:r w:rsidRPr="00307F8C">
        <w:rPr>
          <w:rFonts w:ascii="Times New Roman" w:hAnsi="Times New Roman" w:cs="Times New Roman" w:hint="cs"/>
          <w:sz w:val="26"/>
          <w:szCs w:val="26"/>
        </w:rPr>
        <w:t xml:space="preserve">. Oleh </w:t>
      </w:r>
      <w:proofErr w:type="spellStart"/>
      <w:r w:rsidRPr="00307F8C">
        <w:rPr>
          <w:rFonts w:ascii="Times New Roman" w:hAnsi="Times New Roman" w:cs="Times New Roman" w:hint="cs"/>
          <w:sz w:val="26"/>
          <w:szCs w:val="26"/>
        </w:rPr>
        <w:t>karena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itu</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penulis</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mengucapkan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terima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kasih</w:t>
      </w:r>
      <w:proofErr w:type="spellEnd"/>
      <w:r w:rsidRPr="00307F8C">
        <w:rPr>
          <w:rFonts w:ascii="Times New Roman" w:hAnsi="Times New Roman" w:cs="Times New Roman" w:hint="cs"/>
          <w:sz w:val="26"/>
          <w:szCs w:val="26"/>
        </w:rPr>
        <w:t xml:space="preserve"> yang </w:t>
      </w:r>
      <w:proofErr w:type="spellStart"/>
      <w:r w:rsidRPr="00307F8C">
        <w:rPr>
          <w:rFonts w:ascii="Times New Roman" w:hAnsi="Times New Roman" w:cs="Times New Roman" w:hint="cs"/>
          <w:sz w:val="26"/>
          <w:szCs w:val="26"/>
        </w:rPr>
        <w:t>sebesar-besarnya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kepada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semua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pihak</w:t>
      </w:r>
      <w:proofErr w:type="spellEnd"/>
      <w:r w:rsidRPr="00307F8C">
        <w:rPr>
          <w:rFonts w:ascii="Times New Roman" w:hAnsi="Times New Roman" w:cs="Times New Roman" w:hint="cs"/>
          <w:sz w:val="26"/>
          <w:szCs w:val="26"/>
        </w:rPr>
        <w:t xml:space="preserve"> yang </w:t>
      </w:r>
      <w:proofErr w:type="spellStart"/>
      <w:r w:rsidRPr="00307F8C">
        <w:rPr>
          <w:rFonts w:ascii="Times New Roman" w:hAnsi="Times New Roman" w:cs="Times New Roman" w:hint="cs"/>
          <w:sz w:val="26"/>
          <w:szCs w:val="26"/>
        </w:rPr>
        <w:t>telah</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membantu</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dalam</w:t>
      </w:r>
      <w:proofErr w:type="spellEnd"/>
      <w:r w:rsidRPr="00307F8C">
        <w:rPr>
          <w:rFonts w:ascii="Times New Roman" w:hAnsi="Times New Roman" w:cs="Times New Roman" w:hint="cs"/>
          <w:sz w:val="26"/>
          <w:szCs w:val="26"/>
        </w:rPr>
        <w:t xml:space="preserve"> proses </w:t>
      </w:r>
      <w:proofErr w:type="spellStart"/>
      <w:r w:rsidRPr="00307F8C">
        <w:rPr>
          <w:rFonts w:ascii="Times New Roman" w:hAnsi="Times New Roman" w:cs="Times New Roman" w:hint="cs"/>
          <w:sz w:val="26"/>
          <w:szCs w:val="26"/>
        </w:rPr>
        <w:t>penulisan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Tugas</w:t>
      </w:r>
      <w:proofErr w:type="spellEnd"/>
      <w:r w:rsidRPr="00307F8C">
        <w:rPr>
          <w:rFonts w:ascii="Times New Roman" w:hAnsi="Times New Roman" w:cs="Times New Roman" w:hint="cs"/>
          <w:sz w:val="26"/>
          <w:szCs w:val="26"/>
        </w:rPr>
        <w:t xml:space="preserve"> Akhir </w:t>
      </w:r>
      <w:proofErr w:type="spellStart"/>
      <w:r w:rsidRPr="00307F8C">
        <w:rPr>
          <w:rFonts w:ascii="Times New Roman" w:hAnsi="Times New Roman" w:cs="Times New Roman" w:hint="cs"/>
          <w:sz w:val="26"/>
          <w:szCs w:val="26"/>
        </w:rPr>
        <w:t>ini</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yaitu</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kepada</w:t>
      </w:r>
      <w:proofErr w:type="spellEnd"/>
      <w:r w:rsidRPr="00307F8C">
        <w:rPr>
          <w:rFonts w:ascii="Times New Roman" w:hAnsi="Times New Roman" w:cs="Times New Roman" w:hint="cs"/>
          <w:sz w:val="26"/>
          <w:szCs w:val="26"/>
        </w:rPr>
        <w:t>:</w:t>
      </w:r>
    </w:p>
    <w:p w14:paraId="37312C09" w14:textId="77777777" w:rsidR="0020301E" w:rsidRPr="002656C6" w:rsidRDefault="0020301E">
      <w:pPr>
        <w:pStyle w:val="ListParagraph"/>
        <w:numPr>
          <w:ilvl w:val="0"/>
          <w:numId w:val="9"/>
        </w:numPr>
        <w:autoSpaceDE w:val="0"/>
        <w:autoSpaceDN w:val="0"/>
        <w:adjustRightInd w:val="0"/>
        <w:spacing w:after="0" w:line="360" w:lineRule="auto"/>
        <w:ind w:left="567"/>
        <w:jc w:val="both"/>
        <w:rPr>
          <w:rFonts w:ascii="Times New Roman" w:hAnsi="Times New Roman" w:cs="Times New Roman"/>
          <w:sz w:val="26"/>
          <w:szCs w:val="26"/>
        </w:rPr>
      </w:pPr>
      <w:proofErr w:type="spellStart"/>
      <w:r w:rsidRPr="002656C6">
        <w:rPr>
          <w:rFonts w:ascii="Times New Roman" w:hAnsi="Times New Roman" w:cs="Times New Roman"/>
          <w:sz w:val="26"/>
          <w:szCs w:val="26"/>
        </w:rPr>
        <w:t>Kepada</w:t>
      </w:r>
      <w:proofErr w:type="spellEnd"/>
      <w:r w:rsidRPr="002656C6">
        <w:rPr>
          <w:rFonts w:ascii="Times New Roman" w:hAnsi="Times New Roman" w:cs="Times New Roman"/>
          <w:sz w:val="26"/>
          <w:szCs w:val="26"/>
        </w:rPr>
        <w:t xml:space="preserve"> Orang Tua </w:t>
      </w:r>
      <w:proofErr w:type="spellStart"/>
      <w:r w:rsidRPr="002656C6">
        <w:rPr>
          <w:rFonts w:ascii="Times New Roman" w:hAnsi="Times New Roman" w:cs="Times New Roman"/>
          <w:sz w:val="26"/>
          <w:szCs w:val="26"/>
        </w:rPr>
        <w:t>saya</w:t>
      </w:r>
      <w:proofErr w:type="spellEnd"/>
      <w:r w:rsidRPr="002656C6">
        <w:rPr>
          <w:rFonts w:ascii="Times New Roman" w:hAnsi="Times New Roman" w:cs="Times New Roman"/>
          <w:sz w:val="26"/>
          <w:szCs w:val="26"/>
        </w:rPr>
        <w:t xml:space="preserve"> yang</w:t>
      </w:r>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selalu</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menjadi</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alasan</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penulis</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untuk</w:t>
      </w:r>
      <w:proofErr w:type="spellEnd"/>
      <w:r w:rsidRPr="002656C6">
        <w:rPr>
          <w:rFonts w:ascii="Times New Roman" w:hAnsi="Times New Roman" w:cs="Times New Roman"/>
          <w:sz w:val="26"/>
          <w:szCs w:val="26"/>
        </w:rPr>
        <w:t xml:space="preserve"> </w:t>
      </w:r>
      <w:proofErr w:type="spellStart"/>
      <w:r w:rsidR="0054366C">
        <w:rPr>
          <w:rFonts w:ascii="Times New Roman" w:hAnsi="Times New Roman" w:cs="Times New Roman"/>
          <w:sz w:val="26"/>
          <w:szCs w:val="26"/>
        </w:rPr>
        <w:t>terus</w:t>
      </w:r>
      <w:proofErr w:type="spellEnd"/>
      <w:r w:rsidR="0054366C">
        <w:rPr>
          <w:rFonts w:ascii="Times New Roman" w:hAnsi="Times New Roman" w:cs="Times New Roman"/>
          <w:sz w:val="26"/>
          <w:szCs w:val="26"/>
        </w:rPr>
        <w:t xml:space="preserve"> </w:t>
      </w:r>
      <w:proofErr w:type="spellStart"/>
      <w:r w:rsidR="0054366C">
        <w:rPr>
          <w:rFonts w:ascii="Times New Roman" w:hAnsi="Times New Roman" w:cs="Times New Roman"/>
          <w:sz w:val="26"/>
          <w:szCs w:val="26"/>
        </w:rPr>
        <w:t>berjuang</w:t>
      </w:r>
      <w:proofErr w:type="spellEnd"/>
      <w:r w:rsidR="0054366C">
        <w:rPr>
          <w:rFonts w:ascii="Times New Roman" w:hAnsi="Times New Roman" w:cs="Times New Roman"/>
          <w:sz w:val="26"/>
          <w:szCs w:val="26"/>
        </w:rPr>
        <w:t xml:space="preserve">. </w:t>
      </w:r>
      <w:proofErr w:type="spellStart"/>
      <w:r w:rsidR="0054366C">
        <w:rPr>
          <w:rFonts w:ascii="Times New Roman" w:hAnsi="Times New Roman" w:cs="Times New Roman"/>
          <w:sz w:val="26"/>
          <w:szCs w:val="26"/>
        </w:rPr>
        <w:t>Terima</w:t>
      </w:r>
      <w:proofErr w:type="spellEnd"/>
      <w:r w:rsidR="0054366C">
        <w:rPr>
          <w:rFonts w:ascii="Times New Roman" w:hAnsi="Times New Roman" w:cs="Times New Roman"/>
          <w:sz w:val="26"/>
          <w:szCs w:val="26"/>
        </w:rPr>
        <w:t xml:space="preserve"> </w:t>
      </w:r>
      <w:proofErr w:type="spellStart"/>
      <w:r w:rsidR="0054366C">
        <w:rPr>
          <w:rFonts w:ascii="Times New Roman" w:hAnsi="Times New Roman" w:cs="Times New Roman"/>
          <w:sz w:val="26"/>
          <w:szCs w:val="26"/>
        </w:rPr>
        <w:t>kasih</w:t>
      </w:r>
      <w:proofErr w:type="spellEnd"/>
      <w:r w:rsidR="0054366C">
        <w:rPr>
          <w:rFonts w:ascii="Times New Roman" w:hAnsi="Times New Roman" w:cs="Times New Roman"/>
          <w:sz w:val="26"/>
          <w:szCs w:val="26"/>
        </w:rPr>
        <w:t xml:space="preserve"> </w:t>
      </w:r>
      <w:proofErr w:type="spellStart"/>
      <w:r w:rsidR="0054366C">
        <w:rPr>
          <w:rFonts w:ascii="Times New Roman" w:hAnsi="Times New Roman" w:cs="Times New Roman"/>
          <w:sz w:val="26"/>
          <w:szCs w:val="26"/>
        </w:rPr>
        <w:t>atas</w:t>
      </w:r>
      <w:proofErr w:type="spellEnd"/>
      <w:r w:rsidR="0054366C">
        <w:rPr>
          <w:rFonts w:ascii="Times New Roman" w:hAnsi="Times New Roman" w:cs="Times New Roman"/>
          <w:sz w:val="26"/>
          <w:szCs w:val="26"/>
        </w:rPr>
        <w:t xml:space="preserve"> </w:t>
      </w:r>
      <w:proofErr w:type="spellStart"/>
      <w:r w:rsidR="0054366C">
        <w:rPr>
          <w:rFonts w:ascii="Times New Roman" w:hAnsi="Times New Roman" w:cs="Times New Roman"/>
          <w:sz w:val="26"/>
          <w:szCs w:val="26"/>
        </w:rPr>
        <w:t>segala</w:t>
      </w:r>
      <w:proofErr w:type="spellEnd"/>
      <w:r w:rsidRPr="002656C6">
        <w:rPr>
          <w:rFonts w:ascii="Times New Roman" w:hAnsi="Times New Roman" w:cs="Times New Roman"/>
          <w:sz w:val="26"/>
          <w:szCs w:val="26"/>
        </w:rPr>
        <w:t xml:space="preserve"> </w:t>
      </w:r>
      <w:proofErr w:type="spellStart"/>
      <w:r w:rsidRPr="002656C6">
        <w:rPr>
          <w:rFonts w:ascii="Times New Roman" w:hAnsi="Times New Roman" w:cs="Times New Roman"/>
          <w:sz w:val="26"/>
          <w:szCs w:val="26"/>
        </w:rPr>
        <w:t>doa</w:t>
      </w:r>
      <w:proofErr w:type="spellEnd"/>
      <w:r w:rsidRPr="002656C6">
        <w:rPr>
          <w:rFonts w:ascii="Times New Roman" w:hAnsi="Times New Roman" w:cs="Times New Roman"/>
          <w:sz w:val="26"/>
          <w:szCs w:val="26"/>
        </w:rPr>
        <w:t>,</w:t>
      </w:r>
      <w:r w:rsidR="0054366C">
        <w:rPr>
          <w:rFonts w:ascii="Times New Roman" w:hAnsi="Times New Roman" w:cs="Times New Roman"/>
          <w:sz w:val="26"/>
          <w:szCs w:val="26"/>
        </w:rPr>
        <w:t xml:space="preserve"> </w:t>
      </w:r>
      <w:proofErr w:type="spellStart"/>
      <w:r w:rsidR="0054366C">
        <w:rPr>
          <w:rFonts w:ascii="Times New Roman" w:hAnsi="Times New Roman" w:cs="Times New Roman"/>
          <w:sz w:val="26"/>
          <w:szCs w:val="26"/>
        </w:rPr>
        <w:t>cinta</w:t>
      </w:r>
      <w:proofErr w:type="spellEnd"/>
      <w:r w:rsidR="0054366C">
        <w:rPr>
          <w:rFonts w:ascii="Times New Roman" w:hAnsi="Times New Roman" w:cs="Times New Roman"/>
          <w:sz w:val="26"/>
          <w:szCs w:val="26"/>
        </w:rPr>
        <w:t xml:space="preserve">, </w:t>
      </w:r>
      <w:proofErr w:type="spellStart"/>
      <w:r w:rsidR="0054366C">
        <w:rPr>
          <w:rFonts w:ascii="Times New Roman" w:hAnsi="Times New Roman" w:cs="Times New Roman"/>
          <w:sz w:val="26"/>
          <w:szCs w:val="26"/>
        </w:rPr>
        <w:t>kasih</w:t>
      </w:r>
      <w:proofErr w:type="spellEnd"/>
      <w:r w:rsidR="0054366C">
        <w:rPr>
          <w:rFonts w:ascii="Times New Roman" w:hAnsi="Times New Roman" w:cs="Times New Roman"/>
          <w:sz w:val="26"/>
          <w:szCs w:val="26"/>
        </w:rPr>
        <w:t xml:space="preserve"> </w:t>
      </w:r>
      <w:proofErr w:type="spellStart"/>
      <w:r w:rsidR="0054366C">
        <w:rPr>
          <w:rFonts w:ascii="Times New Roman" w:hAnsi="Times New Roman" w:cs="Times New Roman"/>
          <w:sz w:val="26"/>
          <w:szCs w:val="26"/>
        </w:rPr>
        <w:t>sayang</w:t>
      </w:r>
      <w:proofErr w:type="spellEnd"/>
      <w:r w:rsidR="0054366C">
        <w:rPr>
          <w:rFonts w:ascii="Times New Roman" w:hAnsi="Times New Roman" w:cs="Times New Roman"/>
          <w:sz w:val="26"/>
          <w:szCs w:val="26"/>
        </w:rPr>
        <w:t xml:space="preserve"> dan </w:t>
      </w:r>
      <w:proofErr w:type="spellStart"/>
      <w:r w:rsidRPr="002656C6">
        <w:rPr>
          <w:rFonts w:ascii="Times New Roman" w:hAnsi="Times New Roman" w:cs="Times New Roman"/>
          <w:sz w:val="26"/>
          <w:szCs w:val="26"/>
        </w:rPr>
        <w:t>dukungan</w:t>
      </w:r>
      <w:proofErr w:type="spellEnd"/>
      <w:r w:rsidRPr="002656C6">
        <w:rPr>
          <w:rFonts w:ascii="Times New Roman" w:hAnsi="Times New Roman" w:cs="Times New Roman"/>
          <w:sz w:val="26"/>
          <w:szCs w:val="26"/>
        </w:rPr>
        <w:t xml:space="preserve"> </w:t>
      </w:r>
      <w:proofErr w:type="spellStart"/>
      <w:r w:rsidRPr="002656C6">
        <w:rPr>
          <w:rFonts w:ascii="Times New Roman" w:hAnsi="Times New Roman" w:cs="Times New Roman"/>
          <w:sz w:val="26"/>
          <w:szCs w:val="26"/>
        </w:rPr>
        <w:t>serta</w:t>
      </w:r>
      <w:proofErr w:type="spellEnd"/>
      <w:r w:rsidRPr="002656C6">
        <w:rPr>
          <w:rFonts w:ascii="Times New Roman" w:hAnsi="Times New Roman" w:cs="Times New Roman"/>
          <w:sz w:val="26"/>
          <w:szCs w:val="26"/>
        </w:rPr>
        <w:t xml:space="preserve"> </w:t>
      </w:r>
      <w:proofErr w:type="spellStart"/>
      <w:r w:rsidRPr="002656C6">
        <w:rPr>
          <w:rFonts w:ascii="Times New Roman" w:hAnsi="Times New Roman" w:cs="Times New Roman"/>
          <w:sz w:val="26"/>
          <w:szCs w:val="26"/>
        </w:rPr>
        <w:t>materil</w:t>
      </w:r>
      <w:proofErr w:type="spellEnd"/>
      <w:r w:rsidRPr="002656C6">
        <w:rPr>
          <w:rFonts w:ascii="Times New Roman" w:hAnsi="Times New Roman" w:cs="Times New Roman"/>
          <w:sz w:val="26"/>
          <w:szCs w:val="26"/>
        </w:rPr>
        <w:t xml:space="preserve"> yang </w:t>
      </w:r>
      <w:proofErr w:type="spellStart"/>
      <w:r w:rsidRPr="002656C6">
        <w:rPr>
          <w:rFonts w:ascii="Times New Roman" w:hAnsi="Times New Roman" w:cs="Times New Roman"/>
          <w:sz w:val="26"/>
          <w:szCs w:val="26"/>
        </w:rPr>
        <w:t>tidak</w:t>
      </w:r>
      <w:proofErr w:type="spellEnd"/>
      <w:r w:rsidRPr="002656C6">
        <w:rPr>
          <w:rFonts w:ascii="Times New Roman" w:hAnsi="Times New Roman" w:cs="Times New Roman"/>
          <w:sz w:val="26"/>
          <w:szCs w:val="26"/>
        </w:rPr>
        <w:t xml:space="preserve"> </w:t>
      </w:r>
      <w:proofErr w:type="spellStart"/>
      <w:r w:rsidRPr="002656C6">
        <w:rPr>
          <w:rFonts w:ascii="Times New Roman" w:hAnsi="Times New Roman" w:cs="Times New Roman"/>
          <w:sz w:val="26"/>
          <w:szCs w:val="26"/>
        </w:rPr>
        <w:t>pernah</w:t>
      </w:r>
      <w:proofErr w:type="spellEnd"/>
      <w:r w:rsidRPr="002656C6">
        <w:rPr>
          <w:rFonts w:ascii="Times New Roman" w:hAnsi="Times New Roman" w:cs="Times New Roman"/>
          <w:sz w:val="26"/>
          <w:szCs w:val="26"/>
        </w:rPr>
        <w:t xml:space="preserve"> </w:t>
      </w:r>
      <w:proofErr w:type="spellStart"/>
      <w:r w:rsidRPr="002656C6">
        <w:rPr>
          <w:rFonts w:ascii="Times New Roman" w:hAnsi="Times New Roman" w:cs="Times New Roman"/>
          <w:sz w:val="26"/>
          <w:szCs w:val="26"/>
        </w:rPr>
        <w:t>terputus</w:t>
      </w:r>
      <w:proofErr w:type="spellEnd"/>
      <w:r w:rsidRPr="002656C6">
        <w:rPr>
          <w:rFonts w:ascii="Times New Roman" w:hAnsi="Times New Roman" w:cs="Times New Roman"/>
          <w:sz w:val="26"/>
          <w:szCs w:val="26"/>
        </w:rPr>
        <w:t xml:space="preserve"> </w:t>
      </w:r>
      <w:proofErr w:type="spellStart"/>
      <w:r w:rsidRPr="002656C6">
        <w:rPr>
          <w:rFonts w:ascii="Times New Roman" w:hAnsi="Times New Roman" w:cs="Times New Roman"/>
          <w:sz w:val="26"/>
          <w:szCs w:val="26"/>
        </w:rPr>
        <w:t>sehingga</w:t>
      </w:r>
      <w:proofErr w:type="spellEnd"/>
      <w:r w:rsidRPr="002656C6">
        <w:rPr>
          <w:rFonts w:ascii="Times New Roman" w:hAnsi="Times New Roman" w:cs="Times New Roman"/>
          <w:sz w:val="26"/>
          <w:szCs w:val="26"/>
        </w:rPr>
        <w:t xml:space="preserve"> </w:t>
      </w:r>
      <w:proofErr w:type="spellStart"/>
      <w:r w:rsidRPr="002656C6">
        <w:rPr>
          <w:rFonts w:ascii="Times New Roman" w:hAnsi="Times New Roman" w:cs="Times New Roman"/>
          <w:sz w:val="26"/>
          <w:szCs w:val="26"/>
        </w:rPr>
        <w:t>penulis</w:t>
      </w:r>
      <w:proofErr w:type="spellEnd"/>
      <w:r w:rsidRPr="002656C6">
        <w:rPr>
          <w:rFonts w:ascii="Times New Roman" w:hAnsi="Times New Roman" w:cs="Times New Roman"/>
          <w:sz w:val="26"/>
          <w:szCs w:val="26"/>
        </w:rPr>
        <w:t xml:space="preserve"> sangat </w:t>
      </w:r>
      <w:proofErr w:type="spellStart"/>
      <w:r w:rsidRPr="002656C6">
        <w:rPr>
          <w:rFonts w:ascii="Times New Roman" w:hAnsi="Times New Roman" w:cs="Times New Roman"/>
          <w:sz w:val="26"/>
          <w:szCs w:val="26"/>
        </w:rPr>
        <w:t>berkecukupan</w:t>
      </w:r>
      <w:proofErr w:type="spellEnd"/>
      <w:r w:rsidRPr="002656C6">
        <w:rPr>
          <w:rFonts w:ascii="Times New Roman" w:hAnsi="Times New Roman" w:cs="Times New Roman"/>
          <w:sz w:val="26"/>
          <w:szCs w:val="26"/>
        </w:rPr>
        <w:t xml:space="preserve">. </w:t>
      </w:r>
      <w:proofErr w:type="spellStart"/>
      <w:r w:rsidRPr="002656C6">
        <w:rPr>
          <w:rFonts w:ascii="Times New Roman" w:hAnsi="Times New Roman" w:cs="Times New Roman"/>
          <w:sz w:val="26"/>
          <w:szCs w:val="26"/>
        </w:rPr>
        <w:t>Terkhusus</w:t>
      </w:r>
      <w:proofErr w:type="spellEnd"/>
      <w:r w:rsidRPr="002656C6">
        <w:rPr>
          <w:rFonts w:ascii="Times New Roman" w:hAnsi="Times New Roman" w:cs="Times New Roman"/>
          <w:sz w:val="26"/>
          <w:szCs w:val="26"/>
        </w:rPr>
        <w:t xml:space="preserve"> </w:t>
      </w:r>
      <w:proofErr w:type="spellStart"/>
      <w:r w:rsidRPr="002656C6">
        <w:rPr>
          <w:rFonts w:ascii="Times New Roman" w:hAnsi="Times New Roman" w:cs="Times New Roman"/>
          <w:sz w:val="26"/>
          <w:szCs w:val="26"/>
        </w:rPr>
        <w:t>untuk</w:t>
      </w:r>
      <w:proofErr w:type="spellEnd"/>
      <w:r w:rsidRPr="002656C6">
        <w:rPr>
          <w:rFonts w:ascii="Times New Roman" w:hAnsi="Times New Roman" w:cs="Times New Roman"/>
          <w:sz w:val="26"/>
          <w:szCs w:val="26"/>
        </w:rPr>
        <w:t xml:space="preserve"> Papa </w:t>
      </w:r>
      <w:proofErr w:type="spellStart"/>
      <w:r w:rsidR="006D6B57">
        <w:rPr>
          <w:rFonts w:ascii="Times New Roman" w:hAnsi="Times New Roman" w:cs="Times New Roman"/>
          <w:sz w:val="26"/>
          <w:szCs w:val="26"/>
        </w:rPr>
        <w:t>t</w:t>
      </w:r>
      <w:r w:rsidRPr="002656C6">
        <w:rPr>
          <w:rFonts w:ascii="Times New Roman" w:hAnsi="Times New Roman" w:cs="Times New Roman"/>
          <w:sz w:val="26"/>
          <w:szCs w:val="26"/>
        </w:rPr>
        <w:t>erima</w:t>
      </w:r>
      <w:proofErr w:type="spellEnd"/>
      <w:r w:rsidRPr="002656C6">
        <w:rPr>
          <w:rFonts w:ascii="Times New Roman" w:hAnsi="Times New Roman" w:cs="Times New Roman"/>
          <w:sz w:val="26"/>
          <w:szCs w:val="26"/>
        </w:rPr>
        <w:t xml:space="preserve"> </w:t>
      </w:r>
      <w:proofErr w:type="spellStart"/>
      <w:r w:rsidR="006D6B57">
        <w:rPr>
          <w:rFonts w:ascii="Times New Roman" w:hAnsi="Times New Roman" w:cs="Times New Roman"/>
          <w:sz w:val="26"/>
          <w:szCs w:val="26"/>
        </w:rPr>
        <w:t>k</w:t>
      </w:r>
      <w:r w:rsidRPr="002656C6">
        <w:rPr>
          <w:rFonts w:ascii="Times New Roman" w:hAnsi="Times New Roman" w:cs="Times New Roman"/>
          <w:sz w:val="26"/>
          <w:szCs w:val="26"/>
        </w:rPr>
        <w:t>asih</w:t>
      </w:r>
      <w:proofErr w:type="spellEnd"/>
      <w:r w:rsidRPr="002656C6">
        <w:rPr>
          <w:rFonts w:ascii="Times New Roman" w:hAnsi="Times New Roman" w:cs="Times New Roman"/>
          <w:sz w:val="26"/>
          <w:szCs w:val="26"/>
        </w:rPr>
        <w:t xml:space="preserve"> </w:t>
      </w:r>
      <w:proofErr w:type="spellStart"/>
      <w:r w:rsidRPr="002656C6">
        <w:rPr>
          <w:rFonts w:ascii="Times New Roman" w:hAnsi="Times New Roman" w:cs="Times New Roman"/>
          <w:sz w:val="26"/>
          <w:szCs w:val="26"/>
        </w:rPr>
        <w:t>atas</w:t>
      </w:r>
      <w:proofErr w:type="spellEnd"/>
      <w:r w:rsidRPr="002656C6">
        <w:rPr>
          <w:rFonts w:ascii="Times New Roman" w:hAnsi="Times New Roman" w:cs="Times New Roman"/>
          <w:sz w:val="26"/>
          <w:szCs w:val="26"/>
        </w:rPr>
        <w:t xml:space="preserve"> </w:t>
      </w:r>
      <w:proofErr w:type="spellStart"/>
      <w:r w:rsidRPr="002656C6">
        <w:rPr>
          <w:rFonts w:ascii="Times New Roman" w:hAnsi="Times New Roman" w:cs="Times New Roman"/>
          <w:sz w:val="26"/>
          <w:szCs w:val="26"/>
        </w:rPr>
        <w:t>segala</w:t>
      </w:r>
      <w:proofErr w:type="spellEnd"/>
      <w:r w:rsidRPr="002656C6">
        <w:rPr>
          <w:rFonts w:ascii="Times New Roman" w:hAnsi="Times New Roman" w:cs="Times New Roman"/>
          <w:sz w:val="26"/>
          <w:szCs w:val="26"/>
        </w:rPr>
        <w:t xml:space="preserve"> </w:t>
      </w:r>
      <w:proofErr w:type="spellStart"/>
      <w:r w:rsidRPr="002656C6">
        <w:rPr>
          <w:rFonts w:ascii="Times New Roman" w:hAnsi="Times New Roman" w:cs="Times New Roman"/>
          <w:sz w:val="26"/>
          <w:szCs w:val="26"/>
        </w:rPr>
        <w:t>perjuangan</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kesabaran</w:t>
      </w:r>
      <w:proofErr w:type="spellEnd"/>
      <w:r w:rsidR="002656C6" w:rsidRPr="002656C6">
        <w:rPr>
          <w:rFonts w:ascii="Times New Roman" w:hAnsi="Times New Roman" w:cs="Times New Roman"/>
          <w:sz w:val="26"/>
          <w:szCs w:val="26"/>
        </w:rPr>
        <w:t xml:space="preserve">, </w:t>
      </w:r>
      <w:proofErr w:type="spellStart"/>
      <w:r w:rsidR="0054366C">
        <w:rPr>
          <w:rFonts w:ascii="Times New Roman" w:hAnsi="Times New Roman" w:cs="Times New Roman"/>
          <w:sz w:val="26"/>
          <w:szCs w:val="26"/>
        </w:rPr>
        <w:t>kepercayaan</w:t>
      </w:r>
      <w:proofErr w:type="spellEnd"/>
      <w:r w:rsidR="0054366C">
        <w:rPr>
          <w:rFonts w:ascii="Times New Roman" w:hAnsi="Times New Roman" w:cs="Times New Roman"/>
          <w:sz w:val="26"/>
          <w:szCs w:val="26"/>
        </w:rPr>
        <w:t xml:space="preserve"> </w:t>
      </w:r>
      <w:r w:rsidR="002656C6" w:rsidRPr="002656C6">
        <w:rPr>
          <w:rFonts w:ascii="Times New Roman" w:hAnsi="Times New Roman" w:cs="Times New Roman"/>
          <w:sz w:val="26"/>
          <w:szCs w:val="26"/>
        </w:rPr>
        <w:t xml:space="preserve">dan </w:t>
      </w:r>
      <w:proofErr w:type="spellStart"/>
      <w:r w:rsidR="0054366C">
        <w:rPr>
          <w:rFonts w:ascii="Times New Roman" w:hAnsi="Times New Roman" w:cs="Times New Roman"/>
          <w:sz w:val="26"/>
          <w:szCs w:val="26"/>
        </w:rPr>
        <w:t>pengorbanan</w:t>
      </w:r>
      <w:proofErr w:type="spellEnd"/>
      <w:r w:rsidR="0054366C">
        <w:rPr>
          <w:rFonts w:ascii="Times New Roman" w:hAnsi="Times New Roman" w:cs="Times New Roman"/>
          <w:sz w:val="26"/>
          <w:szCs w:val="26"/>
        </w:rPr>
        <w:t xml:space="preserve"> </w:t>
      </w:r>
      <w:proofErr w:type="spellStart"/>
      <w:r w:rsidR="0054366C">
        <w:rPr>
          <w:rFonts w:ascii="Times New Roman" w:hAnsi="Times New Roman" w:cs="Times New Roman"/>
          <w:sz w:val="26"/>
          <w:szCs w:val="26"/>
        </w:rPr>
        <w:t>luar</w:t>
      </w:r>
      <w:proofErr w:type="spellEnd"/>
      <w:r w:rsidR="0054366C">
        <w:rPr>
          <w:rFonts w:ascii="Times New Roman" w:hAnsi="Times New Roman" w:cs="Times New Roman"/>
          <w:sz w:val="26"/>
          <w:szCs w:val="26"/>
        </w:rPr>
        <w:t xml:space="preserve"> </w:t>
      </w:r>
      <w:proofErr w:type="spellStart"/>
      <w:r w:rsidR="0054366C">
        <w:rPr>
          <w:rFonts w:ascii="Times New Roman" w:hAnsi="Times New Roman" w:cs="Times New Roman"/>
          <w:sz w:val="26"/>
          <w:szCs w:val="26"/>
        </w:rPr>
        <w:t>biasa</w:t>
      </w:r>
      <w:proofErr w:type="spellEnd"/>
      <w:r w:rsidR="002656C6" w:rsidRPr="002656C6">
        <w:rPr>
          <w:rFonts w:ascii="Times New Roman" w:hAnsi="Times New Roman" w:cs="Times New Roman"/>
          <w:sz w:val="26"/>
          <w:szCs w:val="26"/>
        </w:rPr>
        <w:t xml:space="preserve"> yang </w:t>
      </w:r>
      <w:proofErr w:type="spellStart"/>
      <w:r w:rsidR="002656C6" w:rsidRPr="002656C6">
        <w:rPr>
          <w:rFonts w:ascii="Times New Roman" w:hAnsi="Times New Roman" w:cs="Times New Roman"/>
          <w:sz w:val="26"/>
          <w:szCs w:val="26"/>
        </w:rPr>
        <w:t>diberikan</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kepada</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penulis</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Untuk</w:t>
      </w:r>
      <w:proofErr w:type="spellEnd"/>
      <w:r w:rsidR="002656C6" w:rsidRPr="002656C6">
        <w:rPr>
          <w:rFonts w:ascii="Times New Roman" w:hAnsi="Times New Roman" w:cs="Times New Roman"/>
          <w:sz w:val="26"/>
          <w:szCs w:val="26"/>
        </w:rPr>
        <w:t xml:space="preserve"> Ibu </w:t>
      </w:r>
      <w:proofErr w:type="spellStart"/>
      <w:r w:rsidR="006D6B57">
        <w:rPr>
          <w:rFonts w:ascii="Times New Roman" w:hAnsi="Times New Roman" w:cs="Times New Roman"/>
          <w:sz w:val="26"/>
          <w:szCs w:val="26"/>
        </w:rPr>
        <w:t>t</w:t>
      </w:r>
      <w:r w:rsidR="002656C6" w:rsidRPr="002656C6">
        <w:rPr>
          <w:rFonts w:ascii="Times New Roman" w:hAnsi="Times New Roman" w:cs="Times New Roman"/>
          <w:sz w:val="26"/>
          <w:szCs w:val="26"/>
        </w:rPr>
        <w:t>erima</w:t>
      </w:r>
      <w:proofErr w:type="spellEnd"/>
      <w:r w:rsidR="002656C6" w:rsidRPr="002656C6">
        <w:rPr>
          <w:rFonts w:ascii="Times New Roman" w:hAnsi="Times New Roman" w:cs="Times New Roman"/>
          <w:sz w:val="26"/>
          <w:szCs w:val="26"/>
        </w:rPr>
        <w:t xml:space="preserve"> </w:t>
      </w:r>
      <w:proofErr w:type="spellStart"/>
      <w:r w:rsidR="006D6B57">
        <w:rPr>
          <w:rFonts w:ascii="Times New Roman" w:hAnsi="Times New Roman" w:cs="Times New Roman"/>
          <w:sz w:val="26"/>
          <w:szCs w:val="26"/>
        </w:rPr>
        <w:t>k</w:t>
      </w:r>
      <w:r w:rsidR="002656C6" w:rsidRPr="002656C6">
        <w:rPr>
          <w:rFonts w:ascii="Times New Roman" w:hAnsi="Times New Roman" w:cs="Times New Roman"/>
          <w:sz w:val="26"/>
          <w:szCs w:val="26"/>
        </w:rPr>
        <w:t>asih</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atas</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doa</w:t>
      </w:r>
      <w:proofErr w:type="spellEnd"/>
      <w:r w:rsidR="002656C6" w:rsidRPr="002656C6">
        <w:rPr>
          <w:rFonts w:ascii="Times New Roman" w:hAnsi="Times New Roman" w:cs="Times New Roman"/>
          <w:sz w:val="26"/>
          <w:szCs w:val="26"/>
        </w:rPr>
        <w:t xml:space="preserve"> yang </w:t>
      </w:r>
      <w:proofErr w:type="spellStart"/>
      <w:r w:rsidR="002656C6" w:rsidRPr="002656C6">
        <w:rPr>
          <w:rFonts w:ascii="Times New Roman" w:hAnsi="Times New Roman" w:cs="Times New Roman"/>
          <w:sz w:val="26"/>
          <w:szCs w:val="26"/>
        </w:rPr>
        <w:t>tidak</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pernah</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berhenti</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mendoakan</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penulis</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hingga</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akhirnya</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dapat</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menyelesaikan</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Tugas</w:t>
      </w:r>
      <w:proofErr w:type="spellEnd"/>
      <w:r w:rsidR="002656C6" w:rsidRPr="002656C6">
        <w:rPr>
          <w:rFonts w:ascii="Times New Roman" w:hAnsi="Times New Roman" w:cs="Times New Roman"/>
          <w:sz w:val="26"/>
          <w:szCs w:val="26"/>
        </w:rPr>
        <w:t xml:space="preserve"> Akhir </w:t>
      </w:r>
      <w:proofErr w:type="spellStart"/>
      <w:r w:rsidR="002656C6" w:rsidRPr="002656C6">
        <w:rPr>
          <w:rFonts w:ascii="Times New Roman" w:hAnsi="Times New Roman" w:cs="Times New Roman"/>
          <w:sz w:val="26"/>
          <w:szCs w:val="26"/>
        </w:rPr>
        <w:t>ini</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dengan</w:t>
      </w:r>
      <w:proofErr w:type="spellEnd"/>
      <w:r w:rsidR="002656C6" w:rsidRPr="002656C6">
        <w:rPr>
          <w:rFonts w:ascii="Times New Roman" w:hAnsi="Times New Roman" w:cs="Times New Roman"/>
          <w:sz w:val="26"/>
          <w:szCs w:val="26"/>
        </w:rPr>
        <w:t xml:space="preserve"> </w:t>
      </w:r>
      <w:proofErr w:type="spellStart"/>
      <w:r w:rsidR="002656C6" w:rsidRPr="002656C6">
        <w:rPr>
          <w:rFonts w:ascii="Times New Roman" w:hAnsi="Times New Roman" w:cs="Times New Roman"/>
          <w:sz w:val="26"/>
          <w:szCs w:val="26"/>
        </w:rPr>
        <w:t>baik</w:t>
      </w:r>
      <w:proofErr w:type="spellEnd"/>
      <w:r w:rsidR="002656C6" w:rsidRPr="002656C6">
        <w:rPr>
          <w:rFonts w:ascii="Times New Roman" w:hAnsi="Times New Roman" w:cs="Times New Roman"/>
          <w:sz w:val="26"/>
          <w:szCs w:val="26"/>
        </w:rPr>
        <w:t>.</w:t>
      </w:r>
      <w:r w:rsidR="0054366C">
        <w:rPr>
          <w:rFonts w:ascii="Times New Roman" w:hAnsi="Times New Roman" w:cs="Times New Roman"/>
          <w:sz w:val="26"/>
          <w:szCs w:val="26"/>
        </w:rPr>
        <w:t xml:space="preserve"> </w:t>
      </w:r>
    </w:p>
    <w:p w14:paraId="74731DDF" w14:textId="77777777" w:rsidR="00307F8C" w:rsidRPr="00183D3A" w:rsidRDefault="00307F8C">
      <w:pPr>
        <w:pStyle w:val="ListParagraph"/>
        <w:numPr>
          <w:ilvl w:val="0"/>
          <w:numId w:val="9"/>
        </w:numPr>
        <w:autoSpaceDE w:val="0"/>
        <w:autoSpaceDN w:val="0"/>
        <w:adjustRightInd w:val="0"/>
        <w:spacing w:after="0" w:line="360" w:lineRule="auto"/>
        <w:ind w:left="567"/>
        <w:jc w:val="both"/>
        <w:rPr>
          <w:rFonts w:ascii="Times New Roman" w:hAnsi="Times New Roman" w:cs="Times New Roman"/>
          <w:sz w:val="26"/>
          <w:szCs w:val="26"/>
        </w:rPr>
      </w:pPr>
      <w:r w:rsidRPr="00183D3A">
        <w:rPr>
          <w:rFonts w:ascii="Times New Roman" w:hAnsi="Times New Roman" w:cs="Times New Roman" w:hint="cs"/>
          <w:sz w:val="26"/>
          <w:szCs w:val="26"/>
        </w:rPr>
        <w:t xml:space="preserve">Prof. Dr. Ir. </w:t>
      </w:r>
      <w:proofErr w:type="spellStart"/>
      <w:r w:rsidRPr="00183D3A">
        <w:rPr>
          <w:rFonts w:ascii="Times New Roman" w:hAnsi="Times New Roman" w:cs="Times New Roman" w:hint="cs"/>
          <w:sz w:val="26"/>
          <w:szCs w:val="26"/>
        </w:rPr>
        <w:t>Budiyono</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M.Si</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selaku</w:t>
      </w:r>
      <w:proofErr w:type="spellEnd"/>
      <w:r w:rsidRPr="00183D3A">
        <w:rPr>
          <w:rFonts w:ascii="Times New Roman" w:hAnsi="Times New Roman" w:cs="Times New Roman" w:hint="cs"/>
          <w:sz w:val="26"/>
          <w:szCs w:val="26"/>
        </w:rPr>
        <w:t xml:space="preserve"> Dekan </w:t>
      </w:r>
      <w:proofErr w:type="spellStart"/>
      <w:r w:rsidRPr="00183D3A">
        <w:rPr>
          <w:rFonts w:ascii="Times New Roman" w:hAnsi="Times New Roman" w:cs="Times New Roman" w:hint="cs"/>
          <w:sz w:val="26"/>
          <w:szCs w:val="26"/>
        </w:rPr>
        <w:t>Sekolah</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Vokasi</w:t>
      </w:r>
      <w:proofErr w:type="spellEnd"/>
      <w:r w:rsidRPr="00183D3A">
        <w:rPr>
          <w:rFonts w:ascii="Times New Roman" w:hAnsi="Times New Roman" w:cs="Times New Roman" w:hint="cs"/>
          <w:sz w:val="26"/>
          <w:szCs w:val="26"/>
        </w:rPr>
        <w:t xml:space="preserve"> Universitas </w:t>
      </w:r>
      <w:proofErr w:type="spellStart"/>
      <w:r w:rsidRPr="00183D3A">
        <w:rPr>
          <w:rFonts w:ascii="Times New Roman" w:hAnsi="Times New Roman" w:cs="Times New Roman" w:hint="cs"/>
          <w:sz w:val="26"/>
          <w:szCs w:val="26"/>
        </w:rPr>
        <w:t>Diponegoro</w:t>
      </w:r>
      <w:proofErr w:type="spellEnd"/>
      <w:r w:rsidR="00F42507">
        <w:rPr>
          <w:rFonts w:ascii="Times New Roman" w:hAnsi="Times New Roman" w:cs="Times New Roman"/>
          <w:sz w:val="26"/>
          <w:szCs w:val="26"/>
        </w:rPr>
        <w:t>.</w:t>
      </w:r>
    </w:p>
    <w:p w14:paraId="7F4DF496" w14:textId="77777777" w:rsidR="00307F8C" w:rsidRPr="00183D3A" w:rsidRDefault="0020301E">
      <w:pPr>
        <w:pStyle w:val="ListParagraph"/>
        <w:numPr>
          <w:ilvl w:val="0"/>
          <w:numId w:val="9"/>
        </w:numPr>
        <w:autoSpaceDE w:val="0"/>
        <w:autoSpaceDN w:val="0"/>
        <w:adjustRightInd w:val="0"/>
        <w:spacing w:after="0" w:line="360" w:lineRule="auto"/>
        <w:ind w:left="567"/>
        <w:jc w:val="both"/>
        <w:rPr>
          <w:rFonts w:ascii="Times New Roman" w:hAnsi="Times New Roman" w:cs="Times New Roman"/>
          <w:sz w:val="26"/>
          <w:szCs w:val="26"/>
        </w:rPr>
      </w:pPr>
      <w:r>
        <w:rPr>
          <w:rFonts w:ascii="Times New Roman" w:hAnsi="Times New Roman" w:cs="Times New Roman"/>
          <w:sz w:val="26"/>
          <w:szCs w:val="26"/>
        </w:rPr>
        <w:t xml:space="preserve">Ibu </w:t>
      </w:r>
      <w:proofErr w:type="spellStart"/>
      <w:r w:rsidR="00307F8C" w:rsidRPr="00183D3A">
        <w:rPr>
          <w:rFonts w:ascii="Times New Roman" w:hAnsi="Times New Roman" w:cs="Times New Roman" w:hint="cs"/>
          <w:sz w:val="26"/>
          <w:szCs w:val="26"/>
        </w:rPr>
        <w:t>Sriwahyu</w:t>
      </w:r>
      <w:proofErr w:type="spellEnd"/>
      <w:r w:rsidR="00307F8C" w:rsidRPr="00183D3A">
        <w:rPr>
          <w:rFonts w:ascii="Times New Roman" w:hAnsi="Times New Roman" w:cs="Times New Roman" w:hint="cs"/>
          <w:sz w:val="26"/>
          <w:szCs w:val="26"/>
        </w:rPr>
        <w:t xml:space="preserve"> Istana </w:t>
      </w:r>
      <w:proofErr w:type="spellStart"/>
      <w:r w:rsidR="00307F8C" w:rsidRPr="00183D3A">
        <w:rPr>
          <w:rFonts w:ascii="Times New Roman" w:hAnsi="Times New Roman" w:cs="Times New Roman" w:hint="cs"/>
          <w:sz w:val="26"/>
          <w:szCs w:val="26"/>
        </w:rPr>
        <w:t>Trahutami</w:t>
      </w:r>
      <w:proofErr w:type="spellEnd"/>
      <w:r w:rsidR="00307F8C" w:rsidRPr="00183D3A">
        <w:rPr>
          <w:rFonts w:ascii="Times New Roman" w:hAnsi="Times New Roman" w:cs="Times New Roman" w:hint="cs"/>
          <w:sz w:val="26"/>
          <w:szCs w:val="26"/>
        </w:rPr>
        <w:t xml:space="preserve">, S.S., </w:t>
      </w:r>
      <w:proofErr w:type="spellStart"/>
      <w:r w:rsidR="00307F8C" w:rsidRPr="00183D3A">
        <w:rPr>
          <w:rFonts w:ascii="Times New Roman" w:hAnsi="Times New Roman" w:cs="Times New Roman" w:hint="cs"/>
          <w:sz w:val="26"/>
          <w:szCs w:val="26"/>
        </w:rPr>
        <w:t>M.Hum</w:t>
      </w:r>
      <w:proofErr w:type="spellEnd"/>
      <w:r w:rsidR="00307F8C" w:rsidRPr="00183D3A">
        <w:rPr>
          <w:rFonts w:ascii="Times New Roman" w:hAnsi="Times New Roman" w:cs="Times New Roman" w:hint="cs"/>
          <w:sz w:val="26"/>
          <w:szCs w:val="26"/>
        </w:rPr>
        <w:t xml:space="preserve">., </w:t>
      </w:r>
      <w:proofErr w:type="spellStart"/>
      <w:r w:rsidR="00307F8C" w:rsidRPr="00183D3A">
        <w:rPr>
          <w:rFonts w:ascii="Times New Roman" w:hAnsi="Times New Roman" w:cs="Times New Roman" w:hint="cs"/>
          <w:sz w:val="26"/>
          <w:szCs w:val="26"/>
        </w:rPr>
        <w:t>selaku</w:t>
      </w:r>
      <w:proofErr w:type="spellEnd"/>
      <w:r w:rsidR="00307F8C" w:rsidRPr="00183D3A">
        <w:rPr>
          <w:rFonts w:ascii="Times New Roman" w:hAnsi="Times New Roman" w:cs="Times New Roman" w:hint="cs"/>
          <w:sz w:val="26"/>
          <w:szCs w:val="26"/>
        </w:rPr>
        <w:t xml:space="preserve"> </w:t>
      </w:r>
      <w:proofErr w:type="spellStart"/>
      <w:r w:rsidR="00307F8C" w:rsidRPr="00183D3A">
        <w:rPr>
          <w:rFonts w:ascii="Times New Roman" w:hAnsi="Times New Roman" w:cs="Times New Roman" w:hint="cs"/>
          <w:sz w:val="26"/>
          <w:szCs w:val="26"/>
        </w:rPr>
        <w:t>Ketua</w:t>
      </w:r>
      <w:proofErr w:type="spellEnd"/>
      <w:r w:rsidR="00307F8C" w:rsidRPr="00183D3A">
        <w:rPr>
          <w:rFonts w:ascii="Times New Roman" w:hAnsi="Times New Roman" w:cs="Times New Roman" w:hint="cs"/>
          <w:sz w:val="26"/>
          <w:szCs w:val="26"/>
        </w:rPr>
        <w:t xml:space="preserve"> Program Studi D4 Bahasa Asing </w:t>
      </w:r>
      <w:proofErr w:type="spellStart"/>
      <w:r w:rsidR="00307F8C" w:rsidRPr="00183D3A">
        <w:rPr>
          <w:rFonts w:ascii="Times New Roman" w:hAnsi="Times New Roman" w:cs="Times New Roman" w:hint="cs"/>
          <w:sz w:val="26"/>
          <w:szCs w:val="26"/>
        </w:rPr>
        <w:t>Terapan</w:t>
      </w:r>
      <w:proofErr w:type="spellEnd"/>
      <w:r w:rsidR="00307F8C" w:rsidRPr="00183D3A">
        <w:rPr>
          <w:rFonts w:ascii="Times New Roman" w:hAnsi="Times New Roman" w:cs="Times New Roman" w:hint="cs"/>
          <w:sz w:val="26"/>
          <w:szCs w:val="26"/>
        </w:rPr>
        <w:t xml:space="preserve"> </w:t>
      </w:r>
      <w:proofErr w:type="spellStart"/>
      <w:r w:rsidR="00307F8C" w:rsidRPr="00183D3A">
        <w:rPr>
          <w:rFonts w:ascii="Times New Roman" w:hAnsi="Times New Roman" w:cs="Times New Roman" w:hint="cs"/>
          <w:sz w:val="26"/>
          <w:szCs w:val="26"/>
        </w:rPr>
        <w:t>Sekolah</w:t>
      </w:r>
      <w:proofErr w:type="spellEnd"/>
      <w:r w:rsidR="00307F8C" w:rsidRPr="00183D3A">
        <w:rPr>
          <w:rFonts w:ascii="Times New Roman" w:hAnsi="Times New Roman" w:cs="Times New Roman" w:hint="cs"/>
          <w:sz w:val="26"/>
          <w:szCs w:val="26"/>
        </w:rPr>
        <w:t xml:space="preserve"> </w:t>
      </w:r>
      <w:proofErr w:type="spellStart"/>
      <w:r w:rsidR="00307F8C" w:rsidRPr="00183D3A">
        <w:rPr>
          <w:rFonts w:ascii="Times New Roman" w:hAnsi="Times New Roman" w:cs="Times New Roman" w:hint="cs"/>
          <w:sz w:val="26"/>
          <w:szCs w:val="26"/>
        </w:rPr>
        <w:t>Vokasi</w:t>
      </w:r>
      <w:proofErr w:type="spellEnd"/>
      <w:r w:rsidR="00307F8C" w:rsidRPr="00183D3A">
        <w:rPr>
          <w:rFonts w:ascii="Times New Roman" w:hAnsi="Times New Roman" w:cs="Times New Roman" w:hint="cs"/>
          <w:sz w:val="26"/>
          <w:szCs w:val="26"/>
        </w:rPr>
        <w:t xml:space="preserve"> Universitas </w:t>
      </w:r>
      <w:proofErr w:type="spellStart"/>
      <w:r w:rsidR="00307F8C" w:rsidRPr="00183D3A">
        <w:rPr>
          <w:rFonts w:ascii="Times New Roman" w:hAnsi="Times New Roman" w:cs="Times New Roman" w:hint="cs"/>
          <w:sz w:val="26"/>
          <w:szCs w:val="26"/>
        </w:rPr>
        <w:t>Diponegoro</w:t>
      </w:r>
      <w:proofErr w:type="spellEnd"/>
      <w:r w:rsidR="00F42507">
        <w:rPr>
          <w:rFonts w:ascii="Times New Roman" w:hAnsi="Times New Roman" w:cs="Times New Roman"/>
          <w:sz w:val="26"/>
          <w:szCs w:val="26"/>
        </w:rPr>
        <w:t>.</w:t>
      </w:r>
    </w:p>
    <w:p w14:paraId="6CAD1301" w14:textId="77777777" w:rsidR="00307F8C" w:rsidRPr="00183D3A" w:rsidRDefault="00307F8C">
      <w:pPr>
        <w:pStyle w:val="ListParagraph"/>
        <w:numPr>
          <w:ilvl w:val="0"/>
          <w:numId w:val="9"/>
        </w:numPr>
        <w:autoSpaceDE w:val="0"/>
        <w:autoSpaceDN w:val="0"/>
        <w:adjustRightInd w:val="0"/>
        <w:spacing w:after="0" w:line="360" w:lineRule="auto"/>
        <w:ind w:left="567"/>
        <w:jc w:val="both"/>
        <w:rPr>
          <w:rFonts w:ascii="Times New Roman" w:hAnsi="Times New Roman" w:cs="Times New Roman"/>
          <w:sz w:val="26"/>
          <w:szCs w:val="26"/>
        </w:rPr>
      </w:pPr>
      <w:proofErr w:type="spellStart"/>
      <w:r w:rsidRPr="00183D3A">
        <w:rPr>
          <w:rFonts w:ascii="Times New Roman" w:hAnsi="Times New Roman" w:cs="Times New Roman" w:hint="cs"/>
          <w:sz w:val="26"/>
          <w:szCs w:val="26"/>
        </w:rPr>
        <w:t>Rezki</w:t>
      </w:r>
      <w:proofErr w:type="spellEnd"/>
      <w:r w:rsidRPr="00183D3A">
        <w:rPr>
          <w:rFonts w:ascii="Times New Roman" w:hAnsi="Times New Roman" w:cs="Times New Roman" w:hint="cs"/>
          <w:sz w:val="26"/>
          <w:szCs w:val="26"/>
        </w:rPr>
        <w:t xml:space="preserve"> Fatimah, S.S., </w:t>
      </w:r>
      <w:proofErr w:type="spellStart"/>
      <w:r w:rsidRPr="00183D3A">
        <w:rPr>
          <w:rFonts w:ascii="Times New Roman" w:hAnsi="Times New Roman" w:cs="Times New Roman" w:hint="cs"/>
          <w:sz w:val="26"/>
          <w:szCs w:val="26"/>
        </w:rPr>
        <w:t>M.Hum</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selaku</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dosen</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pembimbing</w:t>
      </w:r>
      <w:proofErr w:type="spellEnd"/>
      <w:r w:rsidRPr="00183D3A">
        <w:rPr>
          <w:rFonts w:ascii="Times New Roman" w:hAnsi="Times New Roman" w:cs="Times New Roman" w:hint="cs"/>
          <w:sz w:val="26"/>
          <w:szCs w:val="26"/>
        </w:rPr>
        <w:t xml:space="preserve"> yang </w:t>
      </w:r>
      <w:proofErr w:type="spellStart"/>
      <w:r w:rsidRPr="00183D3A">
        <w:rPr>
          <w:rFonts w:ascii="Times New Roman" w:hAnsi="Times New Roman" w:cs="Times New Roman" w:hint="cs"/>
          <w:sz w:val="26"/>
          <w:szCs w:val="26"/>
        </w:rPr>
        <w:t>telah</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membimbing</w:t>
      </w:r>
      <w:proofErr w:type="spellEnd"/>
      <w:r w:rsidRPr="00183D3A">
        <w:rPr>
          <w:rFonts w:ascii="Times New Roman" w:hAnsi="Times New Roman" w:cs="Times New Roman" w:hint="cs"/>
          <w:sz w:val="26"/>
          <w:szCs w:val="26"/>
        </w:rPr>
        <w:t xml:space="preserve"> dan </w:t>
      </w:r>
      <w:proofErr w:type="spellStart"/>
      <w:r w:rsidRPr="00183D3A">
        <w:rPr>
          <w:rFonts w:ascii="Times New Roman" w:hAnsi="Times New Roman" w:cs="Times New Roman" w:hint="cs"/>
          <w:sz w:val="26"/>
          <w:szCs w:val="26"/>
        </w:rPr>
        <w:t>memberikan</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arahan</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kepada</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penulis</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dalam</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mengerjakan</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Tugas</w:t>
      </w:r>
      <w:proofErr w:type="spellEnd"/>
      <w:r w:rsidRPr="00183D3A">
        <w:rPr>
          <w:rFonts w:ascii="Times New Roman" w:hAnsi="Times New Roman" w:cs="Times New Roman" w:hint="cs"/>
          <w:sz w:val="26"/>
          <w:szCs w:val="26"/>
        </w:rPr>
        <w:t xml:space="preserve"> Akhir</w:t>
      </w:r>
      <w:r w:rsidR="00F42507">
        <w:rPr>
          <w:rFonts w:ascii="Times New Roman" w:hAnsi="Times New Roman" w:cs="Times New Roman"/>
          <w:sz w:val="26"/>
          <w:szCs w:val="26"/>
        </w:rPr>
        <w:t>.</w:t>
      </w:r>
    </w:p>
    <w:p w14:paraId="46BEF896" w14:textId="77777777" w:rsidR="00307F8C" w:rsidRDefault="00307F8C">
      <w:pPr>
        <w:pStyle w:val="ListParagraph"/>
        <w:numPr>
          <w:ilvl w:val="0"/>
          <w:numId w:val="9"/>
        </w:numPr>
        <w:autoSpaceDE w:val="0"/>
        <w:autoSpaceDN w:val="0"/>
        <w:adjustRightInd w:val="0"/>
        <w:spacing w:after="0" w:line="360" w:lineRule="auto"/>
        <w:ind w:left="567"/>
        <w:jc w:val="both"/>
        <w:rPr>
          <w:rFonts w:ascii="Times New Roman" w:hAnsi="Times New Roman" w:cs="Times New Roman"/>
          <w:sz w:val="26"/>
          <w:szCs w:val="26"/>
        </w:rPr>
      </w:pPr>
      <w:r w:rsidRPr="00183D3A">
        <w:rPr>
          <w:rFonts w:ascii="Times New Roman" w:hAnsi="Times New Roman" w:cs="Times New Roman" w:hint="cs"/>
          <w:sz w:val="26"/>
          <w:szCs w:val="26"/>
        </w:rPr>
        <w:t xml:space="preserve">Naila Rohmah, </w:t>
      </w:r>
      <w:proofErr w:type="spellStart"/>
      <w:r w:rsidRPr="00183D3A">
        <w:rPr>
          <w:rFonts w:ascii="Times New Roman" w:hAnsi="Times New Roman" w:cs="Times New Roman" w:hint="cs"/>
          <w:sz w:val="26"/>
          <w:szCs w:val="26"/>
        </w:rPr>
        <w:t>S.Pd</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M.Li</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selaku</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dosen</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wali</w:t>
      </w:r>
      <w:proofErr w:type="spellEnd"/>
      <w:r w:rsidRPr="00183D3A">
        <w:rPr>
          <w:rFonts w:ascii="Times New Roman" w:hAnsi="Times New Roman" w:cs="Times New Roman" w:hint="cs"/>
          <w:sz w:val="26"/>
          <w:szCs w:val="26"/>
        </w:rPr>
        <w:t xml:space="preserve"> yang </w:t>
      </w:r>
      <w:proofErr w:type="spellStart"/>
      <w:r w:rsidRPr="00183D3A">
        <w:rPr>
          <w:rFonts w:ascii="Times New Roman" w:hAnsi="Times New Roman" w:cs="Times New Roman" w:hint="cs"/>
          <w:sz w:val="26"/>
          <w:szCs w:val="26"/>
        </w:rPr>
        <w:t>selalu</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memberikan</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nasihat</w:t>
      </w:r>
      <w:proofErr w:type="spellEnd"/>
      <w:r w:rsidRPr="00183D3A">
        <w:rPr>
          <w:rFonts w:ascii="Times New Roman" w:hAnsi="Times New Roman" w:cs="Times New Roman" w:hint="cs"/>
          <w:sz w:val="26"/>
          <w:szCs w:val="26"/>
        </w:rPr>
        <w:t xml:space="preserve"> dan </w:t>
      </w:r>
      <w:proofErr w:type="spellStart"/>
      <w:r w:rsidRPr="00183D3A">
        <w:rPr>
          <w:rFonts w:ascii="Times New Roman" w:hAnsi="Times New Roman" w:cs="Times New Roman" w:hint="cs"/>
          <w:sz w:val="26"/>
          <w:szCs w:val="26"/>
        </w:rPr>
        <w:t>arahan</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kepada</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penulis</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selama</w:t>
      </w:r>
      <w:proofErr w:type="spellEnd"/>
      <w:r w:rsidRPr="00183D3A">
        <w:rPr>
          <w:rFonts w:ascii="Times New Roman" w:hAnsi="Times New Roman" w:cs="Times New Roman" w:hint="cs"/>
          <w:sz w:val="26"/>
          <w:szCs w:val="26"/>
        </w:rPr>
        <w:t xml:space="preserve"> </w:t>
      </w:r>
      <w:proofErr w:type="spellStart"/>
      <w:r w:rsidRPr="00183D3A">
        <w:rPr>
          <w:rFonts w:ascii="Times New Roman" w:hAnsi="Times New Roman" w:cs="Times New Roman" w:hint="cs"/>
          <w:sz w:val="26"/>
          <w:szCs w:val="26"/>
        </w:rPr>
        <w:t>kuliah</w:t>
      </w:r>
      <w:proofErr w:type="spellEnd"/>
      <w:r w:rsidR="00F42507">
        <w:rPr>
          <w:rFonts w:ascii="Times New Roman" w:hAnsi="Times New Roman" w:cs="Times New Roman"/>
          <w:sz w:val="26"/>
          <w:szCs w:val="26"/>
        </w:rPr>
        <w:t>.</w:t>
      </w:r>
    </w:p>
    <w:p w14:paraId="275369A3" w14:textId="77777777" w:rsidR="005F7673" w:rsidRPr="00183D3A" w:rsidRDefault="005F7673">
      <w:pPr>
        <w:pStyle w:val="ListParagraph"/>
        <w:numPr>
          <w:ilvl w:val="0"/>
          <w:numId w:val="9"/>
        </w:numPr>
        <w:autoSpaceDE w:val="0"/>
        <w:autoSpaceDN w:val="0"/>
        <w:adjustRightInd w:val="0"/>
        <w:spacing w:after="0" w:line="360" w:lineRule="auto"/>
        <w:ind w:left="567"/>
        <w:jc w:val="both"/>
        <w:rPr>
          <w:rFonts w:ascii="Times New Roman" w:hAnsi="Times New Roman" w:cs="Times New Roman"/>
          <w:sz w:val="26"/>
          <w:szCs w:val="26"/>
        </w:rPr>
      </w:pPr>
      <w:proofErr w:type="spellStart"/>
      <w:r>
        <w:rPr>
          <w:rFonts w:ascii="Times New Roman" w:hAnsi="Times New Roman" w:cs="Times New Roman"/>
          <w:sz w:val="26"/>
          <w:szCs w:val="26"/>
        </w:rPr>
        <w:t>Kepada</w:t>
      </w:r>
      <w:proofErr w:type="spellEnd"/>
      <w:r>
        <w:rPr>
          <w:rFonts w:ascii="Times New Roman" w:hAnsi="Times New Roman" w:cs="Times New Roman"/>
          <w:sz w:val="26"/>
          <w:szCs w:val="26"/>
        </w:rPr>
        <w:t xml:space="preserve"> Misaki </w:t>
      </w:r>
      <w:r w:rsidR="0034147A">
        <w:rPr>
          <w:rFonts w:ascii="Times New Roman" w:hAnsi="Times New Roman" w:cs="Times New Roman"/>
          <w:i/>
          <w:iCs/>
          <w:sz w:val="26"/>
          <w:szCs w:val="26"/>
        </w:rPr>
        <w:t>s</w:t>
      </w:r>
      <w:r w:rsidRPr="0034147A">
        <w:rPr>
          <w:rFonts w:ascii="Times New Roman" w:hAnsi="Times New Roman" w:cs="Times New Roman"/>
          <w:i/>
          <w:iCs/>
          <w:sz w:val="26"/>
          <w:szCs w:val="26"/>
        </w:rPr>
        <w:t>ense</w:t>
      </w:r>
      <w:r w:rsidR="0034147A" w:rsidRPr="0034147A">
        <w:rPr>
          <w:rFonts w:ascii="Times New Roman" w:hAnsi="Times New Roman" w:cs="Times New Roman"/>
          <w:i/>
          <w:iCs/>
          <w:sz w:val="26"/>
          <w:szCs w:val="26"/>
        </w:rPr>
        <w:t>i</w:t>
      </w:r>
      <w:r w:rsidRPr="0034147A">
        <w:rPr>
          <w:rFonts w:ascii="Times New Roman" w:hAnsi="Times New Roman" w:cs="Times New Roman"/>
          <w:i/>
          <w:iCs/>
          <w:sz w:val="26"/>
          <w:szCs w:val="26"/>
        </w:rPr>
        <w:t xml:space="preserve">, </w:t>
      </w:r>
      <w:proofErr w:type="spellStart"/>
      <w:r w:rsidR="0034147A" w:rsidRPr="0034147A">
        <w:rPr>
          <w:rFonts w:ascii="Times New Roman" w:hAnsi="Times New Roman" w:cs="Times New Roman"/>
          <w:i/>
          <w:iCs/>
          <w:sz w:val="26"/>
          <w:szCs w:val="26"/>
        </w:rPr>
        <w:t>h</w:t>
      </w:r>
      <w:r w:rsidRPr="0034147A">
        <w:rPr>
          <w:rFonts w:ascii="Times New Roman" w:hAnsi="Times New Roman" w:cs="Times New Roman"/>
          <w:i/>
          <w:iCs/>
          <w:sz w:val="26"/>
          <w:szCs w:val="26"/>
        </w:rPr>
        <w:t>onto</w:t>
      </w:r>
      <w:r w:rsidR="002C6267">
        <w:rPr>
          <w:rFonts w:ascii="Times New Roman" w:hAnsi="Times New Roman" w:cs="Times New Roman"/>
          <w:i/>
          <w:iCs/>
          <w:sz w:val="26"/>
          <w:szCs w:val="26"/>
        </w:rPr>
        <w:t>u</w:t>
      </w:r>
      <w:proofErr w:type="spellEnd"/>
      <w:r w:rsidR="0034147A" w:rsidRPr="0034147A">
        <w:rPr>
          <w:rFonts w:ascii="Times New Roman" w:hAnsi="Times New Roman" w:cs="Times New Roman"/>
          <w:i/>
          <w:iCs/>
          <w:sz w:val="26"/>
          <w:szCs w:val="26"/>
        </w:rPr>
        <w:t xml:space="preserve"> </w:t>
      </w:r>
      <w:proofErr w:type="spellStart"/>
      <w:r w:rsidR="0034147A" w:rsidRPr="0034147A">
        <w:rPr>
          <w:rFonts w:ascii="Times New Roman" w:hAnsi="Times New Roman" w:cs="Times New Roman"/>
          <w:i/>
          <w:iCs/>
          <w:sz w:val="26"/>
          <w:szCs w:val="26"/>
        </w:rPr>
        <w:t>ni</w:t>
      </w:r>
      <w:proofErr w:type="spellEnd"/>
      <w:r w:rsidR="0034147A" w:rsidRPr="0034147A">
        <w:rPr>
          <w:rFonts w:ascii="Times New Roman" w:hAnsi="Times New Roman" w:cs="Times New Roman"/>
          <w:i/>
          <w:iCs/>
          <w:sz w:val="26"/>
          <w:szCs w:val="26"/>
        </w:rPr>
        <w:t xml:space="preserve"> </w:t>
      </w:r>
      <w:proofErr w:type="spellStart"/>
      <w:r w:rsidR="0034147A" w:rsidRPr="0034147A">
        <w:rPr>
          <w:rFonts w:ascii="Times New Roman" w:hAnsi="Times New Roman" w:cs="Times New Roman"/>
          <w:i/>
          <w:iCs/>
          <w:sz w:val="26"/>
          <w:szCs w:val="26"/>
        </w:rPr>
        <w:t>a</w:t>
      </w:r>
      <w:r w:rsidRPr="0034147A">
        <w:rPr>
          <w:rFonts w:ascii="Times New Roman" w:hAnsi="Times New Roman" w:cs="Times New Roman"/>
          <w:i/>
          <w:iCs/>
          <w:sz w:val="26"/>
          <w:szCs w:val="26"/>
        </w:rPr>
        <w:t>rigatou</w:t>
      </w:r>
      <w:proofErr w:type="spellEnd"/>
      <w:r w:rsidRPr="0034147A">
        <w:rPr>
          <w:rFonts w:ascii="Times New Roman" w:hAnsi="Times New Roman" w:cs="Times New Roman"/>
          <w:i/>
          <w:iCs/>
          <w:sz w:val="26"/>
          <w:szCs w:val="26"/>
        </w:rPr>
        <w:t xml:space="preserve"> </w:t>
      </w:r>
      <w:proofErr w:type="spellStart"/>
      <w:r w:rsidR="0034147A" w:rsidRPr="0034147A">
        <w:rPr>
          <w:rFonts w:ascii="Times New Roman" w:hAnsi="Times New Roman" w:cs="Times New Roman"/>
          <w:i/>
          <w:iCs/>
          <w:sz w:val="26"/>
          <w:szCs w:val="26"/>
        </w:rPr>
        <w:t>g</w:t>
      </w:r>
      <w:r w:rsidRPr="0034147A">
        <w:rPr>
          <w:rFonts w:ascii="Times New Roman" w:hAnsi="Times New Roman" w:cs="Times New Roman"/>
          <w:i/>
          <w:iCs/>
          <w:sz w:val="26"/>
          <w:szCs w:val="26"/>
        </w:rPr>
        <w:t>ozaimashita</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atas</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ilmu</w:t>
      </w:r>
      <w:proofErr w:type="spellEnd"/>
      <w:r w:rsidR="0034147A">
        <w:rPr>
          <w:rFonts w:ascii="Times New Roman" w:hAnsi="Times New Roman" w:cs="Times New Roman"/>
          <w:sz w:val="26"/>
          <w:szCs w:val="26"/>
        </w:rPr>
        <w:t xml:space="preserve"> yang </w:t>
      </w:r>
      <w:proofErr w:type="spellStart"/>
      <w:r w:rsidR="0034147A">
        <w:rPr>
          <w:rFonts w:ascii="Times New Roman" w:hAnsi="Times New Roman" w:cs="Times New Roman"/>
          <w:sz w:val="26"/>
          <w:szCs w:val="26"/>
        </w:rPr>
        <w:t>telah</w:t>
      </w:r>
      <w:proofErr w:type="spellEnd"/>
      <w:r w:rsidR="0034147A">
        <w:rPr>
          <w:rFonts w:ascii="Times New Roman" w:hAnsi="Times New Roman" w:cs="Times New Roman"/>
          <w:sz w:val="26"/>
          <w:szCs w:val="26"/>
        </w:rPr>
        <w:t xml:space="preserve"> di </w:t>
      </w:r>
      <w:proofErr w:type="spellStart"/>
      <w:r w:rsidR="0034147A">
        <w:rPr>
          <w:rFonts w:ascii="Times New Roman" w:hAnsi="Times New Roman" w:cs="Times New Roman"/>
          <w:sz w:val="26"/>
          <w:szCs w:val="26"/>
        </w:rPr>
        <w:t>berikan</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kepada</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penulis</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sejak</w:t>
      </w:r>
      <w:proofErr w:type="spellEnd"/>
      <w:r w:rsidR="0034147A">
        <w:rPr>
          <w:rFonts w:ascii="Times New Roman" w:hAnsi="Times New Roman" w:cs="Times New Roman"/>
          <w:sz w:val="26"/>
          <w:szCs w:val="26"/>
        </w:rPr>
        <w:t xml:space="preserve"> semester 3, </w:t>
      </w:r>
      <w:proofErr w:type="spellStart"/>
      <w:r w:rsidR="0034147A">
        <w:rPr>
          <w:rFonts w:ascii="Times New Roman" w:hAnsi="Times New Roman" w:cs="Times New Roman"/>
          <w:sz w:val="26"/>
          <w:szCs w:val="26"/>
        </w:rPr>
        <w:t>terima</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kasih</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sudah</w:t>
      </w:r>
      <w:proofErr w:type="spellEnd"/>
      <w:r w:rsidR="0034147A">
        <w:rPr>
          <w:rFonts w:ascii="Times New Roman" w:hAnsi="Times New Roman" w:cs="Times New Roman"/>
          <w:sz w:val="26"/>
          <w:szCs w:val="26"/>
        </w:rPr>
        <w:t xml:space="preserve"> sangat </w:t>
      </w:r>
      <w:proofErr w:type="spellStart"/>
      <w:r w:rsidR="0034147A">
        <w:rPr>
          <w:rFonts w:ascii="Times New Roman" w:hAnsi="Times New Roman" w:cs="Times New Roman"/>
          <w:sz w:val="26"/>
          <w:szCs w:val="26"/>
        </w:rPr>
        <w:t>sabar</w:t>
      </w:r>
      <w:proofErr w:type="spellEnd"/>
      <w:r w:rsidR="0034147A">
        <w:rPr>
          <w:rFonts w:ascii="Times New Roman" w:hAnsi="Times New Roman" w:cs="Times New Roman"/>
          <w:sz w:val="26"/>
          <w:szCs w:val="26"/>
        </w:rPr>
        <w:t xml:space="preserve"> dan </w:t>
      </w:r>
      <w:proofErr w:type="spellStart"/>
      <w:r w:rsidR="0034147A">
        <w:rPr>
          <w:rFonts w:ascii="Times New Roman" w:hAnsi="Times New Roman" w:cs="Times New Roman"/>
          <w:sz w:val="26"/>
          <w:szCs w:val="26"/>
        </w:rPr>
        <w:t>membantu</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penulis</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untuk</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bisa</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berbahasa</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Jepang</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dengan</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lancar</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sehingga</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penulis</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bisa</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magang</w:t>
      </w:r>
      <w:proofErr w:type="spellEnd"/>
      <w:r w:rsidR="0034147A">
        <w:rPr>
          <w:rFonts w:ascii="Times New Roman" w:hAnsi="Times New Roman" w:cs="Times New Roman"/>
          <w:sz w:val="26"/>
          <w:szCs w:val="26"/>
        </w:rPr>
        <w:t xml:space="preserve"> di </w:t>
      </w:r>
      <w:proofErr w:type="spellStart"/>
      <w:r w:rsidR="0034147A">
        <w:rPr>
          <w:rFonts w:ascii="Times New Roman" w:hAnsi="Times New Roman" w:cs="Times New Roman"/>
          <w:sz w:val="26"/>
          <w:szCs w:val="26"/>
        </w:rPr>
        <w:t>Jepang</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selama</w:t>
      </w:r>
      <w:proofErr w:type="spellEnd"/>
      <w:r w:rsidR="0034147A">
        <w:rPr>
          <w:rFonts w:ascii="Times New Roman" w:hAnsi="Times New Roman" w:cs="Times New Roman"/>
          <w:sz w:val="26"/>
          <w:szCs w:val="26"/>
        </w:rPr>
        <w:t xml:space="preserve"> 1 </w:t>
      </w:r>
      <w:proofErr w:type="spellStart"/>
      <w:r w:rsidR="0034147A">
        <w:rPr>
          <w:rFonts w:ascii="Times New Roman" w:hAnsi="Times New Roman" w:cs="Times New Roman"/>
          <w:sz w:val="26"/>
          <w:szCs w:val="26"/>
        </w:rPr>
        <w:t>tahun</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berkat</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dukungan</w:t>
      </w:r>
      <w:proofErr w:type="spellEnd"/>
      <w:r w:rsidR="0034147A">
        <w:rPr>
          <w:rFonts w:ascii="Times New Roman" w:hAnsi="Times New Roman" w:cs="Times New Roman"/>
          <w:sz w:val="26"/>
          <w:szCs w:val="26"/>
        </w:rPr>
        <w:t xml:space="preserve"> yang </w:t>
      </w:r>
      <w:proofErr w:type="spellStart"/>
      <w:r w:rsidR="0034147A">
        <w:rPr>
          <w:rFonts w:ascii="Times New Roman" w:hAnsi="Times New Roman" w:cs="Times New Roman"/>
          <w:sz w:val="26"/>
          <w:szCs w:val="26"/>
        </w:rPr>
        <w:t>tak</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pernah</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terputus</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saat</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itu</w:t>
      </w:r>
      <w:proofErr w:type="spellEnd"/>
      <w:r w:rsidR="0034147A">
        <w:rPr>
          <w:rFonts w:ascii="Times New Roman" w:hAnsi="Times New Roman" w:cs="Times New Roman"/>
          <w:sz w:val="26"/>
          <w:szCs w:val="26"/>
        </w:rPr>
        <w:t xml:space="preserve">, Misaki </w:t>
      </w:r>
      <w:r w:rsidR="0034147A" w:rsidRPr="0034147A">
        <w:rPr>
          <w:rFonts w:ascii="Times New Roman" w:hAnsi="Times New Roman" w:cs="Times New Roman"/>
          <w:i/>
          <w:iCs/>
          <w:sz w:val="26"/>
          <w:szCs w:val="26"/>
        </w:rPr>
        <w:t>sensei</w:t>
      </w:r>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selalu</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meyakinkan</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bahwa</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penulis</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bisa</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meningkatkan</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kemampuan</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berbahasa</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Jepang</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dengan</w:t>
      </w:r>
      <w:proofErr w:type="spellEnd"/>
      <w:r w:rsidR="0034147A">
        <w:rPr>
          <w:rFonts w:ascii="Times New Roman" w:hAnsi="Times New Roman" w:cs="Times New Roman"/>
          <w:sz w:val="26"/>
          <w:szCs w:val="26"/>
        </w:rPr>
        <w:t xml:space="preserve"> </w:t>
      </w:r>
      <w:proofErr w:type="spellStart"/>
      <w:r w:rsidR="0034147A">
        <w:rPr>
          <w:rFonts w:ascii="Times New Roman" w:hAnsi="Times New Roman" w:cs="Times New Roman"/>
          <w:sz w:val="26"/>
          <w:szCs w:val="26"/>
        </w:rPr>
        <w:t>baik</w:t>
      </w:r>
      <w:proofErr w:type="spellEnd"/>
      <w:r w:rsidR="0034147A">
        <w:rPr>
          <w:rFonts w:ascii="Times New Roman" w:hAnsi="Times New Roman" w:cs="Times New Roman"/>
          <w:sz w:val="26"/>
          <w:szCs w:val="26"/>
        </w:rPr>
        <w:t>.</w:t>
      </w:r>
    </w:p>
    <w:p w14:paraId="46084F35" w14:textId="77777777" w:rsidR="002656C6" w:rsidRDefault="002656C6">
      <w:pPr>
        <w:pStyle w:val="ListParagraph"/>
        <w:numPr>
          <w:ilvl w:val="0"/>
          <w:numId w:val="9"/>
        </w:numPr>
        <w:autoSpaceDE w:val="0"/>
        <w:autoSpaceDN w:val="0"/>
        <w:adjustRightInd w:val="0"/>
        <w:spacing w:after="0" w:line="360" w:lineRule="auto"/>
        <w:ind w:left="567"/>
        <w:jc w:val="both"/>
        <w:rPr>
          <w:rFonts w:ascii="Times New Roman" w:hAnsi="Times New Roman" w:cs="Times New Roman"/>
          <w:sz w:val="26"/>
          <w:szCs w:val="26"/>
        </w:rPr>
      </w:pPr>
      <w:proofErr w:type="spellStart"/>
      <w:r>
        <w:rPr>
          <w:rFonts w:ascii="Times New Roman" w:hAnsi="Times New Roman" w:cs="Times New Roman"/>
          <w:sz w:val="26"/>
          <w:szCs w:val="26"/>
        </w:rPr>
        <w:t>Kepada</w:t>
      </w:r>
      <w:proofErr w:type="spellEnd"/>
      <w:r>
        <w:rPr>
          <w:rFonts w:ascii="Times New Roman" w:hAnsi="Times New Roman" w:cs="Times New Roman"/>
          <w:sz w:val="26"/>
          <w:szCs w:val="26"/>
        </w:rPr>
        <w:t xml:space="preserve"> Hayyu</w:t>
      </w:r>
      <w:r w:rsidR="008170C5">
        <w:rPr>
          <w:rFonts w:ascii="Times New Roman" w:hAnsi="Times New Roman" w:cs="Times New Roman"/>
          <w:sz w:val="26"/>
          <w:szCs w:val="26"/>
        </w:rPr>
        <w:t>,</w:t>
      </w:r>
      <w:r>
        <w:rPr>
          <w:rFonts w:ascii="Times New Roman" w:hAnsi="Times New Roman" w:cs="Times New Roman"/>
          <w:sz w:val="26"/>
          <w:szCs w:val="26"/>
        </w:rPr>
        <w:t xml:space="preserve"> </w:t>
      </w:r>
      <w:proofErr w:type="spellStart"/>
      <w:r w:rsidR="0071375E">
        <w:rPr>
          <w:rFonts w:ascii="Times New Roman" w:hAnsi="Times New Roman" w:cs="Times New Roman"/>
          <w:sz w:val="26"/>
          <w:szCs w:val="26"/>
        </w:rPr>
        <w:t>t</w:t>
      </w:r>
      <w:r>
        <w:rPr>
          <w:rFonts w:ascii="Times New Roman" w:hAnsi="Times New Roman" w:cs="Times New Roman"/>
          <w:sz w:val="26"/>
          <w:szCs w:val="26"/>
        </w:rPr>
        <w:t>erima</w:t>
      </w:r>
      <w:proofErr w:type="spellEnd"/>
      <w:r>
        <w:rPr>
          <w:rFonts w:ascii="Times New Roman" w:hAnsi="Times New Roman" w:cs="Times New Roman"/>
          <w:sz w:val="26"/>
          <w:szCs w:val="26"/>
        </w:rPr>
        <w:t xml:space="preserve"> </w:t>
      </w:r>
      <w:proofErr w:type="spellStart"/>
      <w:r w:rsidR="0071375E">
        <w:rPr>
          <w:rFonts w:ascii="Times New Roman" w:hAnsi="Times New Roman" w:cs="Times New Roman"/>
          <w:sz w:val="26"/>
          <w:szCs w:val="26"/>
        </w:rPr>
        <w:t>k</w:t>
      </w:r>
      <w:r>
        <w:rPr>
          <w:rFonts w:ascii="Times New Roman" w:hAnsi="Times New Roman" w:cs="Times New Roman"/>
          <w:sz w:val="26"/>
          <w:szCs w:val="26"/>
        </w:rPr>
        <w:t>asih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telah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menjadi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teman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seperjuangan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sejak</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terbentuknya</w:t>
      </w:r>
      <w:proofErr w:type="spellEnd"/>
      <w:r w:rsidR="00E92FE3">
        <w:rPr>
          <w:rFonts w:ascii="Times New Roman" w:hAnsi="Times New Roman" w:cs="Times New Roman"/>
          <w:sz w:val="26"/>
          <w:szCs w:val="26"/>
        </w:rPr>
        <w:t xml:space="preserve"> </w:t>
      </w:r>
      <w:r w:rsidR="008170C5">
        <w:rPr>
          <w:rFonts w:ascii="Times New Roman" w:hAnsi="Times New Roman" w:cs="Times New Roman"/>
          <w:sz w:val="26"/>
          <w:szCs w:val="26"/>
        </w:rPr>
        <w:t>“</w:t>
      </w:r>
      <w:proofErr w:type="spellStart"/>
      <w:r>
        <w:rPr>
          <w:rFonts w:ascii="Times New Roman" w:hAnsi="Times New Roman" w:cs="Times New Roman"/>
          <w:sz w:val="26"/>
          <w:szCs w:val="26"/>
        </w:rPr>
        <w:t>Teletaprik</w:t>
      </w:r>
      <w:proofErr w:type="spellEnd"/>
      <w:r w:rsidR="008170C5">
        <w:rPr>
          <w:rFonts w:ascii="Times New Roman" w:hAnsi="Times New Roman" w:cs="Times New Roman"/>
          <w:sz w:val="26"/>
          <w:szCs w:val="26"/>
        </w:rPr>
        <w:t xml:space="preserve">” </w:t>
      </w:r>
      <w:proofErr w:type="spellStart"/>
      <w:r w:rsidR="008170C5">
        <w:rPr>
          <w:rFonts w:ascii="Times New Roman" w:hAnsi="Times New Roman" w:cs="Times New Roman"/>
          <w:sz w:val="26"/>
          <w:szCs w:val="26"/>
        </w:rPr>
        <w:t>hingga</w:t>
      </w:r>
      <w:proofErr w:type="spellEnd"/>
      <w:r w:rsidR="008170C5">
        <w:rPr>
          <w:rFonts w:ascii="Times New Roman" w:hAnsi="Times New Roman" w:cs="Times New Roman"/>
          <w:sz w:val="26"/>
          <w:szCs w:val="26"/>
        </w:rPr>
        <w:t xml:space="preserve"> </w:t>
      </w:r>
      <w:proofErr w:type="spellStart"/>
      <w:r w:rsidR="008170C5">
        <w:rPr>
          <w:rFonts w:ascii="Times New Roman" w:hAnsi="Times New Roman" w:cs="Times New Roman"/>
          <w:sz w:val="26"/>
          <w:szCs w:val="26"/>
        </w:rPr>
        <w:t>saat</w:t>
      </w:r>
      <w:proofErr w:type="spellEnd"/>
      <w:r w:rsidR="008170C5">
        <w:rPr>
          <w:rFonts w:ascii="Times New Roman" w:hAnsi="Times New Roman" w:cs="Times New Roman"/>
          <w:sz w:val="26"/>
          <w:szCs w:val="26"/>
        </w:rPr>
        <w:t xml:space="preserve"> </w:t>
      </w:r>
      <w:proofErr w:type="spellStart"/>
      <w:r w:rsidR="008170C5">
        <w:rPr>
          <w:rFonts w:ascii="Times New Roman" w:hAnsi="Times New Roman" w:cs="Times New Roman"/>
          <w:sz w:val="26"/>
          <w:szCs w:val="26"/>
        </w:rPr>
        <w:t>ini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Terima</w:t>
      </w:r>
      <w:proofErr w:type="spellEnd"/>
      <w:r w:rsidR="0071375E">
        <w:rPr>
          <w:rFonts w:ascii="Times New Roman" w:hAnsi="Times New Roman" w:cs="Times New Roman"/>
          <w:sz w:val="26"/>
          <w:szCs w:val="26"/>
        </w:rPr>
        <w:t xml:space="preserve"> </w:t>
      </w:r>
      <w:proofErr w:type="spellStart"/>
      <w:r w:rsidR="0071375E">
        <w:rPr>
          <w:rFonts w:ascii="Times New Roman" w:hAnsi="Times New Roman" w:cs="Times New Roman"/>
          <w:sz w:val="26"/>
          <w:szCs w:val="26"/>
        </w:rPr>
        <w:t>k</w:t>
      </w:r>
      <w:r>
        <w:rPr>
          <w:rFonts w:ascii="Times New Roman" w:hAnsi="Times New Roman" w:cs="Times New Roman"/>
          <w:sz w:val="26"/>
          <w:szCs w:val="26"/>
        </w:rPr>
        <w:t>asih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atas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setiap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kebersamaan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dukungan</w:t>
      </w:r>
      <w:proofErr w:type="spellEnd"/>
      <w:r>
        <w:rPr>
          <w:rFonts w:ascii="Times New Roman" w:hAnsi="Times New Roman" w:cs="Times New Roman"/>
          <w:sz w:val="26"/>
          <w:szCs w:val="26"/>
        </w:rPr>
        <w:t xml:space="preserve"> </w:t>
      </w:r>
      <w:r w:rsidR="0071375E">
        <w:rPr>
          <w:rFonts w:ascii="Times New Roman" w:hAnsi="Times New Roman" w:cs="Times New Roman"/>
          <w:sz w:val="26"/>
          <w:szCs w:val="26"/>
        </w:rPr>
        <w:t xml:space="preserve">dan </w:t>
      </w:r>
      <w:proofErr w:type="spellStart"/>
      <w:r w:rsidR="0071375E">
        <w:rPr>
          <w:rFonts w:ascii="Times New Roman" w:hAnsi="Times New Roman" w:cs="Times New Roman"/>
          <w:sz w:val="26"/>
          <w:szCs w:val="26"/>
        </w:rPr>
        <w:t>bantuan</w:t>
      </w:r>
      <w:proofErr w:type="spellEnd"/>
      <w:r w:rsidR="0071375E">
        <w:rPr>
          <w:rFonts w:ascii="Times New Roman" w:hAnsi="Times New Roman" w:cs="Times New Roman"/>
          <w:sz w:val="26"/>
          <w:szCs w:val="26"/>
        </w:rPr>
        <w:t xml:space="preserve"> </w:t>
      </w:r>
      <w:r>
        <w:rPr>
          <w:rFonts w:ascii="Times New Roman" w:hAnsi="Times New Roman" w:cs="Times New Roman"/>
          <w:sz w:val="26"/>
          <w:szCs w:val="26"/>
        </w:rPr>
        <w:t xml:space="preserve">yang </w:t>
      </w:r>
      <w:proofErr w:type="spellStart"/>
      <w:r>
        <w:rPr>
          <w:rFonts w:ascii="Times New Roman" w:hAnsi="Times New Roman" w:cs="Times New Roman"/>
          <w:sz w:val="26"/>
          <w:szCs w:val="26"/>
        </w:rPr>
        <w:t>tak</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pernah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putus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dalam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suka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maupun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duka</w:t>
      </w:r>
      <w:proofErr w:type="spellEnd"/>
      <w:r w:rsidR="005F7673">
        <w:rPr>
          <w:rFonts w:ascii="Times New Roman" w:hAnsi="Times New Roman" w:cs="Times New Roman"/>
          <w:sz w:val="26"/>
          <w:szCs w:val="26"/>
        </w:rPr>
        <w:t>.</w:t>
      </w:r>
    </w:p>
    <w:p w14:paraId="47D3788C" w14:textId="77777777" w:rsidR="000C1EF3" w:rsidRDefault="000C1EF3">
      <w:pPr>
        <w:pStyle w:val="ListParagraph"/>
        <w:numPr>
          <w:ilvl w:val="0"/>
          <w:numId w:val="9"/>
        </w:numPr>
        <w:autoSpaceDE w:val="0"/>
        <w:autoSpaceDN w:val="0"/>
        <w:adjustRightInd w:val="0"/>
        <w:spacing w:after="0" w:line="360" w:lineRule="auto"/>
        <w:ind w:left="567"/>
        <w:jc w:val="both"/>
        <w:rPr>
          <w:rFonts w:ascii="Times New Roman" w:hAnsi="Times New Roman" w:cs="Times New Roman"/>
          <w:sz w:val="26"/>
          <w:szCs w:val="26"/>
        </w:rPr>
      </w:pPr>
      <w:proofErr w:type="spellStart"/>
      <w:r>
        <w:rPr>
          <w:rFonts w:ascii="Times New Roman" w:hAnsi="Times New Roman" w:cs="Times New Roman"/>
          <w:sz w:val="26"/>
          <w:szCs w:val="26"/>
        </w:rPr>
        <w:t>Kepada</w:t>
      </w:r>
      <w:proofErr w:type="spellEnd"/>
      <w:r>
        <w:rPr>
          <w:rFonts w:ascii="Times New Roman" w:hAnsi="Times New Roman" w:cs="Times New Roman"/>
          <w:sz w:val="26"/>
          <w:szCs w:val="26"/>
        </w:rPr>
        <w:t xml:space="preserve"> Putri, </w:t>
      </w:r>
      <w:proofErr w:type="spellStart"/>
      <w:r>
        <w:rPr>
          <w:rFonts w:ascii="Times New Roman" w:hAnsi="Times New Roman" w:cs="Times New Roman"/>
          <w:sz w:val="26"/>
          <w:szCs w:val="26"/>
        </w:rPr>
        <w:t>teman</w:t>
      </w:r>
      <w:proofErr w:type="spellEnd"/>
      <w:r>
        <w:rPr>
          <w:rFonts w:ascii="Times New Roman" w:hAnsi="Times New Roman" w:cs="Times New Roman"/>
          <w:sz w:val="26"/>
          <w:szCs w:val="26"/>
        </w:rPr>
        <w:t xml:space="preserve"> </w:t>
      </w:r>
      <w:proofErr w:type="spellStart"/>
      <w:r w:rsidR="0071375E">
        <w:rPr>
          <w:rFonts w:ascii="Times New Roman" w:hAnsi="Times New Roman" w:cs="Times New Roman"/>
          <w:sz w:val="26"/>
          <w:szCs w:val="26"/>
        </w:rPr>
        <w:t>baik</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sejak</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awal</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perkuliahan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terima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kasih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atas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semua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tenaga</w:t>
      </w:r>
      <w:proofErr w:type="spellEnd"/>
      <w:r w:rsidR="0071375E">
        <w:rPr>
          <w:rFonts w:ascii="Times New Roman" w:hAnsi="Times New Roman" w:cs="Times New Roman"/>
          <w:sz w:val="26"/>
          <w:szCs w:val="26"/>
        </w:rPr>
        <w:t xml:space="preserve">, </w:t>
      </w:r>
      <w:proofErr w:type="spellStart"/>
      <w:r>
        <w:rPr>
          <w:rFonts w:ascii="Times New Roman" w:hAnsi="Times New Roman" w:cs="Times New Roman"/>
          <w:sz w:val="26"/>
          <w:szCs w:val="26"/>
        </w:rPr>
        <w:t>waktu</w:t>
      </w:r>
      <w:proofErr w:type="spellEnd"/>
      <w:r w:rsidR="0071375E">
        <w:rPr>
          <w:rFonts w:ascii="Times New Roman" w:hAnsi="Times New Roman" w:cs="Times New Roman"/>
          <w:sz w:val="26"/>
          <w:szCs w:val="26"/>
        </w:rPr>
        <w:t xml:space="preserve">, </w:t>
      </w:r>
      <w:proofErr w:type="spellStart"/>
      <w:r w:rsidR="0071375E">
        <w:rPr>
          <w:rFonts w:ascii="Times New Roman" w:hAnsi="Times New Roman" w:cs="Times New Roman"/>
          <w:sz w:val="26"/>
          <w:szCs w:val="26"/>
        </w:rPr>
        <w:t>dukungan</w:t>
      </w:r>
      <w:proofErr w:type="spellEnd"/>
      <w:r w:rsidR="0071375E">
        <w:rPr>
          <w:rFonts w:ascii="Times New Roman" w:hAnsi="Times New Roman" w:cs="Times New Roman"/>
          <w:sz w:val="26"/>
          <w:szCs w:val="26"/>
        </w:rPr>
        <w:t xml:space="preserve">, dan </w:t>
      </w:r>
      <w:proofErr w:type="spellStart"/>
      <w:r w:rsidR="0071375E">
        <w:rPr>
          <w:rFonts w:ascii="Times New Roman" w:hAnsi="Times New Roman" w:cs="Times New Roman"/>
          <w:sz w:val="26"/>
          <w:szCs w:val="26"/>
        </w:rPr>
        <w:t>kebersamaan</w:t>
      </w:r>
      <w:proofErr w:type="spellEnd"/>
      <w:r w:rsidR="0071375E">
        <w:rPr>
          <w:rFonts w:ascii="Times New Roman" w:hAnsi="Times New Roman" w:cs="Times New Roman"/>
          <w:sz w:val="26"/>
          <w:szCs w:val="26"/>
        </w:rPr>
        <w:t xml:space="preserve"> yang </w:t>
      </w:r>
      <w:proofErr w:type="spellStart"/>
      <w:r w:rsidR="0071375E">
        <w:rPr>
          <w:rFonts w:ascii="Times New Roman" w:hAnsi="Times New Roman" w:cs="Times New Roman"/>
          <w:sz w:val="26"/>
          <w:szCs w:val="26"/>
        </w:rPr>
        <w:t>telah</w:t>
      </w:r>
      <w:proofErr w:type="spellEnd"/>
      <w:r w:rsidR="0071375E">
        <w:rPr>
          <w:rFonts w:ascii="Times New Roman" w:hAnsi="Times New Roman" w:cs="Times New Roman"/>
          <w:sz w:val="26"/>
          <w:szCs w:val="26"/>
        </w:rPr>
        <w:t xml:space="preserve"> </w:t>
      </w:r>
      <w:proofErr w:type="spellStart"/>
      <w:r w:rsidR="0071375E">
        <w:rPr>
          <w:rFonts w:ascii="Times New Roman" w:hAnsi="Times New Roman" w:cs="Times New Roman"/>
          <w:sz w:val="26"/>
          <w:szCs w:val="26"/>
        </w:rPr>
        <w:t>dilalui</w:t>
      </w:r>
      <w:proofErr w:type="spellEnd"/>
      <w:r w:rsidR="0071375E">
        <w:rPr>
          <w:rFonts w:ascii="Times New Roman" w:hAnsi="Times New Roman" w:cs="Times New Roman"/>
          <w:sz w:val="26"/>
          <w:szCs w:val="26"/>
        </w:rPr>
        <w:t xml:space="preserve"> </w:t>
      </w:r>
      <w:proofErr w:type="spellStart"/>
      <w:r w:rsidR="0071375E">
        <w:rPr>
          <w:rFonts w:ascii="Times New Roman" w:hAnsi="Times New Roman" w:cs="Times New Roman"/>
          <w:sz w:val="26"/>
          <w:szCs w:val="26"/>
        </w:rPr>
        <w:t>bersama</w:t>
      </w:r>
      <w:proofErr w:type="spellEnd"/>
      <w:r w:rsidR="0071375E">
        <w:rPr>
          <w:rFonts w:ascii="Times New Roman" w:hAnsi="Times New Roman" w:cs="Times New Roman"/>
          <w:sz w:val="26"/>
          <w:szCs w:val="26"/>
        </w:rPr>
        <w:t xml:space="preserve"> </w:t>
      </w:r>
      <w:proofErr w:type="spellStart"/>
      <w:r w:rsidR="0071375E">
        <w:rPr>
          <w:rFonts w:ascii="Times New Roman" w:hAnsi="Times New Roman" w:cs="Times New Roman"/>
          <w:sz w:val="26"/>
          <w:szCs w:val="26"/>
        </w:rPr>
        <w:t>tanpa</w:t>
      </w:r>
      <w:proofErr w:type="spellEnd"/>
      <w:r w:rsidR="0071375E">
        <w:rPr>
          <w:rFonts w:ascii="Times New Roman" w:hAnsi="Times New Roman" w:cs="Times New Roman"/>
          <w:sz w:val="26"/>
          <w:szCs w:val="26"/>
        </w:rPr>
        <w:t xml:space="preserve"> </w:t>
      </w:r>
      <w:proofErr w:type="spellStart"/>
      <w:r w:rsidR="0071375E">
        <w:rPr>
          <w:rFonts w:ascii="Times New Roman" w:hAnsi="Times New Roman" w:cs="Times New Roman"/>
          <w:sz w:val="26"/>
          <w:szCs w:val="26"/>
        </w:rPr>
        <w:t>adanya</w:t>
      </w:r>
      <w:proofErr w:type="spellEnd"/>
      <w:r w:rsidR="0071375E">
        <w:rPr>
          <w:rFonts w:ascii="Times New Roman" w:hAnsi="Times New Roman" w:cs="Times New Roman"/>
          <w:sz w:val="26"/>
          <w:szCs w:val="26"/>
        </w:rPr>
        <w:t xml:space="preserve"> </w:t>
      </w:r>
      <w:proofErr w:type="spellStart"/>
      <w:r w:rsidR="0071375E">
        <w:rPr>
          <w:rFonts w:ascii="Times New Roman" w:hAnsi="Times New Roman" w:cs="Times New Roman"/>
          <w:sz w:val="26"/>
          <w:szCs w:val="26"/>
        </w:rPr>
        <w:t>keributan</w:t>
      </w:r>
      <w:proofErr w:type="spellEnd"/>
      <w:r w:rsidR="0071375E">
        <w:rPr>
          <w:rFonts w:ascii="Times New Roman" w:hAnsi="Times New Roman" w:cs="Times New Roman"/>
          <w:sz w:val="26"/>
          <w:szCs w:val="26"/>
        </w:rPr>
        <w:t xml:space="preserve"> di</w:t>
      </w:r>
      <w:r w:rsidR="00580311">
        <w:rPr>
          <w:rFonts w:ascii="Times New Roman" w:hAnsi="Times New Roman" w:cs="Times New Roman"/>
          <w:sz w:val="26"/>
          <w:szCs w:val="26"/>
        </w:rPr>
        <w:t xml:space="preserve"> </w:t>
      </w:r>
      <w:proofErr w:type="spellStart"/>
      <w:r w:rsidR="0071375E">
        <w:rPr>
          <w:rFonts w:ascii="Times New Roman" w:hAnsi="Times New Roman" w:cs="Times New Roman"/>
          <w:sz w:val="26"/>
          <w:szCs w:val="26"/>
        </w:rPr>
        <w:t>antara</w:t>
      </w:r>
      <w:proofErr w:type="spellEnd"/>
      <w:r w:rsidR="0071375E">
        <w:rPr>
          <w:rFonts w:ascii="Times New Roman" w:hAnsi="Times New Roman" w:cs="Times New Roman"/>
          <w:sz w:val="26"/>
          <w:szCs w:val="26"/>
        </w:rPr>
        <w:t xml:space="preserve"> </w:t>
      </w:r>
      <w:proofErr w:type="spellStart"/>
      <w:r w:rsidR="0071375E">
        <w:rPr>
          <w:rFonts w:ascii="Times New Roman" w:hAnsi="Times New Roman" w:cs="Times New Roman"/>
          <w:sz w:val="26"/>
          <w:szCs w:val="26"/>
        </w:rPr>
        <w:t>kita</w:t>
      </w:r>
      <w:proofErr w:type="spellEnd"/>
      <w:r w:rsidR="0071375E">
        <w:rPr>
          <w:rFonts w:ascii="Times New Roman" w:hAnsi="Times New Roman" w:cs="Times New Roman"/>
          <w:sz w:val="26"/>
          <w:szCs w:val="26"/>
        </w:rPr>
        <w:t xml:space="preserve"> </w:t>
      </w:r>
      <w:proofErr w:type="spellStart"/>
      <w:r w:rsidR="0071375E">
        <w:rPr>
          <w:rFonts w:ascii="Times New Roman" w:hAnsi="Times New Roman" w:cs="Times New Roman"/>
          <w:sz w:val="26"/>
          <w:szCs w:val="26"/>
        </w:rPr>
        <w:t>hingga</w:t>
      </w:r>
      <w:proofErr w:type="spellEnd"/>
      <w:r w:rsidR="0071375E">
        <w:rPr>
          <w:rFonts w:ascii="Times New Roman" w:hAnsi="Times New Roman" w:cs="Times New Roman"/>
          <w:sz w:val="26"/>
          <w:szCs w:val="26"/>
        </w:rPr>
        <w:t xml:space="preserve"> </w:t>
      </w:r>
      <w:proofErr w:type="spellStart"/>
      <w:r w:rsidR="0071375E">
        <w:rPr>
          <w:rFonts w:ascii="Times New Roman" w:hAnsi="Times New Roman" w:cs="Times New Roman"/>
          <w:sz w:val="26"/>
          <w:szCs w:val="26"/>
        </w:rPr>
        <w:t>saat</w:t>
      </w:r>
      <w:proofErr w:type="spellEnd"/>
      <w:r w:rsidR="0071375E">
        <w:rPr>
          <w:rFonts w:ascii="Times New Roman" w:hAnsi="Times New Roman" w:cs="Times New Roman"/>
          <w:sz w:val="26"/>
          <w:szCs w:val="26"/>
        </w:rPr>
        <w:t xml:space="preserve"> </w:t>
      </w:r>
      <w:proofErr w:type="spellStart"/>
      <w:r w:rsidR="0071375E">
        <w:rPr>
          <w:rFonts w:ascii="Times New Roman" w:hAnsi="Times New Roman" w:cs="Times New Roman"/>
          <w:sz w:val="26"/>
          <w:szCs w:val="26"/>
        </w:rPr>
        <w:t>ini</w:t>
      </w:r>
      <w:proofErr w:type="spellEnd"/>
      <w:r w:rsidR="0071375E">
        <w:rPr>
          <w:rFonts w:ascii="Times New Roman" w:hAnsi="Times New Roman" w:cs="Times New Roman"/>
          <w:sz w:val="26"/>
          <w:szCs w:val="26"/>
        </w:rPr>
        <w:t>.</w:t>
      </w:r>
    </w:p>
    <w:p w14:paraId="16C479F7" w14:textId="77777777" w:rsidR="0071375E" w:rsidRDefault="007311AD">
      <w:pPr>
        <w:pStyle w:val="ListParagraph"/>
        <w:numPr>
          <w:ilvl w:val="0"/>
          <w:numId w:val="9"/>
        </w:numPr>
        <w:autoSpaceDE w:val="0"/>
        <w:autoSpaceDN w:val="0"/>
        <w:adjustRightInd w:val="0"/>
        <w:spacing w:after="0" w:line="360" w:lineRule="auto"/>
        <w:ind w:left="567"/>
        <w:jc w:val="both"/>
        <w:rPr>
          <w:rFonts w:ascii="Times New Roman" w:hAnsi="Times New Roman" w:cs="Times New Roman"/>
          <w:sz w:val="26"/>
          <w:szCs w:val="26"/>
        </w:rPr>
      </w:pPr>
      <w:proofErr w:type="spellStart"/>
      <w:r>
        <w:rPr>
          <w:rFonts w:ascii="Times New Roman" w:hAnsi="Times New Roman" w:cs="Times New Roman"/>
          <w:sz w:val="26"/>
          <w:szCs w:val="26"/>
        </w:rPr>
        <w:t>Kepada</w:t>
      </w:r>
      <w:proofErr w:type="spellEnd"/>
      <w:r>
        <w:rPr>
          <w:rFonts w:ascii="Times New Roman" w:hAnsi="Times New Roman" w:cs="Times New Roman"/>
          <w:sz w:val="26"/>
          <w:szCs w:val="26"/>
        </w:rPr>
        <w:t xml:space="preserve"> Cipa, </w:t>
      </w:r>
      <w:r w:rsidRPr="007311AD">
        <w:rPr>
          <w:rFonts w:ascii="Times New Roman" w:hAnsi="Times New Roman" w:cs="Times New Roman"/>
          <w:i/>
          <w:iCs/>
          <w:sz w:val="26"/>
          <w:szCs w:val="26"/>
        </w:rPr>
        <w:t>bestie</w:t>
      </w:r>
      <w:r>
        <w:rPr>
          <w:rFonts w:ascii="Times New Roman" w:hAnsi="Times New Roman" w:cs="Times New Roman"/>
          <w:i/>
          <w:iCs/>
          <w:sz w:val="26"/>
          <w:szCs w:val="26"/>
        </w:rPr>
        <w:t xml:space="preserve"> </w:t>
      </w:r>
      <w:proofErr w:type="spellStart"/>
      <w:r>
        <w:rPr>
          <w:rFonts w:ascii="Times New Roman" w:hAnsi="Times New Roman" w:cs="Times New Roman"/>
          <w:sz w:val="26"/>
          <w:szCs w:val="26"/>
        </w:rPr>
        <w:t>dari</w:t>
      </w:r>
      <w:proofErr w:type="spellEnd"/>
      <w:r>
        <w:rPr>
          <w:rFonts w:ascii="Times New Roman" w:hAnsi="Times New Roman" w:cs="Times New Roman"/>
          <w:sz w:val="26"/>
          <w:szCs w:val="26"/>
        </w:rPr>
        <w:t xml:space="preserve"> PKKMB </w:t>
      </w:r>
      <w:proofErr w:type="spellStart"/>
      <w:r>
        <w:rPr>
          <w:rFonts w:ascii="Times New Roman" w:hAnsi="Times New Roman" w:cs="Times New Roman"/>
          <w:sz w:val="26"/>
          <w:szCs w:val="26"/>
        </w:rPr>
        <w:t>hingga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saat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ini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terima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kasih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telah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menemani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penulis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selama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kuliah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terima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kasih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sudah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menjadi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tempat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untuk</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bercerita</w:t>
      </w:r>
      <w:proofErr w:type="spellEnd"/>
      <w:r>
        <w:rPr>
          <w:rFonts w:ascii="Times New Roman" w:hAnsi="Times New Roman" w:cs="Times New Roman"/>
          <w:sz w:val="26"/>
          <w:szCs w:val="26"/>
        </w:rPr>
        <w:t xml:space="preserve"> dan </w:t>
      </w:r>
      <w:proofErr w:type="spellStart"/>
      <w:r>
        <w:rPr>
          <w:rFonts w:ascii="Times New Roman" w:hAnsi="Times New Roman" w:cs="Times New Roman"/>
          <w:sz w:val="26"/>
          <w:szCs w:val="26"/>
        </w:rPr>
        <w:t>menjadi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sistem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pendukung</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luar</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biasa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setiap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masuk</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kuliah</w:t>
      </w:r>
      <w:proofErr w:type="spellEnd"/>
      <w:r>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walaupun</w:t>
      </w:r>
      <w:proofErr w:type="spellEnd"/>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hubungan</w:t>
      </w:r>
      <w:proofErr w:type="spellEnd"/>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pertemanan</w:t>
      </w:r>
      <w:proofErr w:type="spellEnd"/>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kita</w:t>
      </w:r>
      <w:proofErr w:type="spellEnd"/>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tidak</w:t>
      </w:r>
      <w:proofErr w:type="spellEnd"/>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selalu</w:t>
      </w:r>
      <w:proofErr w:type="spellEnd"/>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baik</w:t>
      </w:r>
      <w:proofErr w:type="spellEnd"/>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tetapi</w:t>
      </w:r>
      <w:proofErr w:type="spellEnd"/>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penulis</w:t>
      </w:r>
      <w:proofErr w:type="spellEnd"/>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tetap</w:t>
      </w:r>
      <w:proofErr w:type="spellEnd"/>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bersyukur</w:t>
      </w:r>
      <w:proofErr w:type="spellEnd"/>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bisa</w:t>
      </w:r>
      <w:proofErr w:type="spellEnd"/>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melewati</w:t>
      </w:r>
      <w:proofErr w:type="spellEnd"/>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segala</w:t>
      </w:r>
      <w:proofErr w:type="spellEnd"/>
      <w:r w:rsidR="00580311">
        <w:rPr>
          <w:rFonts w:ascii="Times New Roman" w:hAnsi="Times New Roman" w:cs="Times New Roman"/>
          <w:sz w:val="26"/>
          <w:szCs w:val="26"/>
        </w:rPr>
        <w:t xml:space="preserve"> masa </w:t>
      </w:r>
      <w:proofErr w:type="spellStart"/>
      <w:r w:rsidR="00580311">
        <w:rPr>
          <w:rFonts w:ascii="Times New Roman" w:hAnsi="Times New Roman" w:cs="Times New Roman"/>
          <w:sz w:val="26"/>
          <w:szCs w:val="26"/>
        </w:rPr>
        <w:t>kelam</w:t>
      </w:r>
      <w:proofErr w:type="spellEnd"/>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perkuliahan</w:t>
      </w:r>
      <w:proofErr w:type="spellEnd"/>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bersamamu</w:t>
      </w:r>
      <w:proofErr w:type="spellEnd"/>
      <w:r w:rsidR="00580311">
        <w:rPr>
          <w:rFonts w:ascii="Times New Roman" w:hAnsi="Times New Roman" w:cs="Times New Roman"/>
          <w:sz w:val="26"/>
          <w:szCs w:val="26"/>
        </w:rPr>
        <w:t>.</w:t>
      </w:r>
    </w:p>
    <w:p w14:paraId="0A87A9D0" w14:textId="77777777" w:rsidR="002656C6" w:rsidRDefault="002656C6">
      <w:pPr>
        <w:pStyle w:val="ListParagraph"/>
        <w:numPr>
          <w:ilvl w:val="0"/>
          <w:numId w:val="9"/>
        </w:numPr>
        <w:autoSpaceDE w:val="0"/>
        <w:autoSpaceDN w:val="0"/>
        <w:adjustRightInd w:val="0"/>
        <w:spacing w:after="0" w:line="360" w:lineRule="auto"/>
        <w:ind w:left="567"/>
        <w:jc w:val="both"/>
        <w:rPr>
          <w:rFonts w:ascii="Times New Roman" w:hAnsi="Times New Roman" w:cs="Times New Roman"/>
          <w:sz w:val="26"/>
          <w:szCs w:val="26"/>
        </w:rPr>
      </w:pPr>
      <w:proofErr w:type="spellStart"/>
      <w:r>
        <w:rPr>
          <w:rFonts w:ascii="Times New Roman" w:hAnsi="Times New Roman" w:cs="Times New Roman"/>
          <w:sz w:val="26"/>
          <w:szCs w:val="26"/>
        </w:rPr>
        <w:t>Kepada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tema</w:t>
      </w:r>
      <w:r w:rsidR="006D6B57">
        <w:rPr>
          <w:rFonts w:ascii="Times New Roman" w:hAnsi="Times New Roman" w:cs="Times New Roman"/>
          <w:sz w:val="26"/>
          <w:szCs w:val="26"/>
        </w:rPr>
        <w:t>n</w:t>
      </w:r>
      <w:proofErr w:type="spellEnd"/>
      <w:r w:rsidR="006D6B57">
        <w:rPr>
          <w:rFonts w:ascii="Times New Roman" w:hAnsi="Times New Roman" w:cs="Times New Roman"/>
          <w:sz w:val="26"/>
          <w:szCs w:val="26"/>
        </w:rPr>
        <w:t xml:space="preserve"> - </w:t>
      </w:r>
      <w:proofErr w:type="spellStart"/>
      <w:r>
        <w:rPr>
          <w:rFonts w:ascii="Times New Roman" w:hAnsi="Times New Roman" w:cs="Times New Roman"/>
          <w:sz w:val="26"/>
          <w:szCs w:val="26"/>
        </w:rPr>
        <w:t>teman</w:t>
      </w:r>
      <w:proofErr w:type="spellEnd"/>
      <w:r>
        <w:rPr>
          <w:rFonts w:ascii="Times New Roman" w:hAnsi="Times New Roman" w:cs="Times New Roman"/>
          <w:sz w:val="26"/>
          <w:szCs w:val="26"/>
        </w:rPr>
        <w:t xml:space="preserve"> </w:t>
      </w:r>
      <w:r w:rsidR="00E92FE3">
        <w:rPr>
          <w:rFonts w:ascii="Times New Roman" w:hAnsi="Times New Roman" w:cs="Times New Roman"/>
          <w:sz w:val="26"/>
          <w:szCs w:val="26"/>
        </w:rPr>
        <w:t xml:space="preserve">orang </w:t>
      </w:r>
      <w:proofErr w:type="spellStart"/>
      <w:r w:rsidR="00E92FE3">
        <w:rPr>
          <w:rFonts w:ascii="Times New Roman" w:hAnsi="Times New Roman" w:cs="Times New Roman"/>
          <w:sz w:val="26"/>
          <w:szCs w:val="26"/>
        </w:rPr>
        <w:t>Jepang</w:t>
      </w:r>
      <w:proofErr w:type="spellEnd"/>
      <w:r w:rsidR="00E92FE3">
        <w:rPr>
          <w:rFonts w:ascii="Times New Roman" w:hAnsi="Times New Roman" w:cs="Times New Roman"/>
          <w:sz w:val="26"/>
          <w:szCs w:val="26"/>
        </w:rPr>
        <w:t xml:space="preserve"> </w:t>
      </w:r>
      <w:proofErr w:type="spellStart"/>
      <w:r w:rsidR="00E92FE3">
        <w:rPr>
          <w:rFonts w:ascii="Times New Roman" w:hAnsi="Times New Roman" w:cs="Times New Roman"/>
          <w:sz w:val="26"/>
          <w:szCs w:val="26"/>
        </w:rPr>
        <w:t>penulis</w:t>
      </w:r>
      <w:proofErr w:type="spellEnd"/>
      <w:r w:rsidR="00E92FE3">
        <w:rPr>
          <w:rFonts w:ascii="Times New Roman" w:hAnsi="Times New Roman" w:cs="Times New Roman"/>
          <w:sz w:val="26"/>
          <w:szCs w:val="26"/>
        </w:rPr>
        <w:t xml:space="preserve">, Kensuke, Oshima, Joshi, Tsuji, Oda, </w:t>
      </w:r>
      <w:proofErr w:type="spellStart"/>
      <w:r w:rsidR="00E92FE3">
        <w:rPr>
          <w:rFonts w:ascii="Times New Roman" w:hAnsi="Times New Roman" w:cs="Times New Roman"/>
          <w:sz w:val="26"/>
          <w:szCs w:val="26"/>
        </w:rPr>
        <w:t>terima</w:t>
      </w:r>
      <w:proofErr w:type="spellEnd"/>
      <w:r w:rsidR="00E92FE3">
        <w:rPr>
          <w:rFonts w:ascii="Times New Roman" w:hAnsi="Times New Roman" w:cs="Times New Roman"/>
          <w:sz w:val="26"/>
          <w:szCs w:val="26"/>
        </w:rPr>
        <w:t xml:space="preserve"> </w:t>
      </w:r>
      <w:proofErr w:type="spellStart"/>
      <w:r w:rsidR="00E92FE3">
        <w:rPr>
          <w:rFonts w:ascii="Times New Roman" w:hAnsi="Times New Roman" w:cs="Times New Roman"/>
          <w:sz w:val="26"/>
          <w:szCs w:val="26"/>
        </w:rPr>
        <w:t>kasih</w:t>
      </w:r>
      <w:proofErr w:type="spellEnd"/>
      <w:r w:rsidR="00E92FE3">
        <w:rPr>
          <w:rFonts w:ascii="Times New Roman" w:hAnsi="Times New Roman" w:cs="Times New Roman"/>
          <w:sz w:val="26"/>
          <w:szCs w:val="26"/>
        </w:rPr>
        <w:t xml:space="preserve"> </w:t>
      </w:r>
      <w:proofErr w:type="spellStart"/>
      <w:r w:rsidR="00E92FE3">
        <w:rPr>
          <w:rFonts w:ascii="Times New Roman" w:hAnsi="Times New Roman" w:cs="Times New Roman"/>
          <w:sz w:val="26"/>
          <w:szCs w:val="26"/>
        </w:rPr>
        <w:t>sudah</w:t>
      </w:r>
      <w:proofErr w:type="spellEnd"/>
      <w:r w:rsidR="00E92FE3">
        <w:rPr>
          <w:rFonts w:ascii="Times New Roman" w:hAnsi="Times New Roman" w:cs="Times New Roman"/>
          <w:sz w:val="26"/>
          <w:szCs w:val="26"/>
        </w:rPr>
        <w:t xml:space="preserve"> </w:t>
      </w:r>
      <w:proofErr w:type="spellStart"/>
      <w:r w:rsidR="00E92FE3">
        <w:rPr>
          <w:rFonts w:ascii="Times New Roman" w:hAnsi="Times New Roman" w:cs="Times New Roman"/>
          <w:sz w:val="26"/>
          <w:szCs w:val="26"/>
        </w:rPr>
        <w:t>memberikan</w:t>
      </w:r>
      <w:proofErr w:type="spellEnd"/>
      <w:r w:rsidR="00E92FE3">
        <w:rPr>
          <w:rFonts w:ascii="Times New Roman" w:hAnsi="Times New Roman" w:cs="Times New Roman"/>
          <w:sz w:val="26"/>
          <w:szCs w:val="26"/>
        </w:rPr>
        <w:t xml:space="preserve"> </w:t>
      </w:r>
      <w:proofErr w:type="spellStart"/>
      <w:r w:rsidR="00E92FE3">
        <w:rPr>
          <w:rFonts w:ascii="Times New Roman" w:hAnsi="Times New Roman" w:cs="Times New Roman"/>
          <w:sz w:val="26"/>
          <w:szCs w:val="26"/>
        </w:rPr>
        <w:t>semangat</w:t>
      </w:r>
      <w:proofErr w:type="spellEnd"/>
      <w:r w:rsidR="00E92FE3">
        <w:rPr>
          <w:rFonts w:ascii="Times New Roman" w:hAnsi="Times New Roman" w:cs="Times New Roman"/>
          <w:sz w:val="26"/>
          <w:szCs w:val="26"/>
        </w:rPr>
        <w:t xml:space="preserve"> dan </w:t>
      </w:r>
      <w:proofErr w:type="spellStart"/>
      <w:r w:rsidR="00E92FE3">
        <w:rPr>
          <w:rFonts w:ascii="Times New Roman" w:hAnsi="Times New Roman" w:cs="Times New Roman"/>
          <w:sz w:val="26"/>
          <w:szCs w:val="26"/>
        </w:rPr>
        <w:t>dukungan</w:t>
      </w:r>
      <w:proofErr w:type="spellEnd"/>
      <w:r w:rsidR="00E92FE3">
        <w:rPr>
          <w:rFonts w:ascii="Times New Roman" w:hAnsi="Times New Roman" w:cs="Times New Roman"/>
          <w:sz w:val="26"/>
          <w:szCs w:val="26"/>
        </w:rPr>
        <w:t xml:space="preserve"> </w:t>
      </w:r>
      <w:proofErr w:type="spellStart"/>
      <w:r w:rsidR="00E92FE3">
        <w:rPr>
          <w:rFonts w:ascii="Times New Roman" w:hAnsi="Times New Roman" w:cs="Times New Roman"/>
          <w:sz w:val="26"/>
          <w:szCs w:val="26"/>
        </w:rPr>
        <w:t>kepada</w:t>
      </w:r>
      <w:proofErr w:type="spellEnd"/>
      <w:r w:rsidR="00E92FE3">
        <w:rPr>
          <w:rFonts w:ascii="Times New Roman" w:hAnsi="Times New Roman" w:cs="Times New Roman"/>
          <w:sz w:val="26"/>
          <w:szCs w:val="26"/>
        </w:rPr>
        <w:t xml:space="preserve"> </w:t>
      </w:r>
      <w:proofErr w:type="spellStart"/>
      <w:r w:rsidR="00E92FE3">
        <w:rPr>
          <w:rFonts w:ascii="Times New Roman" w:hAnsi="Times New Roman" w:cs="Times New Roman"/>
          <w:sz w:val="26"/>
          <w:szCs w:val="26"/>
        </w:rPr>
        <w:t>penulis</w:t>
      </w:r>
      <w:proofErr w:type="spellEnd"/>
      <w:r w:rsidR="00E92FE3">
        <w:rPr>
          <w:rFonts w:ascii="Times New Roman" w:hAnsi="Times New Roman" w:cs="Times New Roman"/>
          <w:sz w:val="26"/>
          <w:szCs w:val="26"/>
        </w:rPr>
        <w:t xml:space="preserve"> </w:t>
      </w:r>
      <w:proofErr w:type="spellStart"/>
      <w:r w:rsidR="00E92FE3">
        <w:rPr>
          <w:rFonts w:ascii="Times New Roman" w:hAnsi="Times New Roman" w:cs="Times New Roman"/>
          <w:sz w:val="26"/>
          <w:szCs w:val="26"/>
        </w:rPr>
        <w:t>selama</w:t>
      </w:r>
      <w:proofErr w:type="spellEnd"/>
      <w:r w:rsidR="00E92FE3">
        <w:rPr>
          <w:rFonts w:ascii="Times New Roman" w:hAnsi="Times New Roman" w:cs="Times New Roman"/>
          <w:sz w:val="26"/>
          <w:szCs w:val="26"/>
        </w:rPr>
        <w:t xml:space="preserve"> </w:t>
      </w:r>
      <w:proofErr w:type="spellStart"/>
      <w:r w:rsidR="00E92FE3">
        <w:rPr>
          <w:rFonts w:ascii="Times New Roman" w:hAnsi="Times New Roman" w:cs="Times New Roman"/>
          <w:sz w:val="26"/>
          <w:szCs w:val="26"/>
        </w:rPr>
        <w:t>mengerjakan</w:t>
      </w:r>
      <w:proofErr w:type="spellEnd"/>
      <w:r w:rsidR="00E92FE3">
        <w:rPr>
          <w:rFonts w:ascii="Times New Roman" w:hAnsi="Times New Roman" w:cs="Times New Roman"/>
          <w:sz w:val="26"/>
          <w:szCs w:val="26"/>
        </w:rPr>
        <w:t xml:space="preserve"> </w:t>
      </w:r>
      <w:proofErr w:type="spellStart"/>
      <w:r w:rsidR="00E92FE3">
        <w:rPr>
          <w:rFonts w:ascii="Times New Roman" w:hAnsi="Times New Roman" w:cs="Times New Roman"/>
          <w:sz w:val="26"/>
          <w:szCs w:val="26"/>
        </w:rPr>
        <w:t>Tugas</w:t>
      </w:r>
      <w:proofErr w:type="spellEnd"/>
      <w:r w:rsidR="00E92FE3">
        <w:rPr>
          <w:rFonts w:ascii="Times New Roman" w:hAnsi="Times New Roman" w:cs="Times New Roman"/>
          <w:sz w:val="26"/>
          <w:szCs w:val="26"/>
        </w:rPr>
        <w:t xml:space="preserve"> Akhir </w:t>
      </w:r>
      <w:proofErr w:type="spellStart"/>
      <w:r w:rsidR="00E92FE3">
        <w:rPr>
          <w:rFonts w:ascii="Times New Roman" w:hAnsi="Times New Roman" w:cs="Times New Roman"/>
          <w:sz w:val="26"/>
          <w:szCs w:val="26"/>
        </w:rPr>
        <w:t>ini</w:t>
      </w:r>
      <w:proofErr w:type="spellEnd"/>
      <w:r w:rsidR="00E92FE3">
        <w:rPr>
          <w:rFonts w:ascii="Times New Roman" w:hAnsi="Times New Roman" w:cs="Times New Roman"/>
          <w:sz w:val="26"/>
          <w:szCs w:val="26"/>
        </w:rPr>
        <w:t>.</w:t>
      </w:r>
    </w:p>
    <w:p w14:paraId="118A4311" w14:textId="77777777" w:rsidR="00E92FE3" w:rsidRDefault="00E92FE3">
      <w:pPr>
        <w:pStyle w:val="ListParagraph"/>
        <w:numPr>
          <w:ilvl w:val="0"/>
          <w:numId w:val="9"/>
        </w:numPr>
        <w:autoSpaceDE w:val="0"/>
        <w:autoSpaceDN w:val="0"/>
        <w:adjustRightInd w:val="0"/>
        <w:spacing w:after="0" w:line="360" w:lineRule="auto"/>
        <w:ind w:left="567"/>
        <w:jc w:val="both"/>
        <w:rPr>
          <w:rFonts w:ascii="Times New Roman" w:hAnsi="Times New Roman" w:cs="Times New Roman"/>
          <w:sz w:val="26"/>
          <w:szCs w:val="26"/>
        </w:rPr>
      </w:pPr>
      <w:proofErr w:type="spellStart"/>
      <w:r>
        <w:rPr>
          <w:rFonts w:ascii="Times New Roman" w:hAnsi="Times New Roman" w:cs="Times New Roman"/>
          <w:sz w:val="26"/>
          <w:szCs w:val="26"/>
        </w:rPr>
        <w:t>Kepada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teman</w:t>
      </w:r>
      <w:proofErr w:type="spellEnd"/>
      <w:r w:rsidR="002C6267">
        <w:rPr>
          <w:rFonts w:ascii="Times New Roman" w:hAnsi="Times New Roman" w:cs="Times New Roman"/>
          <w:sz w:val="26"/>
          <w:szCs w:val="26"/>
        </w:rPr>
        <w:t xml:space="preserve"> </w:t>
      </w:r>
      <w:r w:rsidR="006D6B57">
        <w:rPr>
          <w:rFonts w:ascii="Times New Roman" w:hAnsi="Times New Roman" w:cs="Times New Roman"/>
          <w:sz w:val="26"/>
          <w:szCs w:val="26"/>
        </w:rPr>
        <w:t>-</w:t>
      </w:r>
      <w:r w:rsidR="002C6267">
        <w:rPr>
          <w:rFonts w:ascii="Times New Roman" w:hAnsi="Times New Roman" w:cs="Times New Roman"/>
          <w:sz w:val="26"/>
          <w:szCs w:val="26"/>
        </w:rPr>
        <w:t xml:space="preserve"> </w:t>
      </w:r>
      <w:proofErr w:type="spellStart"/>
      <w:r>
        <w:rPr>
          <w:rFonts w:ascii="Times New Roman" w:hAnsi="Times New Roman" w:cs="Times New Roman"/>
          <w:sz w:val="26"/>
          <w:szCs w:val="26"/>
        </w:rPr>
        <w:t>teman</w:t>
      </w:r>
      <w:proofErr w:type="spellEnd"/>
      <w:r>
        <w:rPr>
          <w:rFonts w:ascii="Times New Roman" w:hAnsi="Times New Roman" w:cs="Times New Roman"/>
          <w:sz w:val="26"/>
          <w:szCs w:val="26"/>
        </w:rPr>
        <w:t xml:space="preserve"> </w:t>
      </w:r>
      <w:r w:rsidR="008170C5">
        <w:rPr>
          <w:rFonts w:ascii="Times New Roman" w:hAnsi="Times New Roman" w:cs="Times New Roman"/>
          <w:sz w:val="26"/>
          <w:szCs w:val="26"/>
        </w:rPr>
        <w:t>“</w:t>
      </w:r>
      <w:proofErr w:type="spellStart"/>
      <w:r>
        <w:rPr>
          <w:rFonts w:ascii="Times New Roman" w:hAnsi="Times New Roman" w:cs="Times New Roman"/>
          <w:sz w:val="26"/>
          <w:szCs w:val="26"/>
        </w:rPr>
        <w:t>Teletaprik</w:t>
      </w:r>
      <w:proofErr w:type="spellEnd"/>
      <w:r w:rsidR="008170C5">
        <w:rPr>
          <w:rFonts w:ascii="Times New Roman" w:hAnsi="Times New Roman" w:cs="Times New Roman"/>
          <w:sz w:val="26"/>
          <w:szCs w:val="26"/>
        </w:rPr>
        <w:t>”</w:t>
      </w:r>
      <w:r>
        <w:rPr>
          <w:rFonts w:ascii="Times New Roman" w:hAnsi="Times New Roman" w:cs="Times New Roman"/>
          <w:sz w:val="26"/>
          <w:szCs w:val="26"/>
        </w:rPr>
        <w:t xml:space="preserve"> </w:t>
      </w:r>
      <w:r w:rsidR="0034147A">
        <w:rPr>
          <w:rFonts w:ascii="Times New Roman" w:hAnsi="Times New Roman" w:cs="Times New Roman"/>
          <w:sz w:val="26"/>
          <w:szCs w:val="26"/>
        </w:rPr>
        <w:t xml:space="preserve">dan </w:t>
      </w:r>
      <w:r>
        <w:rPr>
          <w:rFonts w:ascii="Times New Roman" w:hAnsi="Times New Roman" w:cs="Times New Roman"/>
          <w:sz w:val="26"/>
          <w:szCs w:val="26"/>
        </w:rPr>
        <w:t xml:space="preserve">yang </w:t>
      </w:r>
      <w:proofErr w:type="spellStart"/>
      <w:r>
        <w:rPr>
          <w:rFonts w:ascii="Times New Roman" w:hAnsi="Times New Roman" w:cs="Times New Roman"/>
          <w:sz w:val="26"/>
          <w:szCs w:val="26"/>
        </w:rPr>
        <w:t>masih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tersisa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hingga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saat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ini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terima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kasih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atas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kebersamaan</w:t>
      </w:r>
      <w:proofErr w:type="spellEnd"/>
      <w:r>
        <w:rPr>
          <w:rFonts w:ascii="Times New Roman" w:hAnsi="Times New Roman" w:cs="Times New Roman"/>
          <w:sz w:val="26"/>
          <w:szCs w:val="26"/>
        </w:rPr>
        <w:t xml:space="preserve"> yang </w:t>
      </w:r>
      <w:proofErr w:type="spellStart"/>
      <w:r>
        <w:rPr>
          <w:rFonts w:ascii="Times New Roman" w:hAnsi="Times New Roman" w:cs="Times New Roman"/>
          <w:sz w:val="26"/>
          <w:szCs w:val="26"/>
        </w:rPr>
        <w:t>tela</w:t>
      </w:r>
      <w:r w:rsidR="008170C5">
        <w:rPr>
          <w:rFonts w:ascii="Times New Roman" w:hAnsi="Times New Roman" w:cs="Times New Roman"/>
          <w:sz w:val="26"/>
          <w:szCs w:val="26"/>
        </w:rPr>
        <w:t>h</w:t>
      </w:r>
      <w:proofErr w:type="spellEnd"/>
      <w:r w:rsidR="008170C5">
        <w:rPr>
          <w:rFonts w:ascii="Times New Roman" w:hAnsi="Times New Roman" w:cs="Times New Roman"/>
          <w:sz w:val="26"/>
          <w:szCs w:val="26"/>
        </w:rPr>
        <w:t xml:space="preserve"> </w:t>
      </w:r>
      <w:proofErr w:type="spellStart"/>
      <w:r>
        <w:rPr>
          <w:rFonts w:ascii="Times New Roman" w:hAnsi="Times New Roman" w:cs="Times New Roman"/>
          <w:sz w:val="26"/>
          <w:szCs w:val="26"/>
        </w:rPr>
        <w:t>diberikan</w:t>
      </w:r>
      <w:proofErr w:type="spellEnd"/>
      <w:r>
        <w:rPr>
          <w:rFonts w:ascii="Times New Roman" w:hAnsi="Times New Roman" w:cs="Times New Roman"/>
          <w:sz w:val="26"/>
          <w:szCs w:val="26"/>
        </w:rPr>
        <w:t>.</w:t>
      </w:r>
    </w:p>
    <w:p w14:paraId="003BA6FD" w14:textId="77777777" w:rsidR="0034147A" w:rsidRDefault="0034147A">
      <w:pPr>
        <w:pStyle w:val="ListParagraph"/>
        <w:numPr>
          <w:ilvl w:val="0"/>
          <w:numId w:val="9"/>
        </w:numPr>
        <w:autoSpaceDE w:val="0"/>
        <w:autoSpaceDN w:val="0"/>
        <w:adjustRightInd w:val="0"/>
        <w:spacing w:after="0" w:line="360" w:lineRule="auto"/>
        <w:ind w:left="567"/>
        <w:jc w:val="both"/>
        <w:rPr>
          <w:rFonts w:ascii="Times New Roman" w:hAnsi="Times New Roman" w:cs="Times New Roman"/>
          <w:sz w:val="26"/>
          <w:szCs w:val="26"/>
        </w:rPr>
      </w:pPr>
      <w:proofErr w:type="spellStart"/>
      <w:r>
        <w:rPr>
          <w:rFonts w:ascii="Times New Roman" w:hAnsi="Times New Roman" w:cs="Times New Roman"/>
          <w:sz w:val="26"/>
          <w:szCs w:val="26"/>
        </w:rPr>
        <w:t>Kepada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teman</w:t>
      </w:r>
      <w:proofErr w:type="spellEnd"/>
      <w:r w:rsidR="002C6267">
        <w:rPr>
          <w:rFonts w:ascii="Times New Roman" w:hAnsi="Times New Roman" w:cs="Times New Roman"/>
          <w:sz w:val="26"/>
          <w:szCs w:val="26"/>
        </w:rPr>
        <w:t xml:space="preserve"> </w:t>
      </w:r>
      <w:r>
        <w:rPr>
          <w:rFonts w:ascii="Times New Roman" w:hAnsi="Times New Roman" w:cs="Times New Roman"/>
          <w:sz w:val="26"/>
          <w:szCs w:val="26"/>
        </w:rPr>
        <w:t>-</w:t>
      </w:r>
      <w:r w:rsidR="002C6267">
        <w:rPr>
          <w:rFonts w:ascii="Times New Roman" w:hAnsi="Times New Roman" w:cs="Times New Roman"/>
          <w:sz w:val="26"/>
          <w:szCs w:val="26"/>
        </w:rPr>
        <w:t xml:space="preserve"> </w:t>
      </w:r>
      <w:proofErr w:type="spellStart"/>
      <w:r>
        <w:rPr>
          <w:rFonts w:ascii="Times New Roman" w:hAnsi="Times New Roman" w:cs="Times New Roman"/>
          <w:sz w:val="26"/>
          <w:szCs w:val="26"/>
        </w:rPr>
        <w:t>teman</w:t>
      </w:r>
      <w:proofErr w:type="spellEnd"/>
      <w:r>
        <w:rPr>
          <w:rFonts w:ascii="Times New Roman" w:hAnsi="Times New Roman" w:cs="Times New Roman"/>
          <w:sz w:val="26"/>
          <w:szCs w:val="26"/>
        </w:rPr>
        <w:t xml:space="preserve"> “Adalah </w:t>
      </w:r>
      <w:proofErr w:type="spellStart"/>
      <w:r>
        <w:rPr>
          <w:rFonts w:ascii="Times New Roman" w:hAnsi="Times New Roman" w:cs="Times New Roman"/>
          <w:sz w:val="26"/>
          <w:szCs w:val="26"/>
        </w:rPr>
        <w:t>Pokonya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terima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kasih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telah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menjadi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teman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seperjuangan</w:t>
      </w:r>
      <w:proofErr w:type="spellEnd"/>
      <w:r>
        <w:rPr>
          <w:rFonts w:ascii="Times New Roman" w:hAnsi="Times New Roman" w:cs="Times New Roman"/>
          <w:sz w:val="26"/>
          <w:szCs w:val="26"/>
        </w:rPr>
        <w:t xml:space="preserve"> di </w:t>
      </w:r>
      <w:proofErr w:type="spellStart"/>
      <w:r>
        <w:rPr>
          <w:rFonts w:ascii="Times New Roman" w:hAnsi="Times New Roman" w:cs="Times New Roman"/>
          <w:sz w:val="26"/>
          <w:szCs w:val="26"/>
        </w:rPr>
        <w:t>Jepang</w:t>
      </w:r>
      <w:proofErr w:type="spellEnd"/>
      <w:r>
        <w:rPr>
          <w:rFonts w:ascii="Times New Roman" w:hAnsi="Times New Roman" w:cs="Times New Roman"/>
          <w:sz w:val="26"/>
          <w:szCs w:val="26"/>
        </w:rPr>
        <w:t xml:space="preserve"> yang </w:t>
      </w:r>
      <w:proofErr w:type="spellStart"/>
      <w:r>
        <w:rPr>
          <w:rFonts w:ascii="Times New Roman" w:hAnsi="Times New Roman" w:cs="Times New Roman"/>
          <w:sz w:val="26"/>
          <w:szCs w:val="26"/>
        </w:rPr>
        <w:t>sudah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seperti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keluarga</w:t>
      </w:r>
      <w:proofErr w:type="spellEnd"/>
      <w:r>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Berjuang</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bertahan</w:t>
      </w:r>
      <w:proofErr w:type="spellEnd"/>
      <w:r w:rsidR="002C6267">
        <w:rPr>
          <w:rFonts w:ascii="Times New Roman" w:hAnsi="Times New Roman" w:cs="Times New Roman"/>
          <w:sz w:val="26"/>
          <w:szCs w:val="26"/>
        </w:rPr>
        <w:t xml:space="preserve"> dan </w:t>
      </w:r>
      <w:proofErr w:type="spellStart"/>
      <w:r w:rsidR="002C6267">
        <w:rPr>
          <w:rFonts w:ascii="Times New Roman" w:hAnsi="Times New Roman" w:cs="Times New Roman"/>
          <w:sz w:val="26"/>
          <w:szCs w:val="26"/>
        </w:rPr>
        <w:t>tumbuh</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bersama</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m</w:t>
      </w:r>
      <w:r>
        <w:rPr>
          <w:rFonts w:ascii="Times New Roman" w:hAnsi="Times New Roman" w:cs="Times New Roman"/>
          <w:sz w:val="26"/>
          <w:szCs w:val="26"/>
        </w:rPr>
        <w:t>eskipun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hanya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sesaat</w:t>
      </w:r>
      <w:proofErr w:type="spellEnd"/>
      <w:r>
        <w:rPr>
          <w:rFonts w:ascii="Times New Roman" w:hAnsi="Times New Roman" w:cs="Times New Roman"/>
          <w:sz w:val="26"/>
          <w:szCs w:val="26"/>
        </w:rPr>
        <w:t xml:space="preserve"> dan </w:t>
      </w:r>
      <w:proofErr w:type="spellStart"/>
      <w:r>
        <w:rPr>
          <w:rFonts w:ascii="Times New Roman" w:hAnsi="Times New Roman" w:cs="Times New Roman"/>
          <w:sz w:val="26"/>
          <w:szCs w:val="26"/>
        </w:rPr>
        <w:t>hubungan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pertemanannya</w:t>
      </w:r>
      <w:proofErr w:type="spellEnd"/>
      <w:r w:rsidR="002C6267">
        <w:rPr>
          <w:rFonts w:ascii="Times New Roman" w:hAnsi="Times New Roman" w:cs="Times New Roman"/>
          <w:sz w:val="26"/>
          <w:szCs w:val="26"/>
        </w:rPr>
        <w:t xml:space="preserve"> </w:t>
      </w:r>
      <w:r w:rsidR="002C6267" w:rsidRPr="002C6267">
        <w:rPr>
          <w:rFonts w:ascii="Times New Roman" w:hAnsi="Times New Roman" w:cs="Times New Roman"/>
          <w:i/>
          <w:iCs/>
          <w:sz w:val="26"/>
          <w:szCs w:val="26"/>
        </w:rPr>
        <w:t>broken</w:t>
      </w:r>
      <w:r w:rsidR="002C6267">
        <w:rPr>
          <w:rFonts w:ascii="Times New Roman" w:hAnsi="Times New Roman" w:cs="Times New Roman"/>
          <w:i/>
          <w:iCs/>
          <w:sz w:val="26"/>
          <w:szCs w:val="26"/>
        </w:rPr>
        <w:t xml:space="preserve">, </w:t>
      </w:r>
      <w:proofErr w:type="spellStart"/>
      <w:r w:rsidR="002C6267">
        <w:rPr>
          <w:rFonts w:ascii="Times New Roman" w:hAnsi="Times New Roman" w:cs="Times New Roman"/>
          <w:sz w:val="26"/>
          <w:szCs w:val="26"/>
        </w:rPr>
        <w:t>terima</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kasih</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telah</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menjadi</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bagian</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perjalanan</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hidup</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penulis</w:t>
      </w:r>
      <w:proofErr w:type="spellEnd"/>
      <w:r w:rsidR="002C6267">
        <w:rPr>
          <w:rFonts w:ascii="Times New Roman" w:hAnsi="Times New Roman" w:cs="Times New Roman"/>
          <w:sz w:val="26"/>
          <w:szCs w:val="26"/>
        </w:rPr>
        <w:t xml:space="preserve"> yang </w:t>
      </w:r>
      <w:proofErr w:type="spellStart"/>
      <w:r w:rsidR="002C6267">
        <w:rPr>
          <w:rFonts w:ascii="Times New Roman" w:hAnsi="Times New Roman" w:cs="Times New Roman"/>
          <w:sz w:val="26"/>
          <w:szCs w:val="26"/>
        </w:rPr>
        <w:t>berkesan</w:t>
      </w:r>
      <w:proofErr w:type="spellEnd"/>
      <w:r w:rsidR="002C6267">
        <w:rPr>
          <w:rFonts w:ascii="Times New Roman" w:hAnsi="Times New Roman" w:cs="Times New Roman"/>
          <w:sz w:val="26"/>
          <w:szCs w:val="26"/>
        </w:rPr>
        <w:t xml:space="preserve"> sangat </w:t>
      </w:r>
      <w:proofErr w:type="spellStart"/>
      <w:r w:rsidR="002C6267">
        <w:rPr>
          <w:rFonts w:ascii="Times New Roman" w:hAnsi="Times New Roman" w:cs="Times New Roman"/>
          <w:sz w:val="26"/>
          <w:szCs w:val="26"/>
        </w:rPr>
        <w:t>luar</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biasa</w:t>
      </w:r>
      <w:proofErr w:type="spellEnd"/>
      <w:r w:rsidR="002C6267">
        <w:rPr>
          <w:rFonts w:ascii="Times New Roman" w:hAnsi="Times New Roman" w:cs="Times New Roman"/>
          <w:sz w:val="26"/>
          <w:szCs w:val="26"/>
        </w:rPr>
        <w:t>.</w:t>
      </w:r>
    </w:p>
    <w:p w14:paraId="0B81FA26" w14:textId="77777777" w:rsidR="00E92FE3" w:rsidRDefault="003A2B57">
      <w:pPr>
        <w:pStyle w:val="ListParagraph"/>
        <w:numPr>
          <w:ilvl w:val="0"/>
          <w:numId w:val="9"/>
        </w:numPr>
        <w:autoSpaceDE w:val="0"/>
        <w:autoSpaceDN w:val="0"/>
        <w:adjustRightInd w:val="0"/>
        <w:spacing w:after="0" w:line="360" w:lineRule="auto"/>
        <w:ind w:left="567"/>
        <w:jc w:val="both"/>
        <w:rPr>
          <w:rFonts w:ascii="Times New Roman" w:hAnsi="Times New Roman" w:cs="Times New Roman"/>
          <w:sz w:val="26"/>
          <w:szCs w:val="26"/>
        </w:rPr>
      </w:pPr>
      <w:proofErr w:type="spellStart"/>
      <w:r>
        <w:rPr>
          <w:rFonts w:ascii="Times New Roman" w:hAnsi="Times New Roman" w:cs="Times New Roman"/>
          <w:sz w:val="26"/>
          <w:szCs w:val="26"/>
        </w:rPr>
        <w:t>Kepada</w:t>
      </w:r>
      <w:proofErr w:type="spellEnd"/>
      <w:r w:rsidR="008170C5">
        <w:rPr>
          <w:rFonts w:ascii="Times New Roman" w:hAnsi="Times New Roman" w:cs="Times New Roman"/>
          <w:sz w:val="26"/>
          <w:szCs w:val="26"/>
        </w:rPr>
        <w:t xml:space="preserve"> </w:t>
      </w:r>
      <w:proofErr w:type="spellStart"/>
      <w:r w:rsidR="008170C5">
        <w:rPr>
          <w:rFonts w:ascii="Times New Roman" w:hAnsi="Times New Roman" w:cs="Times New Roman"/>
          <w:sz w:val="26"/>
          <w:szCs w:val="26"/>
        </w:rPr>
        <w:t>teman</w:t>
      </w:r>
      <w:r w:rsidR="006D6B57">
        <w:rPr>
          <w:rFonts w:ascii="Times New Roman" w:hAnsi="Times New Roman" w:cs="Times New Roman"/>
          <w:sz w:val="26"/>
          <w:szCs w:val="26"/>
        </w:rPr>
        <w:t>-</w:t>
      </w:r>
      <w:r w:rsidR="008170C5">
        <w:rPr>
          <w:rFonts w:ascii="Times New Roman" w:hAnsi="Times New Roman" w:cs="Times New Roman"/>
          <w:sz w:val="26"/>
          <w:szCs w:val="26"/>
        </w:rPr>
        <w:t>teman</w:t>
      </w:r>
      <w:proofErr w:type="spellEnd"/>
      <w:r w:rsidR="008170C5">
        <w:rPr>
          <w:rFonts w:ascii="Times New Roman" w:hAnsi="Times New Roman" w:cs="Times New Roman"/>
          <w:sz w:val="26"/>
          <w:szCs w:val="26"/>
        </w:rPr>
        <w:t xml:space="preserve"> yang </w:t>
      </w:r>
      <w:proofErr w:type="spellStart"/>
      <w:r w:rsidR="008170C5">
        <w:rPr>
          <w:rFonts w:ascii="Times New Roman" w:hAnsi="Times New Roman" w:cs="Times New Roman"/>
          <w:sz w:val="26"/>
          <w:szCs w:val="26"/>
        </w:rPr>
        <w:t>tidak</w:t>
      </w:r>
      <w:proofErr w:type="spellEnd"/>
      <w:r w:rsidR="008170C5">
        <w:rPr>
          <w:rFonts w:ascii="Times New Roman" w:hAnsi="Times New Roman" w:cs="Times New Roman"/>
          <w:sz w:val="26"/>
          <w:szCs w:val="26"/>
        </w:rPr>
        <w:t xml:space="preserve"> </w:t>
      </w:r>
      <w:proofErr w:type="spellStart"/>
      <w:r w:rsidR="008170C5">
        <w:rPr>
          <w:rFonts w:ascii="Times New Roman" w:hAnsi="Times New Roman" w:cs="Times New Roman"/>
          <w:sz w:val="26"/>
          <w:szCs w:val="26"/>
        </w:rPr>
        <w:t>bisa</w:t>
      </w:r>
      <w:proofErr w:type="spellEnd"/>
      <w:r w:rsidR="008170C5">
        <w:rPr>
          <w:rFonts w:ascii="Times New Roman" w:hAnsi="Times New Roman" w:cs="Times New Roman"/>
          <w:sz w:val="26"/>
          <w:szCs w:val="26"/>
        </w:rPr>
        <w:t xml:space="preserve"> </w:t>
      </w:r>
      <w:proofErr w:type="spellStart"/>
      <w:r w:rsidR="008170C5">
        <w:rPr>
          <w:rFonts w:ascii="Times New Roman" w:hAnsi="Times New Roman" w:cs="Times New Roman"/>
          <w:sz w:val="26"/>
          <w:szCs w:val="26"/>
        </w:rPr>
        <w:t>penulis</w:t>
      </w:r>
      <w:proofErr w:type="spellEnd"/>
      <w:r w:rsidR="008170C5">
        <w:rPr>
          <w:rFonts w:ascii="Times New Roman" w:hAnsi="Times New Roman" w:cs="Times New Roman"/>
          <w:sz w:val="26"/>
          <w:szCs w:val="26"/>
        </w:rPr>
        <w:t xml:space="preserve"> </w:t>
      </w:r>
      <w:proofErr w:type="spellStart"/>
      <w:r w:rsidR="008170C5">
        <w:rPr>
          <w:rFonts w:ascii="Times New Roman" w:hAnsi="Times New Roman" w:cs="Times New Roman"/>
          <w:sz w:val="26"/>
          <w:szCs w:val="26"/>
        </w:rPr>
        <w:t>sebutkan</w:t>
      </w:r>
      <w:proofErr w:type="spellEnd"/>
      <w:r w:rsidR="008170C5">
        <w:rPr>
          <w:rFonts w:ascii="Times New Roman" w:hAnsi="Times New Roman" w:cs="Times New Roman"/>
          <w:sz w:val="26"/>
          <w:szCs w:val="26"/>
        </w:rPr>
        <w:t xml:space="preserve"> </w:t>
      </w:r>
      <w:proofErr w:type="spellStart"/>
      <w:r w:rsidR="008170C5">
        <w:rPr>
          <w:rFonts w:ascii="Times New Roman" w:hAnsi="Times New Roman" w:cs="Times New Roman"/>
          <w:sz w:val="26"/>
          <w:szCs w:val="26"/>
        </w:rPr>
        <w:t>satu</w:t>
      </w:r>
      <w:proofErr w:type="spellEnd"/>
      <w:r w:rsidR="008170C5">
        <w:rPr>
          <w:rFonts w:ascii="Times New Roman" w:hAnsi="Times New Roman" w:cs="Times New Roman"/>
          <w:sz w:val="26"/>
          <w:szCs w:val="26"/>
        </w:rPr>
        <w:t xml:space="preserve"> </w:t>
      </w:r>
      <w:proofErr w:type="spellStart"/>
      <w:r w:rsidR="008170C5">
        <w:rPr>
          <w:rFonts w:ascii="Times New Roman" w:hAnsi="Times New Roman" w:cs="Times New Roman"/>
          <w:sz w:val="26"/>
          <w:szCs w:val="26"/>
        </w:rPr>
        <w:t>persatu</w:t>
      </w:r>
      <w:proofErr w:type="spellEnd"/>
      <w:r w:rsidR="008170C5">
        <w:rPr>
          <w:rFonts w:ascii="Times New Roman" w:hAnsi="Times New Roman" w:cs="Times New Roman"/>
          <w:sz w:val="26"/>
          <w:szCs w:val="26"/>
        </w:rPr>
        <w:t xml:space="preserve">, </w:t>
      </w:r>
      <w:proofErr w:type="spellStart"/>
      <w:r w:rsidR="008170C5">
        <w:rPr>
          <w:rFonts w:ascii="Times New Roman" w:hAnsi="Times New Roman" w:cs="Times New Roman"/>
          <w:sz w:val="26"/>
          <w:szCs w:val="26"/>
        </w:rPr>
        <w:t>terima</w:t>
      </w:r>
      <w:proofErr w:type="spellEnd"/>
      <w:r w:rsidR="008170C5">
        <w:rPr>
          <w:rFonts w:ascii="Times New Roman" w:hAnsi="Times New Roman" w:cs="Times New Roman"/>
          <w:sz w:val="26"/>
          <w:szCs w:val="26"/>
        </w:rPr>
        <w:t xml:space="preserve"> </w:t>
      </w:r>
      <w:proofErr w:type="spellStart"/>
      <w:r w:rsidR="008170C5">
        <w:rPr>
          <w:rFonts w:ascii="Times New Roman" w:hAnsi="Times New Roman" w:cs="Times New Roman"/>
          <w:sz w:val="26"/>
          <w:szCs w:val="26"/>
        </w:rPr>
        <w:t>kasih</w:t>
      </w:r>
      <w:proofErr w:type="spellEnd"/>
      <w:r w:rsidR="008170C5">
        <w:rPr>
          <w:rFonts w:ascii="Times New Roman" w:hAnsi="Times New Roman" w:cs="Times New Roman"/>
          <w:sz w:val="26"/>
          <w:szCs w:val="26"/>
        </w:rPr>
        <w:t xml:space="preserve"> </w:t>
      </w:r>
      <w:proofErr w:type="spellStart"/>
      <w:r>
        <w:rPr>
          <w:rFonts w:ascii="Times New Roman" w:hAnsi="Times New Roman" w:cs="Times New Roman"/>
          <w:sz w:val="26"/>
          <w:szCs w:val="26"/>
        </w:rPr>
        <w:t>atas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waktu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cerita</w:t>
      </w:r>
      <w:proofErr w:type="spellEnd"/>
      <w:r>
        <w:rPr>
          <w:rFonts w:ascii="Times New Roman" w:hAnsi="Times New Roman" w:cs="Times New Roman"/>
          <w:sz w:val="26"/>
          <w:szCs w:val="26"/>
        </w:rPr>
        <w:t>, tawa, tangis</w:t>
      </w:r>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pengalaman</w:t>
      </w:r>
      <w:proofErr w:type="spellEnd"/>
      <w:r w:rsidR="00580311">
        <w:rPr>
          <w:rFonts w:ascii="Times New Roman" w:hAnsi="Times New Roman" w:cs="Times New Roman"/>
          <w:sz w:val="26"/>
          <w:szCs w:val="26"/>
        </w:rPr>
        <w:t xml:space="preserve"> </w:t>
      </w:r>
      <w:proofErr w:type="spellStart"/>
      <w:r w:rsidR="00580311">
        <w:rPr>
          <w:rFonts w:ascii="Times New Roman" w:hAnsi="Times New Roman" w:cs="Times New Roman"/>
          <w:sz w:val="26"/>
          <w:szCs w:val="26"/>
        </w:rPr>
        <w:t>baik</w:t>
      </w:r>
      <w:proofErr w:type="spellEnd"/>
      <w:r w:rsidR="00580311">
        <w:rPr>
          <w:rFonts w:ascii="Times New Roman" w:hAnsi="Times New Roman" w:cs="Times New Roman"/>
          <w:sz w:val="26"/>
          <w:szCs w:val="26"/>
        </w:rPr>
        <w:t xml:space="preserve"> dan </w:t>
      </w:r>
      <w:proofErr w:type="spellStart"/>
      <w:r w:rsidR="00580311">
        <w:rPr>
          <w:rFonts w:ascii="Times New Roman" w:hAnsi="Times New Roman" w:cs="Times New Roman"/>
          <w:sz w:val="26"/>
          <w:szCs w:val="26"/>
        </w:rPr>
        <w:t>buruk</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hingga</w:t>
      </w:r>
      <w:proofErr w:type="spellEnd"/>
      <w:r w:rsidR="008170C5">
        <w:rPr>
          <w:rFonts w:ascii="Times New Roman" w:hAnsi="Times New Roman" w:cs="Times New Roman"/>
          <w:sz w:val="26"/>
          <w:szCs w:val="26"/>
        </w:rPr>
        <w:t xml:space="preserve"> </w:t>
      </w:r>
      <w:proofErr w:type="spellStart"/>
      <w:r w:rsidR="008170C5">
        <w:rPr>
          <w:rFonts w:ascii="Times New Roman" w:hAnsi="Times New Roman" w:cs="Times New Roman"/>
          <w:sz w:val="26"/>
          <w:szCs w:val="26"/>
        </w:rPr>
        <w:t>dukungan</w:t>
      </w:r>
      <w:proofErr w:type="spellEnd"/>
      <w:r w:rsidR="008170C5">
        <w:rPr>
          <w:rFonts w:ascii="Times New Roman" w:hAnsi="Times New Roman" w:cs="Times New Roman"/>
          <w:sz w:val="26"/>
          <w:szCs w:val="26"/>
        </w:rPr>
        <w:t xml:space="preserve"> </w:t>
      </w:r>
      <w:r>
        <w:rPr>
          <w:rFonts w:ascii="Times New Roman" w:hAnsi="Times New Roman" w:cs="Times New Roman"/>
          <w:sz w:val="26"/>
          <w:szCs w:val="26"/>
        </w:rPr>
        <w:t xml:space="preserve">yang </w:t>
      </w:r>
      <w:proofErr w:type="spellStart"/>
      <w:r w:rsidR="006D6B57">
        <w:rPr>
          <w:rFonts w:ascii="Times New Roman" w:hAnsi="Times New Roman" w:cs="Times New Roman"/>
          <w:sz w:val="26"/>
          <w:szCs w:val="26"/>
        </w:rPr>
        <w:t>telah</w:t>
      </w:r>
      <w:proofErr w:type="spellEnd"/>
      <w:r w:rsidR="006D6B57">
        <w:rPr>
          <w:rFonts w:ascii="Times New Roman" w:hAnsi="Times New Roman" w:cs="Times New Roman"/>
          <w:sz w:val="26"/>
          <w:szCs w:val="26"/>
        </w:rPr>
        <w:t xml:space="preserve"> kalian </w:t>
      </w:r>
      <w:proofErr w:type="spellStart"/>
      <w:r w:rsidR="006D6B57">
        <w:rPr>
          <w:rFonts w:ascii="Times New Roman" w:hAnsi="Times New Roman" w:cs="Times New Roman"/>
          <w:sz w:val="26"/>
          <w:szCs w:val="26"/>
        </w:rPr>
        <w:t>berikan</w:t>
      </w:r>
      <w:proofErr w:type="spellEnd"/>
      <w:r w:rsidR="006D6B57">
        <w:rPr>
          <w:rFonts w:ascii="Times New Roman" w:hAnsi="Times New Roman" w:cs="Times New Roman"/>
          <w:sz w:val="26"/>
          <w:szCs w:val="26"/>
        </w:rPr>
        <w:t xml:space="preserve"> </w:t>
      </w:r>
      <w:proofErr w:type="spellStart"/>
      <w:r w:rsidR="006D6B57">
        <w:rPr>
          <w:rFonts w:ascii="Times New Roman" w:hAnsi="Times New Roman" w:cs="Times New Roman"/>
          <w:sz w:val="26"/>
          <w:szCs w:val="26"/>
        </w:rPr>
        <w:t>selama</w:t>
      </w:r>
      <w:proofErr w:type="spellEnd"/>
      <w:r w:rsidR="006D6B57">
        <w:rPr>
          <w:rFonts w:ascii="Times New Roman" w:hAnsi="Times New Roman" w:cs="Times New Roman"/>
          <w:sz w:val="26"/>
          <w:szCs w:val="26"/>
        </w:rPr>
        <w:t xml:space="preserve"> </w:t>
      </w:r>
      <w:proofErr w:type="spellStart"/>
      <w:r w:rsidR="006D6B57">
        <w:rPr>
          <w:rFonts w:ascii="Times New Roman" w:hAnsi="Times New Roman" w:cs="Times New Roman"/>
          <w:sz w:val="26"/>
          <w:szCs w:val="26"/>
        </w:rPr>
        <w:t>ini</w:t>
      </w:r>
      <w:proofErr w:type="spellEnd"/>
      <w:r w:rsidR="006D6B57">
        <w:rPr>
          <w:rFonts w:ascii="Times New Roman" w:hAnsi="Times New Roman" w:cs="Times New Roman"/>
          <w:sz w:val="26"/>
          <w:szCs w:val="26"/>
        </w:rPr>
        <w:t>.</w:t>
      </w:r>
    </w:p>
    <w:p w14:paraId="14664D2A" w14:textId="77777777" w:rsidR="005F7673" w:rsidRDefault="005F7673">
      <w:pPr>
        <w:pStyle w:val="ListParagraph"/>
        <w:numPr>
          <w:ilvl w:val="0"/>
          <w:numId w:val="9"/>
        </w:numPr>
        <w:autoSpaceDE w:val="0"/>
        <w:autoSpaceDN w:val="0"/>
        <w:adjustRightInd w:val="0"/>
        <w:spacing w:after="0" w:line="360" w:lineRule="auto"/>
        <w:ind w:left="567"/>
        <w:jc w:val="both"/>
        <w:rPr>
          <w:rFonts w:ascii="Times New Roman" w:hAnsi="Times New Roman" w:cs="Times New Roman"/>
          <w:sz w:val="26"/>
          <w:szCs w:val="26"/>
        </w:rPr>
      </w:pPr>
      <w:proofErr w:type="spellStart"/>
      <w:r>
        <w:rPr>
          <w:rFonts w:ascii="Times New Roman" w:hAnsi="Times New Roman" w:cs="Times New Roman"/>
          <w:sz w:val="26"/>
          <w:szCs w:val="26"/>
        </w:rPr>
        <w:t>Teruntuk</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Pengikut</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penulis</w:t>
      </w:r>
      <w:proofErr w:type="spellEnd"/>
      <w:r>
        <w:rPr>
          <w:rFonts w:ascii="Times New Roman" w:hAnsi="Times New Roman" w:cs="Times New Roman"/>
          <w:sz w:val="26"/>
          <w:szCs w:val="26"/>
        </w:rPr>
        <w:t xml:space="preserve"> di </w:t>
      </w:r>
      <w:proofErr w:type="spellStart"/>
      <w:r>
        <w:rPr>
          <w:rFonts w:ascii="Times New Roman" w:hAnsi="Times New Roman" w:cs="Times New Roman"/>
          <w:sz w:val="26"/>
          <w:szCs w:val="26"/>
        </w:rPr>
        <w:t>Tiktok</w:t>
      </w:r>
      <w:proofErr w:type="spellEnd"/>
      <w:r>
        <w:rPr>
          <w:rFonts w:ascii="Times New Roman" w:hAnsi="Times New Roman" w:cs="Times New Roman"/>
          <w:sz w:val="26"/>
          <w:szCs w:val="26"/>
        </w:rPr>
        <w:t xml:space="preserve"> dan Instagram, </w:t>
      </w:r>
      <w:proofErr w:type="spellStart"/>
      <w:r>
        <w:rPr>
          <w:rFonts w:ascii="Times New Roman" w:hAnsi="Times New Roman" w:cs="Times New Roman"/>
          <w:sz w:val="26"/>
          <w:szCs w:val="26"/>
        </w:rPr>
        <w:t>terima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kasih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atas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dukungan</w:t>
      </w:r>
      <w:proofErr w:type="spellEnd"/>
      <w:r>
        <w:rPr>
          <w:rFonts w:ascii="Times New Roman" w:hAnsi="Times New Roman" w:cs="Times New Roman"/>
          <w:sz w:val="26"/>
          <w:szCs w:val="26"/>
        </w:rPr>
        <w:t xml:space="preserve"> dan </w:t>
      </w:r>
      <w:proofErr w:type="spellStart"/>
      <w:r>
        <w:rPr>
          <w:rFonts w:ascii="Times New Roman" w:hAnsi="Times New Roman" w:cs="Times New Roman"/>
          <w:sz w:val="26"/>
          <w:szCs w:val="26"/>
        </w:rPr>
        <w:t>hiburan</w:t>
      </w:r>
      <w:proofErr w:type="spellEnd"/>
      <w:r>
        <w:rPr>
          <w:rFonts w:ascii="Times New Roman" w:hAnsi="Times New Roman" w:cs="Times New Roman"/>
          <w:sz w:val="26"/>
          <w:szCs w:val="26"/>
        </w:rPr>
        <w:t xml:space="preserve"> yang </w:t>
      </w:r>
      <w:proofErr w:type="spellStart"/>
      <w:r>
        <w:rPr>
          <w:rFonts w:ascii="Times New Roman" w:hAnsi="Times New Roman" w:cs="Times New Roman"/>
          <w:sz w:val="26"/>
          <w:szCs w:val="26"/>
        </w:rPr>
        <w:t>diberikan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setiap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hari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nya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terima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kasih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sudah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meyakinkan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penulis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untuk</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bisa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menyelesaikan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Tugas</w:t>
      </w:r>
      <w:proofErr w:type="spellEnd"/>
      <w:r>
        <w:rPr>
          <w:rFonts w:ascii="Times New Roman" w:hAnsi="Times New Roman" w:cs="Times New Roman"/>
          <w:sz w:val="26"/>
          <w:szCs w:val="26"/>
        </w:rPr>
        <w:t xml:space="preserve"> Akhir </w:t>
      </w:r>
      <w:proofErr w:type="spellStart"/>
      <w:r>
        <w:rPr>
          <w:rFonts w:ascii="Times New Roman" w:hAnsi="Times New Roman" w:cs="Times New Roman"/>
          <w:sz w:val="26"/>
          <w:szCs w:val="26"/>
        </w:rPr>
        <w:t>ini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dengan</w:t>
      </w:r>
      <w:proofErr w:type="spellEnd"/>
      <w:r>
        <w:rPr>
          <w:rFonts w:ascii="Times New Roman" w:hAnsi="Times New Roman" w:cs="Times New Roman"/>
          <w:sz w:val="26"/>
          <w:szCs w:val="26"/>
        </w:rPr>
        <w:t xml:space="preserve"> sangat </w:t>
      </w:r>
      <w:proofErr w:type="spellStart"/>
      <w:r>
        <w:rPr>
          <w:rFonts w:ascii="Times New Roman" w:hAnsi="Times New Roman" w:cs="Times New Roman"/>
          <w:sz w:val="26"/>
          <w:szCs w:val="26"/>
        </w:rPr>
        <w:t>baik</w:t>
      </w:r>
      <w:proofErr w:type="spellEnd"/>
      <w:r>
        <w:rPr>
          <w:rFonts w:ascii="Times New Roman" w:hAnsi="Times New Roman" w:cs="Times New Roman"/>
          <w:sz w:val="26"/>
          <w:szCs w:val="26"/>
        </w:rPr>
        <w:t>.</w:t>
      </w:r>
    </w:p>
    <w:p w14:paraId="33AAFF71" w14:textId="77777777" w:rsidR="004A6113" w:rsidRPr="002C6267" w:rsidRDefault="003A2B57">
      <w:pPr>
        <w:pStyle w:val="ListParagraph"/>
        <w:numPr>
          <w:ilvl w:val="0"/>
          <w:numId w:val="9"/>
        </w:numPr>
        <w:autoSpaceDE w:val="0"/>
        <w:autoSpaceDN w:val="0"/>
        <w:adjustRightInd w:val="0"/>
        <w:spacing w:after="0" w:line="360" w:lineRule="auto"/>
        <w:ind w:left="567"/>
        <w:jc w:val="both"/>
        <w:rPr>
          <w:rFonts w:ascii="Times New Roman" w:hAnsi="Times New Roman" w:cs="Times New Roman"/>
          <w:i/>
          <w:iCs/>
          <w:sz w:val="26"/>
          <w:szCs w:val="26"/>
        </w:rPr>
      </w:pPr>
      <w:proofErr w:type="spellStart"/>
      <w:r>
        <w:rPr>
          <w:rFonts w:ascii="Times New Roman" w:hAnsi="Times New Roman" w:cs="Times New Roman"/>
          <w:sz w:val="26"/>
          <w:szCs w:val="26"/>
        </w:rPr>
        <w:t>Kepada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seseorang</w:t>
      </w:r>
      <w:proofErr w:type="spellEnd"/>
      <w:r>
        <w:rPr>
          <w:rFonts w:ascii="Times New Roman" w:hAnsi="Times New Roman" w:cs="Times New Roman"/>
          <w:sz w:val="26"/>
          <w:szCs w:val="26"/>
        </w:rPr>
        <w:t xml:space="preserve"> yang </w:t>
      </w:r>
      <w:proofErr w:type="spellStart"/>
      <w:r>
        <w:rPr>
          <w:rFonts w:ascii="Times New Roman" w:hAnsi="Times New Roman" w:cs="Times New Roman"/>
          <w:sz w:val="26"/>
          <w:szCs w:val="26"/>
        </w:rPr>
        <w:t>tak</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kalah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penting</w:t>
      </w:r>
      <w:proofErr w:type="spellEnd"/>
      <w:r>
        <w:rPr>
          <w:rFonts w:ascii="Times New Roman" w:hAnsi="Times New Roman" w:cs="Times New Roman"/>
          <w:sz w:val="26"/>
          <w:szCs w:val="26"/>
        </w:rPr>
        <w:t xml:space="preserve"> dan </w:t>
      </w:r>
      <w:proofErr w:type="spellStart"/>
      <w:r>
        <w:rPr>
          <w:rFonts w:ascii="Times New Roman" w:hAnsi="Times New Roman" w:cs="Times New Roman"/>
          <w:sz w:val="26"/>
          <w:szCs w:val="26"/>
        </w:rPr>
        <w:t>tak</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sengaja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hadir</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dalam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hidup</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penulis</w:t>
      </w:r>
      <w:proofErr w:type="spellEnd"/>
      <w:r>
        <w:rPr>
          <w:rFonts w:ascii="Times New Roman" w:hAnsi="Times New Roman" w:cs="Times New Roman"/>
          <w:sz w:val="26"/>
          <w:szCs w:val="26"/>
        </w:rPr>
        <w:t xml:space="preserve">, Christopher Miniardo Pinontoan, </w:t>
      </w:r>
      <w:proofErr w:type="spellStart"/>
      <w:r>
        <w:rPr>
          <w:rFonts w:ascii="Times New Roman" w:hAnsi="Times New Roman" w:cs="Times New Roman"/>
          <w:sz w:val="26"/>
          <w:szCs w:val="26"/>
        </w:rPr>
        <w:t>terima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kasih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sudah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menjadi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bagian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dari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perjalanan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penulis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dalam</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mengerjakan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Tugas</w:t>
      </w:r>
      <w:proofErr w:type="spellEnd"/>
      <w:r>
        <w:rPr>
          <w:rFonts w:ascii="Times New Roman" w:hAnsi="Times New Roman" w:cs="Times New Roman"/>
          <w:sz w:val="26"/>
          <w:szCs w:val="26"/>
        </w:rPr>
        <w:t xml:space="preserve"> Akhir </w:t>
      </w:r>
      <w:proofErr w:type="spellStart"/>
      <w:r>
        <w:rPr>
          <w:rFonts w:ascii="Times New Roman" w:hAnsi="Times New Roman" w:cs="Times New Roman"/>
          <w:sz w:val="26"/>
          <w:szCs w:val="26"/>
        </w:rPr>
        <w:t>ini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terima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kasih</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atas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semua</w:t>
      </w:r>
      <w:proofErr w:type="spellEnd"/>
      <w:r w:rsidR="007311AD">
        <w:rPr>
          <w:rFonts w:ascii="Times New Roman" w:hAnsi="Times New Roman" w:cs="Times New Roman"/>
          <w:sz w:val="26"/>
          <w:szCs w:val="26"/>
        </w:rPr>
        <w:t xml:space="preserve"> </w:t>
      </w:r>
      <w:proofErr w:type="spellStart"/>
      <w:r w:rsidR="007311AD">
        <w:rPr>
          <w:rFonts w:ascii="Times New Roman" w:hAnsi="Times New Roman" w:cs="Times New Roman"/>
          <w:sz w:val="26"/>
          <w:szCs w:val="26"/>
        </w:rPr>
        <w:t>kontribusi</w:t>
      </w:r>
      <w:proofErr w:type="spellEnd"/>
      <w:r>
        <w:rPr>
          <w:rFonts w:ascii="Times New Roman" w:hAnsi="Times New Roman" w:cs="Times New Roman"/>
          <w:sz w:val="26"/>
          <w:szCs w:val="26"/>
        </w:rPr>
        <w:t xml:space="preserve"> yang </w:t>
      </w:r>
      <w:proofErr w:type="spellStart"/>
      <w:r>
        <w:rPr>
          <w:rFonts w:ascii="Times New Roman" w:hAnsi="Times New Roman" w:cs="Times New Roman"/>
          <w:sz w:val="26"/>
          <w:szCs w:val="26"/>
        </w:rPr>
        <w:t>diberikan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kepada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penulis</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baik</w:t>
      </w:r>
      <w:proofErr w:type="spellEnd"/>
      <w:r>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tenaga</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waktu</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materi</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dukungan</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serta</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perhatian</w:t>
      </w:r>
      <w:proofErr w:type="spellEnd"/>
      <w:r w:rsidR="004A6113">
        <w:rPr>
          <w:rFonts w:ascii="Times New Roman" w:hAnsi="Times New Roman" w:cs="Times New Roman"/>
          <w:sz w:val="26"/>
          <w:szCs w:val="26"/>
        </w:rPr>
        <w:t xml:space="preserve"> yang </w:t>
      </w:r>
      <w:proofErr w:type="spellStart"/>
      <w:r w:rsidR="004A6113">
        <w:rPr>
          <w:rFonts w:ascii="Times New Roman" w:hAnsi="Times New Roman" w:cs="Times New Roman"/>
          <w:sz w:val="26"/>
          <w:szCs w:val="26"/>
        </w:rPr>
        <w:t>telah</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diberikan</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selama</w:t>
      </w:r>
      <w:proofErr w:type="spellEnd"/>
      <w:r w:rsidR="004A6113">
        <w:rPr>
          <w:rFonts w:ascii="Times New Roman" w:hAnsi="Times New Roman" w:cs="Times New Roman"/>
          <w:sz w:val="26"/>
          <w:szCs w:val="26"/>
        </w:rPr>
        <w:t xml:space="preserve"> proses </w:t>
      </w:r>
      <w:proofErr w:type="spellStart"/>
      <w:r w:rsidR="0071375E">
        <w:rPr>
          <w:rFonts w:ascii="Times New Roman" w:hAnsi="Times New Roman" w:cs="Times New Roman"/>
          <w:sz w:val="26"/>
          <w:szCs w:val="26"/>
        </w:rPr>
        <w:t>m</w:t>
      </w:r>
      <w:r w:rsidR="004A6113">
        <w:rPr>
          <w:rFonts w:ascii="Times New Roman" w:hAnsi="Times New Roman" w:cs="Times New Roman"/>
          <w:sz w:val="26"/>
          <w:szCs w:val="26"/>
        </w:rPr>
        <w:t>enyusun</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Tugas</w:t>
      </w:r>
      <w:proofErr w:type="spellEnd"/>
      <w:r w:rsidR="004A6113">
        <w:rPr>
          <w:rFonts w:ascii="Times New Roman" w:hAnsi="Times New Roman" w:cs="Times New Roman"/>
          <w:sz w:val="26"/>
          <w:szCs w:val="26"/>
        </w:rPr>
        <w:t xml:space="preserve"> Akhir </w:t>
      </w:r>
      <w:proofErr w:type="spellStart"/>
      <w:r w:rsidR="004A6113">
        <w:rPr>
          <w:rFonts w:ascii="Times New Roman" w:hAnsi="Times New Roman" w:cs="Times New Roman"/>
          <w:sz w:val="26"/>
          <w:szCs w:val="26"/>
        </w:rPr>
        <w:t>ini</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sehingga</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penulis</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merasa</w:t>
      </w:r>
      <w:proofErr w:type="spellEnd"/>
      <w:r w:rsidR="004A6113">
        <w:rPr>
          <w:rFonts w:ascii="Times New Roman" w:hAnsi="Times New Roman" w:cs="Times New Roman"/>
          <w:sz w:val="26"/>
          <w:szCs w:val="26"/>
        </w:rPr>
        <w:t xml:space="preserve"> </w:t>
      </w:r>
      <w:proofErr w:type="spellStart"/>
      <w:r w:rsidR="000C1EF3" w:rsidRPr="000C1EF3">
        <w:rPr>
          <w:rFonts w:ascii="Times New Roman" w:hAnsi="Times New Roman" w:cs="Times New Roman"/>
          <w:sz w:val="26"/>
          <w:szCs w:val="26"/>
        </w:rPr>
        <w:t>senang</w:t>
      </w:r>
      <w:proofErr w:type="spellEnd"/>
      <w:r w:rsidR="00580311">
        <w:rPr>
          <w:rFonts w:ascii="Times New Roman" w:hAnsi="Times New Roman" w:cs="Times New Roman"/>
          <w:sz w:val="26"/>
          <w:szCs w:val="26"/>
        </w:rPr>
        <w:t xml:space="preserve"> dan </w:t>
      </w:r>
      <w:proofErr w:type="spellStart"/>
      <w:r w:rsidR="00580311">
        <w:rPr>
          <w:rFonts w:ascii="Times New Roman" w:hAnsi="Times New Roman" w:cs="Times New Roman"/>
          <w:sz w:val="26"/>
          <w:szCs w:val="26"/>
        </w:rPr>
        <w:t>tenang</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walau</w:t>
      </w:r>
      <w:r w:rsidR="000C1EF3">
        <w:rPr>
          <w:rFonts w:ascii="Times New Roman" w:hAnsi="Times New Roman" w:cs="Times New Roman"/>
          <w:sz w:val="26"/>
          <w:szCs w:val="26"/>
        </w:rPr>
        <w:t>pun</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terkadang</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membuat</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penulis</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merasa</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kesal</w:t>
      </w:r>
      <w:proofErr w:type="spellEnd"/>
      <w:r w:rsidR="005F7673">
        <w:rPr>
          <w:rFonts w:ascii="Times New Roman" w:hAnsi="Times New Roman" w:cs="Times New Roman"/>
          <w:sz w:val="26"/>
          <w:szCs w:val="26"/>
        </w:rPr>
        <w:t xml:space="preserve"> dan </w:t>
      </w:r>
      <w:proofErr w:type="spellStart"/>
      <w:r w:rsidR="005F7673">
        <w:rPr>
          <w:rFonts w:ascii="Times New Roman" w:hAnsi="Times New Roman" w:cs="Times New Roman"/>
          <w:sz w:val="26"/>
          <w:szCs w:val="26"/>
        </w:rPr>
        <w:t>bingung</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dengan</w:t>
      </w:r>
      <w:proofErr w:type="spellEnd"/>
      <w:r w:rsidR="004A6113">
        <w:rPr>
          <w:rFonts w:ascii="Times New Roman" w:hAnsi="Times New Roman" w:cs="Times New Roman"/>
          <w:sz w:val="26"/>
          <w:szCs w:val="26"/>
        </w:rPr>
        <w:t xml:space="preserve"> </w:t>
      </w:r>
      <w:proofErr w:type="spellStart"/>
      <w:r w:rsidR="004A6113">
        <w:rPr>
          <w:rFonts w:ascii="Times New Roman" w:hAnsi="Times New Roman" w:cs="Times New Roman"/>
          <w:sz w:val="26"/>
          <w:szCs w:val="26"/>
        </w:rPr>
        <w:t>tingkahnya</w:t>
      </w:r>
      <w:proofErr w:type="spellEnd"/>
      <w:r w:rsidR="004A6113">
        <w:rPr>
          <w:rFonts w:ascii="Times New Roman" w:hAnsi="Times New Roman" w:cs="Times New Roman"/>
          <w:sz w:val="26"/>
          <w:szCs w:val="26"/>
        </w:rPr>
        <w:t>.</w:t>
      </w:r>
      <w:r w:rsidR="005F7673">
        <w:rPr>
          <w:rFonts w:ascii="Times New Roman" w:hAnsi="Times New Roman" w:cs="Times New Roman"/>
          <w:sz w:val="26"/>
          <w:szCs w:val="26"/>
        </w:rPr>
        <w:t xml:space="preserve"> </w:t>
      </w:r>
      <w:proofErr w:type="spellStart"/>
      <w:r w:rsidR="005F7673">
        <w:rPr>
          <w:rFonts w:ascii="Times New Roman" w:hAnsi="Times New Roman" w:cs="Times New Roman"/>
          <w:sz w:val="26"/>
          <w:szCs w:val="26"/>
        </w:rPr>
        <w:t>Kedepannya</w:t>
      </w:r>
      <w:proofErr w:type="spellEnd"/>
      <w:r w:rsidR="005F7673">
        <w:rPr>
          <w:rFonts w:ascii="Times New Roman" w:hAnsi="Times New Roman" w:cs="Times New Roman"/>
          <w:sz w:val="26"/>
          <w:szCs w:val="26"/>
        </w:rPr>
        <w:t xml:space="preserve"> </w:t>
      </w:r>
      <w:proofErr w:type="spellStart"/>
      <w:r w:rsidR="005F7673">
        <w:rPr>
          <w:rFonts w:ascii="Times New Roman" w:hAnsi="Times New Roman" w:cs="Times New Roman"/>
          <w:sz w:val="26"/>
          <w:szCs w:val="26"/>
        </w:rPr>
        <w:t>jika</w:t>
      </w:r>
      <w:proofErr w:type="spellEnd"/>
      <w:r w:rsidR="005F7673">
        <w:rPr>
          <w:rFonts w:ascii="Times New Roman" w:hAnsi="Times New Roman" w:cs="Times New Roman"/>
          <w:sz w:val="26"/>
          <w:szCs w:val="26"/>
        </w:rPr>
        <w:t xml:space="preserve"> masa </w:t>
      </w:r>
      <w:proofErr w:type="spellStart"/>
      <w:r w:rsidR="005F7673">
        <w:rPr>
          <w:rFonts w:ascii="Times New Roman" w:hAnsi="Times New Roman" w:cs="Times New Roman"/>
          <w:sz w:val="26"/>
          <w:szCs w:val="26"/>
        </w:rPr>
        <w:t>ini</w:t>
      </w:r>
      <w:proofErr w:type="spellEnd"/>
      <w:r w:rsidR="005F7673">
        <w:rPr>
          <w:rFonts w:ascii="Times New Roman" w:hAnsi="Times New Roman" w:cs="Times New Roman"/>
          <w:sz w:val="26"/>
          <w:szCs w:val="26"/>
        </w:rPr>
        <w:t xml:space="preserve"> </w:t>
      </w:r>
      <w:proofErr w:type="spellStart"/>
      <w:r w:rsidR="005F7673">
        <w:rPr>
          <w:rFonts w:ascii="Times New Roman" w:hAnsi="Times New Roman" w:cs="Times New Roman"/>
          <w:sz w:val="26"/>
          <w:szCs w:val="26"/>
        </w:rPr>
        <w:t>sudah</w:t>
      </w:r>
      <w:proofErr w:type="spellEnd"/>
      <w:r w:rsidR="005F7673">
        <w:rPr>
          <w:rFonts w:ascii="Times New Roman" w:hAnsi="Times New Roman" w:cs="Times New Roman"/>
          <w:sz w:val="26"/>
          <w:szCs w:val="26"/>
        </w:rPr>
        <w:t xml:space="preserve"> </w:t>
      </w:r>
      <w:proofErr w:type="spellStart"/>
      <w:r w:rsidR="005F7673">
        <w:rPr>
          <w:rFonts w:ascii="Times New Roman" w:hAnsi="Times New Roman" w:cs="Times New Roman"/>
          <w:sz w:val="26"/>
          <w:szCs w:val="26"/>
        </w:rPr>
        <w:t>habis</w:t>
      </w:r>
      <w:proofErr w:type="spellEnd"/>
      <w:r w:rsidR="005F7673">
        <w:rPr>
          <w:rFonts w:ascii="Times New Roman" w:hAnsi="Times New Roman" w:cs="Times New Roman"/>
          <w:sz w:val="26"/>
          <w:szCs w:val="26"/>
        </w:rPr>
        <w:t xml:space="preserve"> dan </w:t>
      </w:r>
      <w:proofErr w:type="spellStart"/>
      <w:r w:rsidR="005F7673">
        <w:rPr>
          <w:rFonts w:ascii="Times New Roman" w:hAnsi="Times New Roman" w:cs="Times New Roman"/>
          <w:sz w:val="26"/>
          <w:szCs w:val="26"/>
        </w:rPr>
        <w:t>tidak</w:t>
      </w:r>
      <w:proofErr w:type="spellEnd"/>
      <w:r w:rsidR="005F7673">
        <w:rPr>
          <w:rFonts w:ascii="Times New Roman" w:hAnsi="Times New Roman" w:cs="Times New Roman"/>
          <w:sz w:val="26"/>
          <w:szCs w:val="26"/>
        </w:rPr>
        <w:t xml:space="preserve"> </w:t>
      </w:r>
      <w:proofErr w:type="spellStart"/>
      <w:r w:rsidR="005F7673">
        <w:rPr>
          <w:rFonts w:ascii="Times New Roman" w:hAnsi="Times New Roman" w:cs="Times New Roman"/>
          <w:sz w:val="26"/>
          <w:szCs w:val="26"/>
        </w:rPr>
        <w:t>akan</w:t>
      </w:r>
      <w:proofErr w:type="spellEnd"/>
      <w:r w:rsidR="005F7673">
        <w:rPr>
          <w:rFonts w:ascii="Times New Roman" w:hAnsi="Times New Roman" w:cs="Times New Roman"/>
          <w:sz w:val="26"/>
          <w:szCs w:val="26"/>
        </w:rPr>
        <w:t xml:space="preserve"> </w:t>
      </w:r>
      <w:proofErr w:type="spellStart"/>
      <w:r w:rsidR="005F7673">
        <w:rPr>
          <w:rFonts w:ascii="Times New Roman" w:hAnsi="Times New Roman" w:cs="Times New Roman"/>
          <w:sz w:val="26"/>
          <w:szCs w:val="26"/>
        </w:rPr>
        <w:t>bertahan</w:t>
      </w:r>
      <w:proofErr w:type="spellEnd"/>
      <w:r w:rsidR="005F7673">
        <w:rPr>
          <w:rFonts w:ascii="Times New Roman" w:hAnsi="Times New Roman" w:cs="Times New Roman"/>
          <w:sz w:val="26"/>
          <w:szCs w:val="26"/>
        </w:rPr>
        <w:t xml:space="preserve"> lama, </w:t>
      </w:r>
      <w:proofErr w:type="spellStart"/>
      <w:r w:rsidR="005F7673">
        <w:rPr>
          <w:rFonts w:ascii="Times New Roman" w:hAnsi="Times New Roman" w:cs="Times New Roman"/>
          <w:sz w:val="26"/>
          <w:szCs w:val="26"/>
        </w:rPr>
        <w:t>semoga</w:t>
      </w:r>
      <w:proofErr w:type="spellEnd"/>
      <w:r w:rsidR="005F7673">
        <w:rPr>
          <w:rFonts w:ascii="Times New Roman" w:hAnsi="Times New Roman" w:cs="Times New Roman"/>
          <w:sz w:val="26"/>
          <w:szCs w:val="26"/>
        </w:rPr>
        <w:t xml:space="preserve"> Tuhan </w:t>
      </w:r>
      <w:proofErr w:type="spellStart"/>
      <w:r w:rsidR="005F7673">
        <w:rPr>
          <w:rFonts w:ascii="Times New Roman" w:hAnsi="Times New Roman" w:cs="Times New Roman"/>
          <w:sz w:val="26"/>
          <w:szCs w:val="26"/>
        </w:rPr>
        <w:t>selalu</w:t>
      </w:r>
      <w:proofErr w:type="spellEnd"/>
      <w:r w:rsidR="005F7673">
        <w:rPr>
          <w:rFonts w:ascii="Times New Roman" w:hAnsi="Times New Roman" w:cs="Times New Roman"/>
          <w:sz w:val="26"/>
          <w:szCs w:val="26"/>
        </w:rPr>
        <w:t xml:space="preserve"> </w:t>
      </w:r>
      <w:proofErr w:type="spellStart"/>
      <w:r w:rsidR="005F7673">
        <w:rPr>
          <w:rFonts w:ascii="Times New Roman" w:hAnsi="Times New Roman" w:cs="Times New Roman"/>
          <w:sz w:val="26"/>
          <w:szCs w:val="26"/>
        </w:rPr>
        <w:t>memberkati</w:t>
      </w:r>
      <w:proofErr w:type="spellEnd"/>
      <w:r w:rsidR="005F7673">
        <w:rPr>
          <w:rFonts w:ascii="Times New Roman" w:hAnsi="Times New Roman" w:cs="Times New Roman"/>
          <w:sz w:val="26"/>
          <w:szCs w:val="26"/>
        </w:rPr>
        <w:t xml:space="preserve"> </w:t>
      </w:r>
      <w:proofErr w:type="spellStart"/>
      <w:r w:rsidR="005F7673">
        <w:rPr>
          <w:rFonts w:ascii="Times New Roman" w:hAnsi="Times New Roman" w:cs="Times New Roman"/>
          <w:sz w:val="26"/>
          <w:szCs w:val="26"/>
        </w:rPr>
        <w:t>setiap</w:t>
      </w:r>
      <w:proofErr w:type="spellEnd"/>
      <w:r w:rsidR="005F7673">
        <w:rPr>
          <w:rFonts w:ascii="Times New Roman" w:hAnsi="Times New Roman" w:cs="Times New Roman"/>
          <w:sz w:val="26"/>
          <w:szCs w:val="26"/>
        </w:rPr>
        <w:t xml:space="preserve"> </w:t>
      </w:r>
      <w:proofErr w:type="spellStart"/>
      <w:r w:rsidR="005F7673">
        <w:rPr>
          <w:rFonts w:ascii="Times New Roman" w:hAnsi="Times New Roman" w:cs="Times New Roman"/>
          <w:sz w:val="26"/>
          <w:szCs w:val="26"/>
        </w:rPr>
        <w:t>l</w:t>
      </w:r>
      <w:r w:rsidR="005F7673" w:rsidRPr="005F7673">
        <w:rPr>
          <w:rFonts w:ascii="Times New Roman" w:hAnsi="Times New Roman" w:cs="Times New Roman"/>
          <w:sz w:val="26"/>
          <w:szCs w:val="26"/>
        </w:rPr>
        <w:t>angkah</w:t>
      </w:r>
      <w:proofErr w:type="spellEnd"/>
      <w:r w:rsidR="005F7673" w:rsidRPr="005F7673">
        <w:rPr>
          <w:rFonts w:ascii="Times New Roman" w:hAnsi="Times New Roman" w:cs="Times New Roman"/>
          <w:sz w:val="26"/>
          <w:szCs w:val="26"/>
        </w:rPr>
        <w:t xml:space="preserve"> dan </w:t>
      </w:r>
      <w:proofErr w:type="spellStart"/>
      <w:r w:rsidR="005F7673" w:rsidRPr="005F7673">
        <w:rPr>
          <w:rFonts w:ascii="Times New Roman" w:hAnsi="Times New Roman" w:cs="Times New Roman"/>
          <w:sz w:val="26"/>
          <w:szCs w:val="26"/>
        </w:rPr>
        <w:t>proses</w:t>
      </w:r>
      <w:r w:rsidR="003A04F4">
        <w:rPr>
          <w:rFonts w:ascii="Times New Roman" w:hAnsi="Times New Roman" w:cs="Times New Roman"/>
          <w:sz w:val="26"/>
          <w:szCs w:val="26"/>
        </w:rPr>
        <w:t>mu</w:t>
      </w:r>
      <w:proofErr w:type="spellEnd"/>
      <w:r w:rsidR="005F7673" w:rsidRPr="005F7673">
        <w:rPr>
          <w:rFonts w:ascii="Times New Roman" w:hAnsi="Times New Roman" w:cs="Times New Roman"/>
          <w:sz w:val="26"/>
          <w:szCs w:val="26"/>
        </w:rPr>
        <w:t xml:space="preserve"> </w:t>
      </w:r>
      <w:proofErr w:type="spellStart"/>
      <w:r w:rsidR="005F7673" w:rsidRPr="005F7673">
        <w:rPr>
          <w:rFonts w:ascii="Times New Roman" w:hAnsi="Times New Roman" w:cs="Times New Roman"/>
          <w:sz w:val="26"/>
          <w:szCs w:val="26"/>
        </w:rPr>
        <w:t>menuju</w:t>
      </w:r>
      <w:proofErr w:type="spellEnd"/>
      <w:r w:rsidR="005F7673" w:rsidRPr="005F7673">
        <w:rPr>
          <w:rFonts w:ascii="Times New Roman" w:hAnsi="Times New Roman" w:cs="Times New Roman"/>
          <w:sz w:val="26"/>
          <w:szCs w:val="26"/>
        </w:rPr>
        <w:t xml:space="preserve"> </w:t>
      </w:r>
      <w:proofErr w:type="spellStart"/>
      <w:r w:rsidR="005F7673" w:rsidRPr="005F7673">
        <w:rPr>
          <w:rFonts w:ascii="Times New Roman" w:hAnsi="Times New Roman" w:cs="Times New Roman"/>
          <w:sz w:val="26"/>
          <w:szCs w:val="26"/>
        </w:rPr>
        <w:t>kesuksesan</w:t>
      </w:r>
      <w:proofErr w:type="spellEnd"/>
      <w:r w:rsidR="00123158">
        <w:rPr>
          <w:rFonts w:ascii="Times New Roman" w:hAnsi="Times New Roman" w:cs="Times New Roman"/>
          <w:sz w:val="26"/>
          <w:szCs w:val="26"/>
        </w:rPr>
        <w:t xml:space="preserve"> </w:t>
      </w:r>
      <w:proofErr w:type="spellStart"/>
      <w:r w:rsidR="00123158">
        <w:rPr>
          <w:rFonts w:ascii="Times New Roman" w:hAnsi="Times New Roman" w:cs="Times New Roman"/>
          <w:sz w:val="26"/>
          <w:szCs w:val="26"/>
        </w:rPr>
        <w:t>serta</w:t>
      </w:r>
      <w:proofErr w:type="spellEnd"/>
      <w:r w:rsidR="00123158">
        <w:rPr>
          <w:rFonts w:ascii="Times New Roman" w:hAnsi="Times New Roman" w:cs="Times New Roman"/>
          <w:sz w:val="26"/>
          <w:szCs w:val="26"/>
        </w:rPr>
        <w:t xml:space="preserve"> </w:t>
      </w:r>
      <w:proofErr w:type="spellStart"/>
      <w:r w:rsidR="00123158">
        <w:rPr>
          <w:rFonts w:ascii="Times New Roman" w:hAnsi="Times New Roman" w:cs="Times New Roman"/>
          <w:sz w:val="26"/>
          <w:szCs w:val="26"/>
        </w:rPr>
        <w:t>melimpahkan</w:t>
      </w:r>
      <w:proofErr w:type="spellEnd"/>
      <w:r w:rsidR="00123158">
        <w:rPr>
          <w:rFonts w:ascii="Times New Roman" w:hAnsi="Times New Roman" w:cs="Times New Roman"/>
          <w:sz w:val="26"/>
          <w:szCs w:val="26"/>
        </w:rPr>
        <w:t xml:space="preserve"> </w:t>
      </w:r>
      <w:proofErr w:type="spellStart"/>
      <w:r w:rsidR="00123158">
        <w:rPr>
          <w:rFonts w:ascii="Times New Roman" w:hAnsi="Times New Roman" w:cs="Times New Roman"/>
          <w:sz w:val="26"/>
          <w:szCs w:val="26"/>
        </w:rPr>
        <w:t>kebahagiaan</w:t>
      </w:r>
      <w:proofErr w:type="spellEnd"/>
      <w:r w:rsidR="00123158">
        <w:rPr>
          <w:rFonts w:ascii="Times New Roman" w:hAnsi="Times New Roman" w:cs="Times New Roman"/>
          <w:sz w:val="26"/>
          <w:szCs w:val="26"/>
        </w:rPr>
        <w:t xml:space="preserve"> </w:t>
      </w:r>
      <w:proofErr w:type="spellStart"/>
      <w:r w:rsidR="00123158">
        <w:rPr>
          <w:rFonts w:ascii="Times New Roman" w:hAnsi="Times New Roman" w:cs="Times New Roman"/>
          <w:sz w:val="26"/>
          <w:szCs w:val="26"/>
        </w:rPr>
        <w:t>dalam</w:t>
      </w:r>
      <w:proofErr w:type="spellEnd"/>
      <w:r w:rsidR="00123158">
        <w:rPr>
          <w:rFonts w:ascii="Times New Roman" w:hAnsi="Times New Roman" w:cs="Times New Roman"/>
          <w:sz w:val="26"/>
          <w:szCs w:val="26"/>
        </w:rPr>
        <w:t xml:space="preserve"> </w:t>
      </w:r>
      <w:proofErr w:type="spellStart"/>
      <w:r w:rsidR="00123158">
        <w:rPr>
          <w:rFonts w:ascii="Times New Roman" w:hAnsi="Times New Roman" w:cs="Times New Roman"/>
          <w:sz w:val="26"/>
          <w:szCs w:val="26"/>
        </w:rPr>
        <w:t>hidupmu</w:t>
      </w:r>
      <w:proofErr w:type="spellEnd"/>
      <w:r w:rsidR="00123158">
        <w:rPr>
          <w:rFonts w:ascii="Times New Roman" w:hAnsi="Times New Roman" w:cs="Times New Roman"/>
          <w:sz w:val="26"/>
          <w:szCs w:val="26"/>
        </w:rPr>
        <w:t>.</w:t>
      </w:r>
    </w:p>
    <w:p w14:paraId="42166FAD" w14:textId="77777777" w:rsidR="005F7673" w:rsidRDefault="005F7673">
      <w:pPr>
        <w:pStyle w:val="ListParagraph"/>
        <w:numPr>
          <w:ilvl w:val="0"/>
          <w:numId w:val="9"/>
        </w:numPr>
        <w:autoSpaceDE w:val="0"/>
        <w:autoSpaceDN w:val="0"/>
        <w:adjustRightInd w:val="0"/>
        <w:spacing w:after="0" w:line="360" w:lineRule="auto"/>
        <w:ind w:left="567"/>
        <w:jc w:val="both"/>
        <w:rPr>
          <w:rFonts w:ascii="Times New Roman" w:hAnsi="Times New Roman" w:cs="Times New Roman"/>
          <w:sz w:val="26"/>
          <w:szCs w:val="26"/>
        </w:rPr>
      </w:pPr>
      <w:proofErr w:type="spellStart"/>
      <w:r>
        <w:rPr>
          <w:rFonts w:ascii="Times New Roman" w:hAnsi="Times New Roman" w:cs="Times New Roman"/>
          <w:sz w:val="26"/>
          <w:szCs w:val="26"/>
        </w:rPr>
        <w:t>Teruntuk</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anak</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cantik</w:t>
      </w:r>
      <w:proofErr w:type="spellEnd"/>
      <w:r w:rsidR="002C6267">
        <w:rPr>
          <w:rFonts w:ascii="Times New Roman" w:hAnsi="Times New Roman" w:cs="Times New Roman"/>
          <w:sz w:val="26"/>
          <w:szCs w:val="26"/>
        </w:rPr>
        <w:t xml:space="preserve"> yang </w:t>
      </w:r>
      <w:proofErr w:type="spellStart"/>
      <w:r w:rsidR="002C6267">
        <w:rPr>
          <w:rFonts w:ascii="Times New Roman" w:hAnsi="Times New Roman" w:cs="Times New Roman"/>
          <w:sz w:val="26"/>
          <w:szCs w:val="26"/>
        </w:rPr>
        <w:t>kesabarannya</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seluas</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samudera</w:t>
      </w:r>
      <w:proofErr w:type="spellEnd"/>
      <w:r w:rsidR="002C6267">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diri</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saya</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sendiri</w:t>
      </w:r>
      <w:proofErr w:type="spellEnd"/>
      <w:r w:rsidR="001668AE">
        <w:rPr>
          <w:rFonts w:ascii="Times New Roman" w:hAnsi="Times New Roman" w:cs="Times New Roman"/>
          <w:sz w:val="26"/>
          <w:szCs w:val="26"/>
        </w:rPr>
        <w:t xml:space="preserve">, </w:t>
      </w:r>
      <w:r w:rsidR="002C6267">
        <w:rPr>
          <w:rFonts w:ascii="Times New Roman" w:hAnsi="Times New Roman" w:cs="Times New Roman"/>
          <w:sz w:val="26"/>
          <w:szCs w:val="26"/>
        </w:rPr>
        <w:t>Ariessy Apriola</w:t>
      </w:r>
      <w:r w:rsidR="001668AE">
        <w:rPr>
          <w:rFonts w:ascii="Times New Roman" w:hAnsi="Times New Roman" w:cs="Times New Roman"/>
          <w:sz w:val="26"/>
          <w:szCs w:val="26"/>
        </w:rPr>
        <w:t>,</w:t>
      </w:r>
      <w:r w:rsidR="002C6267">
        <w:rPr>
          <w:rFonts w:ascii="Times New Roman" w:hAnsi="Times New Roman" w:cs="Times New Roman"/>
          <w:sz w:val="26"/>
          <w:szCs w:val="26"/>
        </w:rPr>
        <w:t xml:space="preserve"> yang </w:t>
      </w:r>
      <w:proofErr w:type="spellStart"/>
      <w:r w:rsidR="002C6267">
        <w:rPr>
          <w:rFonts w:ascii="Times New Roman" w:hAnsi="Times New Roman" w:cs="Times New Roman"/>
          <w:sz w:val="26"/>
          <w:szCs w:val="26"/>
        </w:rPr>
        <w:t>kerap</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dipanggil</w:t>
      </w:r>
      <w:proofErr w:type="spellEnd"/>
      <w:r w:rsidR="002C6267">
        <w:rPr>
          <w:rFonts w:ascii="Times New Roman" w:hAnsi="Times New Roman" w:cs="Times New Roman"/>
          <w:sz w:val="26"/>
          <w:szCs w:val="26"/>
        </w:rPr>
        <w:t xml:space="preserve"> </w:t>
      </w:r>
      <w:r w:rsidR="002C6267" w:rsidRPr="001668AE">
        <w:rPr>
          <w:rFonts w:ascii="Times New Roman" w:hAnsi="Times New Roman" w:cs="Times New Roman"/>
          <w:i/>
          <w:iCs/>
          <w:sz w:val="26"/>
          <w:szCs w:val="26"/>
        </w:rPr>
        <w:t>Queen</w:t>
      </w:r>
      <w:r w:rsidR="002C6267">
        <w:rPr>
          <w:rFonts w:ascii="Times New Roman" w:hAnsi="Times New Roman" w:cs="Times New Roman"/>
          <w:sz w:val="26"/>
          <w:szCs w:val="26"/>
        </w:rPr>
        <w:t xml:space="preserve"> oleh </w:t>
      </w:r>
      <w:proofErr w:type="spellStart"/>
      <w:r w:rsidR="001668AE">
        <w:rPr>
          <w:rFonts w:ascii="Times New Roman" w:hAnsi="Times New Roman" w:cs="Times New Roman"/>
          <w:sz w:val="26"/>
          <w:szCs w:val="26"/>
        </w:rPr>
        <w:t>pengikut</w:t>
      </w:r>
      <w:proofErr w:type="spellEnd"/>
      <w:r w:rsidR="001668AE">
        <w:rPr>
          <w:rFonts w:ascii="Times New Roman" w:hAnsi="Times New Roman" w:cs="Times New Roman"/>
          <w:sz w:val="26"/>
          <w:szCs w:val="26"/>
        </w:rPr>
        <w:t xml:space="preserve"> media </w:t>
      </w:r>
      <w:proofErr w:type="spellStart"/>
      <w:r w:rsidR="001668AE">
        <w:rPr>
          <w:rFonts w:ascii="Times New Roman" w:hAnsi="Times New Roman" w:cs="Times New Roman"/>
          <w:sz w:val="26"/>
          <w:szCs w:val="26"/>
        </w:rPr>
        <w:t>sosial</w:t>
      </w:r>
      <w:proofErr w:type="spellEnd"/>
      <w:r w:rsidR="001668AE">
        <w:rPr>
          <w:rFonts w:ascii="Times New Roman" w:hAnsi="Times New Roman" w:cs="Times New Roman"/>
          <w:sz w:val="26"/>
          <w:szCs w:val="26"/>
        </w:rPr>
        <w:t xml:space="preserve"> dan </w:t>
      </w:r>
      <w:proofErr w:type="spellStart"/>
      <w:r w:rsidR="002C6267">
        <w:rPr>
          <w:rFonts w:ascii="Times New Roman" w:hAnsi="Times New Roman" w:cs="Times New Roman"/>
          <w:sz w:val="26"/>
          <w:szCs w:val="26"/>
        </w:rPr>
        <w:t>teman-teman</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terdekatnya</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Terima</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kasih</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sudah</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bertahan</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sejauh</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ini</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apresiasi</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sebesar</w:t>
      </w:r>
      <w:proofErr w:type="spellEnd"/>
      <w:r w:rsidR="002C6267">
        <w:rPr>
          <w:rFonts w:ascii="Times New Roman" w:hAnsi="Times New Roman" w:cs="Times New Roman"/>
          <w:sz w:val="26"/>
          <w:szCs w:val="26"/>
        </w:rPr>
        <w:t xml:space="preserve"> </w:t>
      </w:r>
      <w:proofErr w:type="spellStart"/>
      <w:r w:rsidR="002C6267">
        <w:rPr>
          <w:rFonts w:ascii="Times New Roman" w:hAnsi="Times New Roman" w:cs="Times New Roman"/>
          <w:sz w:val="26"/>
          <w:szCs w:val="26"/>
        </w:rPr>
        <w:t>besarnya</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karena</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telah</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bertanggung</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jawab</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untuk</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menyelesaikan</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apa</w:t>
      </w:r>
      <w:proofErr w:type="spellEnd"/>
      <w:r w:rsidR="001668AE">
        <w:rPr>
          <w:rFonts w:ascii="Times New Roman" w:hAnsi="Times New Roman" w:cs="Times New Roman"/>
          <w:sz w:val="26"/>
          <w:szCs w:val="26"/>
        </w:rPr>
        <w:t xml:space="preserve"> yang </w:t>
      </w:r>
      <w:proofErr w:type="spellStart"/>
      <w:r w:rsidR="001668AE">
        <w:rPr>
          <w:rFonts w:ascii="Times New Roman" w:hAnsi="Times New Roman" w:cs="Times New Roman"/>
          <w:sz w:val="26"/>
          <w:szCs w:val="26"/>
        </w:rPr>
        <w:t>telah</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dimulai</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Terima</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kasih</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karena</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terus</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berusaha</w:t>
      </w:r>
      <w:proofErr w:type="spellEnd"/>
      <w:r w:rsidR="001668AE">
        <w:rPr>
          <w:rFonts w:ascii="Times New Roman" w:hAnsi="Times New Roman" w:cs="Times New Roman"/>
          <w:sz w:val="26"/>
          <w:szCs w:val="26"/>
        </w:rPr>
        <w:t xml:space="preserve"> dan </w:t>
      </w:r>
      <w:proofErr w:type="spellStart"/>
      <w:r w:rsidR="001668AE">
        <w:rPr>
          <w:rFonts w:ascii="Times New Roman" w:hAnsi="Times New Roman" w:cs="Times New Roman"/>
          <w:sz w:val="26"/>
          <w:szCs w:val="26"/>
        </w:rPr>
        <w:t>tidak</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mudah</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menyerah</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serta</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senantiasa</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menikmati</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setiap</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prosesnya</w:t>
      </w:r>
      <w:proofErr w:type="spellEnd"/>
      <w:r w:rsidR="001668AE">
        <w:rPr>
          <w:rFonts w:ascii="Times New Roman" w:hAnsi="Times New Roman" w:cs="Times New Roman"/>
          <w:sz w:val="26"/>
          <w:szCs w:val="26"/>
        </w:rPr>
        <w:t xml:space="preserve"> yang </w:t>
      </w:r>
      <w:proofErr w:type="spellStart"/>
      <w:r w:rsidR="001668AE">
        <w:rPr>
          <w:rFonts w:ascii="Times New Roman" w:hAnsi="Times New Roman" w:cs="Times New Roman"/>
          <w:sz w:val="26"/>
          <w:szCs w:val="26"/>
        </w:rPr>
        <w:t>bisa</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dibilang</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tidak</w:t>
      </w:r>
      <w:proofErr w:type="spellEnd"/>
      <w:r w:rsidR="001668AE">
        <w:rPr>
          <w:rFonts w:ascii="Times New Roman" w:hAnsi="Times New Roman" w:cs="Times New Roman"/>
          <w:sz w:val="26"/>
          <w:szCs w:val="26"/>
        </w:rPr>
        <w:t xml:space="preserve"> </w:t>
      </w:r>
      <w:proofErr w:type="spellStart"/>
      <w:r w:rsidR="001668AE">
        <w:rPr>
          <w:rFonts w:ascii="Times New Roman" w:hAnsi="Times New Roman" w:cs="Times New Roman"/>
          <w:sz w:val="26"/>
          <w:szCs w:val="26"/>
        </w:rPr>
        <w:t>mudah</w:t>
      </w:r>
      <w:proofErr w:type="spellEnd"/>
      <w:r w:rsidR="001668AE">
        <w:rPr>
          <w:rFonts w:ascii="Times New Roman" w:hAnsi="Times New Roman" w:cs="Times New Roman"/>
          <w:sz w:val="26"/>
          <w:szCs w:val="26"/>
        </w:rPr>
        <w:t xml:space="preserve">. </w:t>
      </w:r>
    </w:p>
    <w:p w14:paraId="71C704F7" w14:textId="77777777" w:rsidR="004A6113" w:rsidRPr="004A6113" w:rsidRDefault="004A6113" w:rsidP="004A6113">
      <w:pPr>
        <w:autoSpaceDE w:val="0"/>
        <w:autoSpaceDN w:val="0"/>
        <w:adjustRightInd w:val="0"/>
        <w:spacing w:after="0" w:line="360" w:lineRule="auto"/>
        <w:jc w:val="both"/>
        <w:rPr>
          <w:rFonts w:ascii="Times New Roman" w:hAnsi="Times New Roman" w:cs="Times New Roman"/>
          <w:sz w:val="26"/>
          <w:szCs w:val="26"/>
        </w:rPr>
      </w:pPr>
    </w:p>
    <w:p w14:paraId="7B167A67" w14:textId="77777777" w:rsidR="00307F8C" w:rsidRDefault="00307F8C" w:rsidP="001668AE">
      <w:pPr>
        <w:pStyle w:val="ListParagraph"/>
        <w:autoSpaceDE w:val="0"/>
        <w:autoSpaceDN w:val="0"/>
        <w:adjustRightInd w:val="0"/>
        <w:spacing w:after="0" w:line="360" w:lineRule="auto"/>
        <w:ind w:firstLine="720"/>
        <w:jc w:val="both"/>
        <w:rPr>
          <w:rFonts w:ascii="Times New Roman" w:hAnsi="Times New Roman" w:cs="Times New Roman"/>
          <w:sz w:val="26"/>
          <w:szCs w:val="26"/>
        </w:rPr>
      </w:pPr>
      <w:r w:rsidRPr="00307F8C">
        <w:rPr>
          <w:rFonts w:ascii="Times New Roman" w:hAnsi="Times New Roman" w:cs="Times New Roman" w:hint="cs"/>
          <w:sz w:val="26"/>
          <w:szCs w:val="26"/>
        </w:rPr>
        <w:t xml:space="preserve">Karena </w:t>
      </w:r>
      <w:proofErr w:type="spellStart"/>
      <w:r w:rsidRPr="00307F8C">
        <w:rPr>
          <w:rFonts w:ascii="Times New Roman" w:hAnsi="Times New Roman" w:cs="Times New Roman" w:hint="cs"/>
          <w:sz w:val="26"/>
          <w:szCs w:val="26"/>
        </w:rPr>
        <w:t>kebaikan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semua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pihak</w:t>
      </w:r>
      <w:proofErr w:type="spellEnd"/>
      <w:r w:rsidRPr="00307F8C">
        <w:rPr>
          <w:rFonts w:ascii="Times New Roman" w:hAnsi="Times New Roman" w:cs="Times New Roman" w:hint="cs"/>
          <w:sz w:val="26"/>
          <w:szCs w:val="26"/>
        </w:rPr>
        <w:t xml:space="preserve"> yang </w:t>
      </w:r>
      <w:proofErr w:type="spellStart"/>
      <w:r w:rsidRPr="00307F8C">
        <w:rPr>
          <w:rFonts w:ascii="Times New Roman" w:hAnsi="Times New Roman" w:cs="Times New Roman" w:hint="cs"/>
          <w:sz w:val="26"/>
          <w:szCs w:val="26"/>
        </w:rPr>
        <w:t>telah</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penulis</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sebutkan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maka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penulis</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bisa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menyelesaikan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Tugas</w:t>
      </w:r>
      <w:proofErr w:type="spellEnd"/>
      <w:r w:rsidRPr="00307F8C">
        <w:rPr>
          <w:rFonts w:ascii="Times New Roman" w:hAnsi="Times New Roman" w:cs="Times New Roman" w:hint="cs"/>
          <w:sz w:val="26"/>
          <w:szCs w:val="26"/>
        </w:rPr>
        <w:t xml:space="preserve"> Akhir </w:t>
      </w:r>
      <w:proofErr w:type="spellStart"/>
      <w:r w:rsidRPr="00307F8C">
        <w:rPr>
          <w:rFonts w:ascii="Times New Roman" w:hAnsi="Times New Roman" w:cs="Times New Roman" w:hint="cs"/>
          <w:sz w:val="26"/>
          <w:szCs w:val="26"/>
        </w:rPr>
        <w:t>ini</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dengan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baik</w:t>
      </w:r>
      <w:proofErr w:type="spellEnd"/>
      <w:r w:rsidRPr="00307F8C">
        <w:rPr>
          <w:rFonts w:ascii="Times New Roman" w:hAnsi="Times New Roman" w:cs="Times New Roman" w:hint="cs"/>
          <w:sz w:val="26"/>
          <w:szCs w:val="26"/>
        </w:rPr>
        <w:t xml:space="preserve"> dan </w:t>
      </w:r>
      <w:proofErr w:type="spellStart"/>
      <w:r w:rsidRPr="00307F8C">
        <w:rPr>
          <w:rFonts w:ascii="Times New Roman" w:hAnsi="Times New Roman" w:cs="Times New Roman" w:hint="cs"/>
          <w:sz w:val="26"/>
          <w:szCs w:val="26"/>
        </w:rPr>
        <w:t>lancar</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Penulis</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berharap</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semoga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Tugas</w:t>
      </w:r>
      <w:proofErr w:type="spellEnd"/>
      <w:r w:rsidRPr="00307F8C">
        <w:rPr>
          <w:rFonts w:ascii="Times New Roman" w:hAnsi="Times New Roman" w:cs="Times New Roman" w:hint="cs"/>
          <w:sz w:val="26"/>
          <w:szCs w:val="26"/>
        </w:rPr>
        <w:t xml:space="preserve"> Akhir </w:t>
      </w:r>
      <w:proofErr w:type="spellStart"/>
      <w:r w:rsidRPr="00307F8C">
        <w:rPr>
          <w:rFonts w:ascii="Times New Roman" w:hAnsi="Times New Roman" w:cs="Times New Roman" w:hint="cs"/>
          <w:sz w:val="26"/>
          <w:szCs w:val="26"/>
        </w:rPr>
        <w:t>ini</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dapat</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memberikan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manfaat</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bagi</w:t>
      </w:r>
      <w:proofErr w:type="spellEnd"/>
      <w:r w:rsidRPr="00307F8C">
        <w:rPr>
          <w:rFonts w:ascii="Times New Roman" w:hAnsi="Times New Roman" w:cs="Times New Roman" w:hint="cs"/>
          <w:sz w:val="26"/>
          <w:szCs w:val="26"/>
        </w:rPr>
        <w:t xml:space="preserve"> para </w:t>
      </w:r>
      <w:proofErr w:type="spellStart"/>
      <w:r w:rsidRPr="00307F8C">
        <w:rPr>
          <w:rFonts w:ascii="Times New Roman" w:hAnsi="Times New Roman" w:cs="Times New Roman" w:hint="cs"/>
          <w:sz w:val="26"/>
          <w:szCs w:val="26"/>
        </w:rPr>
        <w:t>pembaca</w:t>
      </w:r>
      <w:proofErr w:type="spellEnd"/>
      <w:r w:rsidRPr="00307F8C">
        <w:rPr>
          <w:rFonts w:ascii="Times New Roman" w:hAnsi="Times New Roman" w:cs="Times New Roman" w:hint="cs"/>
          <w:sz w:val="26"/>
          <w:szCs w:val="26"/>
        </w:rPr>
        <w:t xml:space="preserve"> dan </w:t>
      </w:r>
      <w:proofErr w:type="spellStart"/>
      <w:r w:rsidRPr="00307F8C">
        <w:rPr>
          <w:rFonts w:ascii="Times New Roman" w:hAnsi="Times New Roman" w:cs="Times New Roman" w:hint="cs"/>
          <w:sz w:val="26"/>
          <w:szCs w:val="26"/>
        </w:rPr>
        <w:t>pihak</w:t>
      </w:r>
      <w:proofErr w:type="spellEnd"/>
      <w:r w:rsidRPr="00307F8C">
        <w:rPr>
          <w:rFonts w:ascii="Times New Roman" w:hAnsi="Times New Roman" w:cs="Times New Roman" w:hint="cs"/>
          <w:sz w:val="26"/>
          <w:szCs w:val="26"/>
        </w:rPr>
        <w:t xml:space="preserve"> yang </w:t>
      </w:r>
      <w:proofErr w:type="spellStart"/>
      <w:r w:rsidRPr="00307F8C">
        <w:rPr>
          <w:rFonts w:ascii="Times New Roman" w:hAnsi="Times New Roman" w:cs="Times New Roman" w:hint="cs"/>
          <w:sz w:val="26"/>
          <w:szCs w:val="26"/>
        </w:rPr>
        <w:t>membutuhkan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Penulis</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menyadari</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bahwa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dalam</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penulisan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Tugas</w:t>
      </w:r>
      <w:proofErr w:type="spellEnd"/>
      <w:r w:rsidRPr="00307F8C">
        <w:rPr>
          <w:rFonts w:ascii="Times New Roman" w:hAnsi="Times New Roman" w:cs="Times New Roman" w:hint="cs"/>
          <w:sz w:val="26"/>
          <w:szCs w:val="26"/>
        </w:rPr>
        <w:t xml:space="preserve"> Akhir </w:t>
      </w:r>
      <w:proofErr w:type="spellStart"/>
      <w:r w:rsidRPr="00307F8C">
        <w:rPr>
          <w:rFonts w:ascii="Times New Roman" w:hAnsi="Times New Roman" w:cs="Times New Roman" w:hint="cs"/>
          <w:sz w:val="26"/>
          <w:szCs w:val="26"/>
        </w:rPr>
        <w:t>ini</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masih</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ada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kekurangan</w:t>
      </w:r>
      <w:proofErr w:type="spellEnd"/>
      <w:r w:rsidRPr="00307F8C">
        <w:rPr>
          <w:rFonts w:ascii="Times New Roman" w:hAnsi="Times New Roman" w:cs="Times New Roman" w:hint="cs"/>
          <w:sz w:val="26"/>
          <w:szCs w:val="26"/>
        </w:rPr>
        <w:t xml:space="preserve">. Oleh </w:t>
      </w:r>
      <w:proofErr w:type="spellStart"/>
      <w:r w:rsidRPr="00307F8C">
        <w:rPr>
          <w:rFonts w:ascii="Times New Roman" w:hAnsi="Times New Roman" w:cs="Times New Roman" w:hint="cs"/>
          <w:sz w:val="26"/>
          <w:szCs w:val="26"/>
        </w:rPr>
        <w:t>karena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itu</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penulis</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memohon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maaf</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apabila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terdapat</w:t>
      </w:r>
      <w:proofErr w:type="spellEnd"/>
      <w:r w:rsidRPr="00307F8C">
        <w:rPr>
          <w:rFonts w:ascii="Times New Roman" w:hAnsi="Times New Roman" w:cs="Times New Roman" w:hint="cs"/>
          <w:sz w:val="26"/>
          <w:szCs w:val="26"/>
        </w:rPr>
        <w:t xml:space="preserve"> kata-kata yang </w:t>
      </w:r>
      <w:proofErr w:type="spellStart"/>
      <w:r w:rsidRPr="00307F8C">
        <w:rPr>
          <w:rFonts w:ascii="Times New Roman" w:hAnsi="Times New Roman" w:cs="Times New Roman" w:hint="cs"/>
          <w:sz w:val="26"/>
          <w:szCs w:val="26"/>
        </w:rPr>
        <w:t>kurang</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berkenan</w:t>
      </w:r>
      <w:proofErr w:type="spellEnd"/>
      <w:r w:rsidRPr="00307F8C">
        <w:rPr>
          <w:rFonts w:ascii="Times New Roman" w:hAnsi="Times New Roman" w:cs="Times New Roman" w:hint="cs"/>
          <w:sz w:val="26"/>
          <w:szCs w:val="26"/>
        </w:rPr>
        <w:t xml:space="preserve"> dan </w:t>
      </w:r>
      <w:proofErr w:type="spellStart"/>
      <w:r w:rsidRPr="00307F8C">
        <w:rPr>
          <w:rFonts w:ascii="Times New Roman" w:hAnsi="Times New Roman" w:cs="Times New Roman" w:hint="cs"/>
          <w:sz w:val="26"/>
          <w:szCs w:val="26"/>
        </w:rPr>
        <w:t>dengan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besar</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hati</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penulis</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bersedia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menerima</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kritik</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maupun</w:t>
      </w:r>
      <w:proofErr w:type="spellEnd"/>
      <w:r w:rsidRPr="00307F8C">
        <w:rPr>
          <w:rFonts w:ascii="Times New Roman" w:hAnsi="Times New Roman" w:cs="Times New Roman" w:hint="cs"/>
          <w:sz w:val="26"/>
          <w:szCs w:val="26"/>
        </w:rPr>
        <w:t xml:space="preserve"> saran yang </w:t>
      </w:r>
      <w:proofErr w:type="spellStart"/>
      <w:r w:rsidRPr="00307F8C">
        <w:rPr>
          <w:rFonts w:ascii="Times New Roman" w:hAnsi="Times New Roman" w:cs="Times New Roman" w:hint="cs"/>
          <w:sz w:val="26"/>
          <w:szCs w:val="26"/>
        </w:rPr>
        <w:t>membangun</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dari</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seluruh</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pihak</w:t>
      </w:r>
      <w:proofErr w:type="spellEnd"/>
      <w:r w:rsidRPr="00307F8C">
        <w:rPr>
          <w:rFonts w:ascii="Times New Roman" w:hAnsi="Times New Roman" w:cs="Times New Roman" w:hint="cs"/>
          <w:sz w:val="26"/>
          <w:szCs w:val="26"/>
        </w:rPr>
        <w:t xml:space="preserve"> guna </w:t>
      </w:r>
      <w:proofErr w:type="spellStart"/>
      <w:r w:rsidRPr="00307F8C">
        <w:rPr>
          <w:rFonts w:ascii="Times New Roman" w:hAnsi="Times New Roman" w:cs="Times New Roman" w:hint="cs"/>
          <w:sz w:val="26"/>
          <w:szCs w:val="26"/>
        </w:rPr>
        <w:t>memperbaiki</w:t>
      </w:r>
      <w:proofErr w:type="spellEnd"/>
      <w:r w:rsidRPr="00307F8C">
        <w:rPr>
          <w:rFonts w:ascii="Times New Roman" w:hAnsi="Times New Roman" w:cs="Times New Roman" w:hint="cs"/>
          <w:sz w:val="26"/>
          <w:szCs w:val="26"/>
        </w:rPr>
        <w:t xml:space="preserve"> </w:t>
      </w:r>
      <w:proofErr w:type="spellStart"/>
      <w:r w:rsidRPr="00307F8C">
        <w:rPr>
          <w:rFonts w:ascii="Times New Roman" w:hAnsi="Times New Roman" w:cs="Times New Roman" w:hint="cs"/>
          <w:sz w:val="26"/>
          <w:szCs w:val="26"/>
        </w:rPr>
        <w:t>kesalahan</w:t>
      </w:r>
      <w:proofErr w:type="spellEnd"/>
      <w:r w:rsidRPr="00307F8C">
        <w:rPr>
          <w:rFonts w:ascii="Times New Roman" w:hAnsi="Times New Roman" w:cs="Times New Roman" w:hint="cs"/>
          <w:sz w:val="26"/>
          <w:szCs w:val="26"/>
        </w:rPr>
        <w:t xml:space="preserve"> yang </w:t>
      </w:r>
      <w:proofErr w:type="spellStart"/>
      <w:r w:rsidRPr="00307F8C">
        <w:rPr>
          <w:rFonts w:ascii="Times New Roman" w:hAnsi="Times New Roman" w:cs="Times New Roman" w:hint="cs"/>
          <w:sz w:val="26"/>
          <w:szCs w:val="26"/>
        </w:rPr>
        <w:t>ada</w:t>
      </w:r>
      <w:proofErr w:type="spellEnd"/>
      <w:r w:rsidRPr="00307F8C">
        <w:rPr>
          <w:rFonts w:ascii="Times New Roman" w:hAnsi="Times New Roman" w:cs="Times New Roman" w:hint="cs"/>
          <w:sz w:val="26"/>
          <w:szCs w:val="26"/>
        </w:rPr>
        <w:t>.</w:t>
      </w:r>
    </w:p>
    <w:p w14:paraId="2862B93B" w14:textId="03A3D11A" w:rsidR="00307F8C" w:rsidRDefault="00307F8C" w:rsidP="00DF53ED">
      <w:pPr>
        <w:autoSpaceDE w:val="0"/>
        <w:autoSpaceDN w:val="0"/>
        <w:adjustRightInd w:val="0"/>
        <w:spacing w:after="0" w:line="360" w:lineRule="auto"/>
        <w:rPr>
          <w:rFonts w:ascii="Times New Roman" w:hAnsi="Times New Roman" w:cs="Times New Roman"/>
          <w:sz w:val="26"/>
          <w:szCs w:val="26"/>
        </w:rPr>
      </w:pPr>
    </w:p>
    <w:p w14:paraId="6E68D0FE" w14:textId="3E9988FE" w:rsidR="00307F8C" w:rsidRPr="00307F8C" w:rsidRDefault="001418EE" w:rsidP="00DF53ED">
      <w:pPr>
        <w:autoSpaceDE w:val="0"/>
        <w:autoSpaceDN w:val="0"/>
        <w:adjustRightInd w:val="0"/>
        <w:spacing w:after="0" w:line="360" w:lineRule="auto"/>
        <w:rPr>
          <w:rFonts w:ascii="Times New Roman" w:hAnsi="Times New Roman" w:cs="Times New Roman"/>
          <w:sz w:val="26"/>
          <w:szCs w:val="26"/>
        </w:rPr>
      </w:pPr>
      <w:r>
        <w:rPr>
          <w:rFonts w:ascii="Times New Roman" w:hAnsi="Times New Roman" w:cs="Times New Roman"/>
          <w:noProof/>
          <w:sz w:val="26"/>
          <w:szCs w:val="26"/>
        </w:rPr>
        <w:drawing>
          <wp:anchor distT="0" distB="0" distL="114300" distR="114300" simplePos="0" relativeHeight="251664384" behindDoc="0" locked="0" layoutInCell="1" allowOverlap="1" wp14:anchorId="33BF8404" wp14:editId="5D4C6C73">
            <wp:simplePos x="0" y="0"/>
            <wp:positionH relativeFrom="column">
              <wp:posOffset>3150735</wp:posOffset>
            </wp:positionH>
            <wp:positionV relativeFrom="paragraph">
              <wp:posOffset>112659</wp:posOffset>
            </wp:positionV>
            <wp:extent cx="2880252" cy="2013735"/>
            <wp:effectExtent l="0" t="0" r="0" b="0"/>
            <wp:wrapNone/>
            <wp:docPr id="11494286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28640" name="Picture 1149428640"/>
                    <pic:cNvPicPr/>
                  </pic:nvPicPr>
                  <pic:blipFill>
                    <a:blip r:embed="rId11"/>
                    <a:stretch>
                      <a:fillRect/>
                    </a:stretch>
                  </pic:blipFill>
                  <pic:spPr>
                    <a:xfrm>
                      <a:off x="0" y="0"/>
                      <a:ext cx="2880252" cy="2013735"/>
                    </a:xfrm>
                    <a:prstGeom prst="rect">
                      <a:avLst/>
                    </a:prstGeom>
                  </pic:spPr>
                </pic:pic>
              </a:graphicData>
            </a:graphic>
            <wp14:sizeRelH relativeFrom="page">
              <wp14:pctWidth>0</wp14:pctWidth>
            </wp14:sizeRelH>
            <wp14:sizeRelV relativeFrom="page">
              <wp14:pctHeight>0</wp14:pctHeight>
            </wp14:sizeRelV>
          </wp:anchor>
        </w:drawing>
      </w:r>
    </w:p>
    <w:p w14:paraId="462681D4" w14:textId="55C728DA" w:rsidR="00307F8C" w:rsidRPr="00307F8C" w:rsidRDefault="00307F8C" w:rsidP="00307F8C">
      <w:pPr>
        <w:autoSpaceDE w:val="0"/>
        <w:autoSpaceDN w:val="0"/>
        <w:adjustRightInd w:val="0"/>
        <w:spacing w:after="0" w:line="240" w:lineRule="auto"/>
        <w:rPr>
          <w:rFonts w:ascii="Times New Roman" w:hAnsi="Times New Roman" w:cs="Times New Roman"/>
          <w:sz w:val="26"/>
          <w:szCs w:val="26"/>
        </w:rPr>
      </w:pPr>
    </w:p>
    <w:p w14:paraId="4E4F8F09" w14:textId="50ED946D" w:rsidR="00307F8C" w:rsidRPr="00307F8C" w:rsidRDefault="005D3E65" w:rsidP="00307F8C">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Semarang</w:t>
      </w:r>
      <w:r w:rsidR="00307F8C" w:rsidRPr="00307F8C">
        <w:rPr>
          <w:rFonts w:ascii="Times New Roman" w:hAnsi="Times New Roman" w:cs="Times New Roman" w:hint="cs"/>
          <w:sz w:val="26"/>
          <w:szCs w:val="26"/>
        </w:rPr>
        <w:t xml:space="preserve">, </w:t>
      </w:r>
      <w:r w:rsidR="00522DE4">
        <w:rPr>
          <w:rFonts w:ascii="Times New Roman" w:hAnsi="Times New Roman" w:cs="Times New Roman"/>
          <w:sz w:val="26"/>
          <w:szCs w:val="26"/>
        </w:rPr>
        <w:t>15</w:t>
      </w:r>
      <w:r w:rsidR="00307F8C" w:rsidRPr="00307F8C">
        <w:rPr>
          <w:rFonts w:ascii="Times New Roman" w:hAnsi="Times New Roman" w:cs="Times New Roman" w:hint="cs"/>
          <w:sz w:val="26"/>
          <w:szCs w:val="26"/>
        </w:rPr>
        <w:t xml:space="preserve"> </w:t>
      </w:r>
      <w:r w:rsidR="00EB64E7">
        <w:rPr>
          <w:rFonts w:ascii="Times New Roman" w:hAnsi="Times New Roman" w:cs="Times New Roman"/>
          <w:sz w:val="26"/>
          <w:szCs w:val="26"/>
        </w:rPr>
        <w:t>J</w:t>
      </w:r>
      <w:r w:rsidR="00307F8C" w:rsidRPr="00307F8C">
        <w:rPr>
          <w:rFonts w:ascii="Times New Roman" w:hAnsi="Times New Roman" w:cs="Times New Roman" w:hint="cs"/>
          <w:sz w:val="26"/>
          <w:szCs w:val="26"/>
        </w:rPr>
        <w:t>uli 2026</w:t>
      </w:r>
    </w:p>
    <w:p w14:paraId="5D2F311F" w14:textId="77777777" w:rsidR="005D3E65" w:rsidRDefault="005D3E65" w:rsidP="00307F8C">
      <w:pPr>
        <w:autoSpaceDE w:val="0"/>
        <w:autoSpaceDN w:val="0"/>
        <w:adjustRightInd w:val="0"/>
        <w:spacing w:after="0" w:line="240" w:lineRule="auto"/>
        <w:jc w:val="right"/>
        <w:rPr>
          <w:rFonts w:ascii="Times New Roman" w:hAnsi="Times New Roman" w:cs="Times New Roman"/>
          <w:sz w:val="26"/>
          <w:szCs w:val="26"/>
        </w:rPr>
      </w:pPr>
    </w:p>
    <w:p w14:paraId="767C5ED4" w14:textId="77777777" w:rsidR="00522DE4" w:rsidRDefault="00522DE4" w:rsidP="00307F8C">
      <w:pPr>
        <w:autoSpaceDE w:val="0"/>
        <w:autoSpaceDN w:val="0"/>
        <w:adjustRightInd w:val="0"/>
        <w:spacing w:after="0" w:line="240" w:lineRule="auto"/>
        <w:jc w:val="right"/>
        <w:rPr>
          <w:rFonts w:ascii="Times New Roman" w:hAnsi="Times New Roman" w:cs="Times New Roman"/>
          <w:sz w:val="26"/>
          <w:szCs w:val="26"/>
        </w:rPr>
      </w:pPr>
    </w:p>
    <w:p w14:paraId="1C4EF2CA" w14:textId="0AEA94EE" w:rsidR="005D3E65" w:rsidRDefault="005D3E65" w:rsidP="00307F8C">
      <w:pPr>
        <w:autoSpaceDE w:val="0"/>
        <w:autoSpaceDN w:val="0"/>
        <w:adjustRightInd w:val="0"/>
        <w:spacing w:after="0" w:line="240" w:lineRule="auto"/>
        <w:jc w:val="right"/>
        <w:rPr>
          <w:rFonts w:ascii="Times New Roman" w:hAnsi="Times New Roman" w:cs="Times New Roman"/>
          <w:sz w:val="26"/>
          <w:szCs w:val="26"/>
        </w:rPr>
      </w:pPr>
    </w:p>
    <w:p w14:paraId="1BC4E7F5" w14:textId="6EE7D2DC" w:rsidR="005D3E65" w:rsidRDefault="005D3E65" w:rsidP="00307F8C">
      <w:pPr>
        <w:autoSpaceDE w:val="0"/>
        <w:autoSpaceDN w:val="0"/>
        <w:adjustRightInd w:val="0"/>
        <w:spacing w:after="0" w:line="240" w:lineRule="auto"/>
        <w:jc w:val="right"/>
        <w:rPr>
          <w:rFonts w:ascii="Times New Roman" w:hAnsi="Times New Roman" w:cs="Times New Roman"/>
          <w:sz w:val="26"/>
          <w:szCs w:val="26"/>
        </w:rPr>
      </w:pPr>
    </w:p>
    <w:p w14:paraId="6C035ACC" w14:textId="77777777" w:rsidR="005D3E65" w:rsidRDefault="005D3E65" w:rsidP="00307F8C">
      <w:pPr>
        <w:autoSpaceDE w:val="0"/>
        <w:autoSpaceDN w:val="0"/>
        <w:adjustRightInd w:val="0"/>
        <w:spacing w:after="0" w:line="240" w:lineRule="auto"/>
        <w:jc w:val="right"/>
        <w:rPr>
          <w:rFonts w:ascii="Times New Roman" w:hAnsi="Times New Roman" w:cs="Times New Roman"/>
          <w:sz w:val="26"/>
          <w:szCs w:val="26"/>
        </w:rPr>
      </w:pPr>
    </w:p>
    <w:p w14:paraId="57BF382C" w14:textId="77777777" w:rsidR="005D3E65" w:rsidRDefault="005D3E65" w:rsidP="00307F8C">
      <w:pPr>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Ariessy Apriola</w:t>
      </w:r>
    </w:p>
    <w:p w14:paraId="5DDAD7C2" w14:textId="77777777" w:rsidR="00307F8C" w:rsidRPr="00307F8C" w:rsidRDefault="00307F8C" w:rsidP="00307F8C">
      <w:pPr>
        <w:autoSpaceDE w:val="0"/>
        <w:autoSpaceDN w:val="0"/>
        <w:adjustRightInd w:val="0"/>
        <w:spacing w:after="0" w:line="240" w:lineRule="auto"/>
        <w:jc w:val="right"/>
        <w:rPr>
          <w:rFonts w:ascii="Times New Roman" w:hAnsi="Times New Roman" w:cs="Times New Roman"/>
          <w:sz w:val="26"/>
          <w:szCs w:val="26"/>
        </w:rPr>
      </w:pPr>
    </w:p>
    <w:p w14:paraId="2F941D45" w14:textId="77777777" w:rsidR="00307F8C" w:rsidRPr="00307F8C" w:rsidRDefault="00307F8C" w:rsidP="00307F8C">
      <w:pPr>
        <w:autoSpaceDE w:val="0"/>
        <w:autoSpaceDN w:val="0"/>
        <w:adjustRightInd w:val="0"/>
        <w:spacing w:after="0" w:line="240" w:lineRule="auto"/>
        <w:jc w:val="right"/>
        <w:rPr>
          <w:rFonts w:ascii="Times New Roman" w:hAnsi="Times New Roman" w:cs="Times New Roman"/>
          <w:sz w:val="26"/>
          <w:szCs w:val="26"/>
        </w:rPr>
      </w:pPr>
    </w:p>
    <w:p w14:paraId="6033BA34" w14:textId="77777777" w:rsidR="00183D3A" w:rsidRDefault="00183D3A">
      <w:pPr>
        <w:rPr>
          <w:rFonts w:ascii="Times New Roman" w:hAnsi="Times New Roman"/>
          <w:b/>
          <w:sz w:val="28"/>
          <w:lang w:eastAsia="ja-JP"/>
        </w:rPr>
      </w:pPr>
      <w:r>
        <w:rPr>
          <w:rFonts w:ascii="Times New Roman" w:hAnsi="Times New Roman"/>
          <w:b/>
          <w:sz w:val="28"/>
          <w:lang w:eastAsia="ja-JP"/>
        </w:rPr>
        <w:br w:type="page"/>
      </w:r>
    </w:p>
    <w:p w14:paraId="3B7B4A70" w14:textId="77777777" w:rsidR="00211DD6" w:rsidRDefault="008D2EF5" w:rsidP="00266F2A">
      <w:pPr>
        <w:pStyle w:val="Heading1"/>
        <w:jc w:val="center"/>
        <w:rPr>
          <w:rFonts w:ascii="Times New Roman" w:hAnsi="Times New Roman" w:cs="Times New Roman"/>
          <w:color w:val="auto"/>
          <w:sz w:val="24"/>
          <w:szCs w:val="24"/>
          <w:lang w:eastAsia="ja-JP"/>
        </w:rPr>
      </w:pPr>
      <w:bookmarkStart w:id="2" w:name="_Toc238448275"/>
      <w:r w:rsidRPr="00266F2A">
        <w:rPr>
          <w:rFonts w:ascii="Times New Roman" w:hAnsi="Times New Roman" w:cs="Times New Roman"/>
          <w:color w:val="auto"/>
          <w:sz w:val="24"/>
          <w:szCs w:val="24"/>
          <w:lang w:eastAsia="ja-JP"/>
        </w:rPr>
        <w:t>DAFTAR ISI</w:t>
      </w:r>
      <w:bookmarkEnd w:id="2"/>
    </w:p>
    <w:sdt>
      <w:sdtPr>
        <w:rPr>
          <w:rFonts w:asciiTheme="minorHAnsi" w:eastAsiaTheme="minorEastAsia" w:hAnsiTheme="minorHAnsi" w:cstheme="minorBidi"/>
          <w:b w:val="0"/>
          <w:bCs w:val="0"/>
          <w:noProof/>
          <w:color w:val="auto"/>
          <w:sz w:val="22"/>
          <w:szCs w:val="22"/>
        </w:rPr>
        <w:id w:val="-997881219"/>
        <w:docPartObj>
          <w:docPartGallery w:val="Table of Contents"/>
          <w:docPartUnique/>
        </w:docPartObj>
      </w:sdtPr>
      <w:sdtEndPr>
        <w:rPr>
          <w:rFonts w:ascii="Times New Roman" w:hAnsi="Times New Roman" w:cs="Times New Roman"/>
          <w:b/>
          <w:bCs/>
          <w:sz w:val="24"/>
          <w:szCs w:val="24"/>
        </w:rPr>
      </w:sdtEndPr>
      <w:sdtContent>
        <w:p w14:paraId="03E37399" w14:textId="77777777" w:rsidR="00266F2A" w:rsidRPr="00123158" w:rsidRDefault="00266F2A" w:rsidP="00266F2A">
          <w:pPr>
            <w:pStyle w:val="TOCHeading"/>
            <w:spacing w:before="0" w:line="240" w:lineRule="auto"/>
            <w:rPr>
              <w:sz w:val="24"/>
              <w:szCs w:val="24"/>
            </w:rPr>
          </w:pPr>
        </w:p>
        <w:p w14:paraId="47D65DF1" w14:textId="77777777" w:rsidR="00D51FE4" w:rsidRPr="00AA5E2F" w:rsidRDefault="00266F2A" w:rsidP="00D51FE4">
          <w:pPr>
            <w:pStyle w:val="TOC1"/>
            <w:spacing w:after="0" w:line="360" w:lineRule="auto"/>
            <w:rPr>
              <w:b w:val="0"/>
              <w:bCs w:val="0"/>
              <w:kern w:val="2"/>
              <w:sz w:val="24"/>
              <w:szCs w:val="24"/>
              <w:lang w:val="en-ID" w:eastAsia="en-ID"/>
              <w14:ligatures w14:val="standardContextual"/>
            </w:rPr>
          </w:pPr>
          <w:r w:rsidRPr="00AA5E2F">
            <w:rPr>
              <w:sz w:val="24"/>
              <w:szCs w:val="24"/>
            </w:rPr>
            <w:fldChar w:fldCharType="begin"/>
          </w:r>
          <w:r w:rsidRPr="00AA5E2F">
            <w:rPr>
              <w:sz w:val="24"/>
              <w:szCs w:val="24"/>
            </w:rPr>
            <w:instrText xml:space="preserve"> TOC \o "1-3" \h \z \u </w:instrText>
          </w:r>
          <w:r w:rsidRPr="00AA5E2F">
            <w:rPr>
              <w:sz w:val="24"/>
              <w:szCs w:val="24"/>
            </w:rPr>
            <w:fldChar w:fldCharType="separate"/>
          </w:r>
          <w:hyperlink w:anchor="_Toc238448271" w:history="1">
            <w:r w:rsidR="00D51FE4" w:rsidRPr="00AA5E2F">
              <w:rPr>
                <w:rStyle w:val="Hyperlink"/>
                <w:color w:val="auto"/>
                <w:sz w:val="24"/>
                <w:szCs w:val="24"/>
                <w:u w:val="none"/>
              </w:rPr>
              <w:t>HALAMAN PERSETUJUAN</w:t>
            </w:r>
            <w:r w:rsidR="00D51FE4" w:rsidRPr="00AA5E2F">
              <w:rPr>
                <w:webHidden/>
                <w:sz w:val="24"/>
                <w:szCs w:val="24"/>
              </w:rPr>
              <w:tab/>
            </w:r>
            <w:r w:rsidR="00D51FE4" w:rsidRPr="00AA5E2F">
              <w:rPr>
                <w:webHidden/>
                <w:sz w:val="24"/>
                <w:szCs w:val="24"/>
              </w:rPr>
              <w:fldChar w:fldCharType="begin"/>
            </w:r>
            <w:r w:rsidR="00D51FE4" w:rsidRPr="00AA5E2F">
              <w:rPr>
                <w:webHidden/>
                <w:sz w:val="24"/>
                <w:szCs w:val="24"/>
              </w:rPr>
              <w:instrText xml:space="preserve"> PAGEREF _Toc238448271 \h </w:instrText>
            </w:r>
            <w:r w:rsidR="00D51FE4" w:rsidRPr="00AA5E2F">
              <w:rPr>
                <w:webHidden/>
                <w:sz w:val="24"/>
                <w:szCs w:val="24"/>
              </w:rPr>
            </w:r>
            <w:r w:rsidR="00D51FE4" w:rsidRPr="00AA5E2F">
              <w:rPr>
                <w:webHidden/>
                <w:sz w:val="24"/>
                <w:szCs w:val="24"/>
              </w:rPr>
              <w:fldChar w:fldCharType="separate"/>
            </w:r>
            <w:r w:rsidR="00AA5E2F" w:rsidRPr="00AA5E2F">
              <w:rPr>
                <w:webHidden/>
                <w:sz w:val="24"/>
                <w:szCs w:val="24"/>
              </w:rPr>
              <w:t>ii</w:t>
            </w:r>
            <w:r w:rsidR="00D51FE4" w:rsidRPr="00AA5E2F">
              <w:rPr>
                <w:webHidden/>
                <w:sz w:val="24"/>
                <w:szCs w:val="24"/>
              </w:rPr>
              <w:fldChar w:fldCharType="end"/>
            </w:r>
          </w:hyperlink>
        </w:p>
        <w:p w14:paraId="05DECA95" w14:textId="77777777" w:rsidR="00D51FE4" w:rsidRPr="00AA5E2F" w:rsidRDefault="00D51FE4" w:rsidP="00D51FE4">
          <w:pPr>
            <w:pStyle w:val="TOC1"/>
            <w:spacing w:after="0" w:line="360" w:lineRule="auto"/>
            <w:rPr>
              <w:b w:val="0"/>
              <w:bCs w:val="0"/>
              <w:kern w:val="2"/>
              <w:sz w:val="24"/>
              <w:szCs w:val="24"/>
              <w:lang w:val="en-ID" w:eastAsia="en-ID"/>
              <w14:ligatures w14:val="standardContextual"/>
            </w:rPr>
          </w:pPr>
          <w:hyperlink w:anchor="_Toc238448272" w:history="1">
            <w:r w:rsidRPr="00AA5E2F">
              <w:rPr>
                <w:rStyle w:val="Hyperlink"/>
                <w:color w:val="auto"/>
                <w:sz w:val="24"/>
                <w:szCs w:val="24"/>
                <w:u w:val="none"/>
              </w:rPr>
              <w:t>HALAMAN PENGESAHAN</w:t>
            </w:r>
            <w:r w:rsidRPr="00AA5E2F">
              <w:rPr>
                <w:webHidden/>
                <w:sz w:val="24"/>
                <w:szCs w:val="24"/>
              </w:rPr>
              <w:tab/>
            </w:r>
            <w:r w:rsidRPr="00AA5E2F">
              <w:rPr>
                <w:webHidden/>
                <w:sz w:val="24"/>
                <w:szCs w:val="24"/>
              </w:rPr>
              <w:fldChar w:fldCharType="begin"/>
            </w:r>
            <w:r w:rsidRPr="00AA5E2F">
              <w:rPr>
                <w:webHidden/>
                <w:sz w:val="24"/>
                <w:szCs w:val="24"/>
              </w:rPr>
              <w:instrText xml:space="preserve"> PAGEREF _Toc238448272 \h </w:instrText>
            </w:r>
            <w:r w:rsidRPr="00AA5E2F">
              <w:rPr>
                <w:webHidden/>
                <w:sz w:val="24"/>
                <w:szCs w:val="24"/>
              </w:rPr>
            </w:r>
            <w:r w:rsidRPr="00AA5E2F">
              <w:rPr>
                <w:webHidden/>
                <w:sz w:val="24"/>
                <w:szCs w:val="24"/>
              </w:rPr>
              <w:fldChar w:fldCharType="separate"/>
            </w:r>
            <w:r w:rsidR="00AA5E2F" w:rsidRPr="00AA5E2F">
              <w:rPr>
                <w:webHidden/>
                <w:sz w:val="24"/>
                <w:szCs w:val="24"/>
              </w:rPr>
              <w:t>iii</w:t>
            </w:r>
            <w:r w:rsidRPr="00AA5E2F">
              <w:rPr>
                <w:webHidden/>
                <w:sz w:val="24"/>
                <w:szCs w:val="24"/>
              </w:rPr>
              <w:fldChar w:fldCharType="end"/>
            </w:r>
          </w:hyperlink>
        </w:p>
        <w:p w14:paraId="4F0E7C69" w14:textId="77777777" w:rsidR="00D51FE4" w:rsidRPr="00AA5E2F" w:rsidRDefault="00D51FE4" w:rsidP="00D51FE4">
          <w:pPr>
            <w:pStyle w:val="TOC1"/>
            <w:spacing w:after="0" w:line="360" w:lineRule="auto"/>
            <w:rPr>
              <w:b w:val="0"/>
              <w:bCs w:val="0"/>
              <w:kern w:val="2"/>
              <w:sz w:val="24"/>
              <w:szCs w:val="24"/>
              <w:lang w:val="en-ID" w:eastAsia="en-ID"/>
              <w14:ligatures w14:val="standardContextual"/>
            </w:rPr>
          </w:pPr>
          <w:hyperlink w:anchor="_Toc238448273" w:history="1">
            <w:r w:rsidRPr="00AA5E2F">
              <w:rPr>
                <w:rStyle w:val="Hyperlink"/>
                <w:color w:val="auto"/>
                <w:sz w:val="24"/>
                <w:szCs w:val="24"/>
                <w:u w:val="none"/>
              </w:rPr>
              <w:t>HALAMAN PERNYATAAN ORISINALITAS</w:t>
            </w:r>
            <w:r w:rsidRPr="00AA5E2F">
              <w:rPr>
                <w:webHidden/>
                <w:sz w:val="24"/>
                <w:szCs w:val="24"/>
              </w:rPr>
              <w:tab/>
            </w:r>
            <w:r w:rsidRPr="00AA5E2F">
              <w:rPr>
                <w:webHidden/>
                <w:sz w:val="24"/>
                <w:szCs w:val="24"/>
              </w:rPr>
              <w:fldChar w:fldCharType="begin"/>
            </w:r>
            <w:r w:rsidRPr="00AA5E2F">
              <w:rPr>
                <w:webHidden/>
                <w:sz w:val="24"/>
                <w:szCs w:val="24"/>
              </w:rPr>
              <w:instrText xml:space="preserve"> PAGEREF _Toc238448273 \h </w:instrText>
            </w:r>
            <w:r w:rsidRPr="00AA5E2F">
              <w:rPr>
                <w:webHidden/>
                <w:sz w:val="24"/>
                <w:szCs w:val="24"/>
              </w:rPr>
            </w:r>
            <w:r w:rsidRPr="00AA5E2F">
              <w:rPr>
                <w:webHidden/>
                <w:sz w:val="24"/>
                <w:szCs w:val="24"/>
              </w:rPr>
              <w:fldChar w:fldCharType="separate"/>
            </w:r>
            <w:r w:rsidR="00AA5E2F" w:rsidRPr="00AA5E2F">
              <w:rPr>
                <w:webHidden/>
                <w:sz w:val="24"/>
                <w:szCs w:val="24"/>
              </w:rPr>
              <w:t>iv</w:t>
            </w:r>
            <w:r w:rsidRPr="00AA5E2F">
              <w:rPr>
                <w:webHidden/>
                <w:sz w:val="24"/>
                <w:szCs w:val="24"/>
              </w:rPr>
              <w:fldChar w:fldCharType="end"/>
            </w:r>
          </w:hyperlink>
        </w:p>
        <w:p w14:paraId="79C7B084" w14:textId="77777777" w:rsidR="00D51FE4" w:rsidRPr="00AA5E2F" w:rsidRDefault="00D51FE4" w:rsidP="00D51FE4">
          <w:pPr>
            <w:pStyle w:val="TOC1"/>
            <w:spacing w:after="0" w:line="360" w:lineRule="auto"/>
            <w:rPr>
              <w:b w:val="0"/>
              <w:bCs w:val="0"/>
              <w:kern w:val="2"/>
              <w:sz w:val="24"/>
              <w:szCs w:val="24"/>
              <w:lang w:val="en-ID" w:eastAsia="en-ID"/>
              <w14:ligatures w14:val="standardContextual"/>
            </w:rPr>
          </w:pPr>
          <w:hyperlink w:anchor="_Toc238448274" w:history="1">
            <w:r w:rsidRPr="00AA5E2F">
              <w:rPr>
                <w:rStyle w:val="Hyperlink"/>
                <w:color w:val="auto"/>
                <w:sz w:val="24"/>
                <w:szCs w:val="24"/>
                <w:u w:val="none"/>
                <w:lang w:eastAsia="ja-JP"/>
              </w:rPr>
              <w:t>KATA PENGANTAR</w:t>
            </w:r>
            <w:r w:rsidRPr="00AA5E2F">
              <w:rPr>
                <w:webHidden/>
                <w:sz w:val="24"/>
                <w:szCs w:val="24"/>
              </w:rPr>
              <w:tab/>
            </w:r>
            <w:r w:rsidRPr="00AA5E2F">
              <w:rPr>
                <w:webHidden/>
                <w:sz w:val="24"/>
                <w:szCs w:val="24"/>
              </w:rPr>
              <w:fldChar w:fldCharType="begin"/>
            </w:r>
            <w:r w:rsidRPr="00AA5E2F">
              <w:rPr>
                <w:webHidden/>
                <w:sz w:val="24"/>
                <w:szCs w:val="24"/>
              </w:rPr>
              <w:instrText xml:space="preserve"> PAGEREF _Toc238448274 \h </w:instrText>
            </w:r>
            <w:r w:rsidRPr="00AA5E2F">
              <w:rPr>
                <w:webHidden/>
                <w:sz w:val="24"/>
                <w:szCs w:val="24"/>
              </w:rPr>
            </w:r>
            <w:r w:rsidRPr="00AA5E2F">
              <w:rPr>
                <w:webHidden/>
                <w:sz w:val="24"/>
                <w:szCs w:val="24"/>
              </w:rPr>
              <w:fldChar w:fldCharType="separate"/>
            </w:r>
            <w:r w:rsidR="00AA5E2F" w:rsidRPr="00AA5E2F">
              <w:rPr>
                <w:webHidden/>
                <w:sz w:val="24"/>
                <w:szCs w:val="24"/>
              </w:rPr>
              <w:t>v</w:t>
            </w:r>
            <w:r w:rsidRPr="00AA5E2F">
              <w:rPr>
                <w:webHidden/>
                <w:sz w:val="24"/>
                <w:szCs w:val="24"/>
              </w:rPr>
              <w:fldChar w:fldCharType="end"/>
            </w:r>
          </w:hyperlink>
        </w:p>
        <w:p w14:paraId="7CCBB920" w14:textId="77777777" w:rsidR="00D51FE4" w:rsidRPr="00AA5E2F" w:rsidRDefault="00D51FE4" w:rsidP="00D51FE4">
          <w:pPr>
            <w:pStyle w:val="TOC1"/>
            <w:spacing w:after="0" w:line="360" w:lineRule="auto"/>
            <w:rPr>
              <w:b w:val="0"/>
              <w:bCs w:val="0"/>
              <w:kern w:val="2"/>
              <w:sz w:val="24"/>
              <w:szCs w:val="24"/>
              <w:lang w:val="en-ID" w:eastAsia="en-ID"/>
              <w14:ligatures w14:val="standardContextual"/>
            </w:rPr>
          </w:pPr>
          <w:hyperlink w:anchor="_Toc238448275" w:history="1">
            <w:r w:rsidRPr="00AA5E2F">
              <w:rPr>
                <w:rStyle w:val="Hyperlink"/>
                <w:color w:val="auto"/>
                <w:sz w:val="24"/>
                <w:szCs w:val="24"/>
                <w:u w:val="none"/>
                <w:lang w:eastAsia="ja-JP"/>
              </w:rPr>
              <w:t>DAFTAR ISI</w:t>
            </w:r>
            <w:r w:rsidRPr="00AA5E2F">
              <w:rPr>
                <w:webHidden/>
                <w:sz w:val="24"/>
                <w:szCs w:val="24"/>
              </w:rPr>
              <w:tab/>
            </w:r>
            <w:r w:rsidRPr="00AA5E2F">
              <w:rPr>
                <w:webHidden/>
                <w:sz w:val="24"/>
                <w:szCs w:val="24"/>
              </w:rPr>
              <w:fldChar w:fldCharType="begin"/>
            </w:r>
            <w:r w:rsidRPr="00AA5E2F">
              <w:rPr>
                <w:webHidden/>
                <w:sz w:val="24"/>
                <w:szCs w:val="24"/>
              </w:rPr>
              <w:instrText xml:space="preserve"> PAGEREF _Toc238448275 \h </w:instrText>
            </w:r>
            <w:r w:rsidRPr="00AA5E2F">
              <w:rPr>
                <w:webHidden/>
                <w:sz w:val="24"/>
                <w:szCs w:val="24"/>
              </w:rPr>
            </w:r>
            <w:r w:rsidRPr="00AA5E2F">
              <w:rPr>
                <w:webHidden/>
                <w:sz w:val="24"/>
                <w:szCs w:val="24"/>
              </w:rPr>
              <w:fldChar w:fldCharType="separate"/>
            </w:r>
            <w:r w:rsidR="00AA5E2F" w:rsidRPr="00AA5E2F">
              <w:rPr>
                <w:webHidden/>
                <w:sz w:val="24"/>
                <w:szCs w:val="24"/>
              </w:rPr>
              <w:t>ix</w:t>
            </w:r>
            <w:r w:rsidRPr="00AA5E2F">
              <w:rPr>
                <w:webHidden/>
                <w:sz w:val="24"/>
                <w:szCs w:val="24"/>
              </w:rPr>
              <w:fldChar w:fldCharType="end"/>
            </w:r>
          </w:hyperlink>
        </w:p>
        <w:p w14:paraId="2E8A0686" w14:textId="77777777" w:rsidR="00D51FE4" w:rsidRPr="00AA5E2F" w:rsidRDefault="00D51FE4" w:rsidP="00D51FE4">
          <w:pPr>
            <w:pStyle w:val="TOC1"/>
            <w:spacing w:after="0" w:line="360" w:lineRule="auto"/>
            <w:rPr>
              <w:b w:val="0"/>
              <w:bCs w:val="0"/>
              <w:kern w:val="2"/>
              <w:sz w:val="24"/>
              <w:szCs w:val="24"/>
              <w:lang w:val="en-ID" w:eastAsia="en-ID"/>
              <w14:ligatures w14:val="standardContextual"/>
            </w:rPr>
          </w:pPr>
          <w:hyperlink w:anchor="_Toc238448276" w:history="1">
            <w:r w:rsidRPr="00AA5E2F">
              <w:rPr>
                <w:rStyle w:val="Hyperlink"/>
                <w:color w:val="auto"/>
                <w:sz w:val="24"/>
                <w:szCs w:val="24"/>
                <w:u w:val="none"/>
                <w:lang w:eastAsia="ja-JP"/>
              </w:rPr>
              <w:t>DAFTAR TABEL</w:t>
            </w:r>
            <w:r w:rsidRPr="00AA5E2F">
              <w:rPr>
                <w:webHidden/>
                <w:sz w:val="24"/>
                <w:szCs w:val="24"/>
              </w:rPr>
              <w:tab/>
            </w:r>
            <w:r w:rsidRPr="00AA5E2F">
              <w:rPr>
                <w:webHidden/>
                <w:sz w:val="24"/>
                <w:szCs w:val="24"/>
              </w:rPr>
              <w:fldChar w:fldCharType="begin"/>
            </w:r>
            <w:r w:rsidRPr="00AA5E2F">
              <w:rPr>
                <w:webHidden/>
                <w:sz w:val="24"/>
                <w:szCs w:val="24"/>
              </w:rPr>
              <w:instrText xml:space="preserve"> PAGEREF _Toc238448276 \h </w:instrText>
            </w:r>
            <w:r w:rsidRPr="00AA5E2F">
              <w:rPr>
                <w:webHidden/>
                <w:sz w:val="24"/>
                <w:szCs w:val="24"/>
              </w:rPr>
            </w:r>
            <w:r w:rsidRPr="00AA5E2F">
              <w:rPr>
                <w:webHidden/>
                <w:sz w:val="24"/>
                <w:szCs w:val="24"/>
              </w:rPr>
              <w:fldChar w:fldCharType="separate"/>
            </w:r>
            <w:r w:rsidR="00AA5E2F" w:rsidRPr="00AA5E2F">
              <w:rPr>
                <w:webHidden/>
                <w:sz w:val="24"/>
                <w:szCs w:val="24"/>
              </w:rPr>
              <w:t>xi</w:t>
            </w:r>
            <w:r w:rsidRPr="00AA5E2F">
              <w:rPr>
                <w:webHidden/>
                <w:sz w:val="24"/>
                <w:szCs w:val="24"/>
              </w:rPr>
              <w:fldChar w:fldCharType="end"/>
            </w:r>
          </w:hyperlink>
        </w:p>
        <w:p w14:paraId="00290CF0" w14:textId="77777777" w:rsidR="00D51FE4" w:rsidRPr="00AA5E2F" w:rsidRDefault="00D51FE4" w:rsidP="00D51FE4">
          <w:pPr>
            <w:pStyle w:val="TOC1"/>
            <w:spacing w:after="0" w:line="360" w:lineRule="auto"/>
            <w:rPr>
              <w:b w:val="0"/>
              <w:bCs w:val="0"/>
              <w:kern w:val="2"/>
              <w:sz w:val="24"/>
              <w:szCs w:val="24"/>
              <w:lang w:val="en-ID" w:eastAsia="en-ID"/>
              <w14:ligatures w14:val="standardContextual"/>
            </w:rPr>
          </w:pPr>
          <w:hyperlink w:anchor="_Toc238448277" w:history="1">
            <w:r w:rsidRPr="00AA5E2F">
              <w:rPr>
                <w:rStyle w:val="Hyperlink"/>
                <w:color w:val="auto"/>
                <w:sz w:val="24"/>
                <w:szCs w:val="24"/>
                <w:u w:val="none"/>
                <w:lang w:eastAsia="ja-JP"/>
              </w:rPr>
              <w:t>DAFTAR LAMPIRAN</w:t>
            </w:r>
            <w:r w:rsidRPr="00AA5E2F">
              <w:rPr>
                <w:webHidden/>
                <w:sz w:val="24"/>
                <w:szCs w:val="24"/>
              </w:rPr>
              <w:tab/>
            </w:r>
            <w:r w:rsidRPr="00AA5E2F">
              <w:rPr>
                <w:webHidden/>
                <w:sz w:val="24"/>
                <w:szCs w:val="24"/>
              </w:rPr>
              <w:fldChar w:fldCharType="begin"/>
            </w:r>
            <w:r w:rsidRPr="00AA5E2F">
              <w:rPr>
                <w:webHidden/>
                <w:sz w:val="24"/>
                <w:szCs w:val="24"/>
              </w:rPr>
              <w:instrText xml:space="preserve"> PAGEREF _Toc238448277 \h </w:instrText>
            </w:r>
            <w:r w:rsidRPr="00AA5E2F">
              <w:rPr>
                <w:webHidden/>
                <w:sz w:val="24"/>
                <w:szCs w:val="24"/>
              </w:rPr>
            </w:r>
            <w:r w:rsidRPr="00AA5E2F">
              <w:rPr>
                <w:webHidden/>
                <w:sz w:val="24"/>
                <w:szCs w:val="24"/>
              </w:rPr>
              <w:fldChar w:fldCharType="separate"/>
            </w:r>
            <w:r w:rsidR="00AA5E2F" w:rsidRPr="00AA5E2F">
              <w:rPr>
                <w:webHidden/>
                <w:sz w:val="24"/>
                <w:szCs w:val="24"/>
              </w:rPr>
              <w:t>xii</w:t>
            </w:r>
            <w:r w:rsidRPr="00AA5E2F">
              <w:rPr>
                <w:webHidden/>
                <w:sz w:val="24"/>
                <w:szCs w:val="24"/>
              </w:rPr>
              <w:fldChar w:fldCharType="end"/>
            </w:r>
          </w:hyperlink>
        </w:p>
        <w:p w14:paraId="41E206E3" w14:textId="77777777" w:rsidR="00D51FE4" w:rsidRPr="00AA5E2F" w:rsidRDefault="00D51FE4" w:rsidP="00D51FE4">
          <w:pPr>
            <w:pStyle w:val="TOC1"/>
            <w:spacing w:after="0" w:line="360" w:lineRule="auto"/>
            <w:rPr>
              <w:b w:val="0"/>
              <w:bCs w:val="0"/>
              <w:kern w:val="2"/>
              <w:sz w:val="24"/>
              <w:szCs w:val="24"/>
              <w:lang w:val="en-ID" w:eastAsia="en-ID"/>
              <w14:ligatures w14:val="standardContextual"/>
            </w:rPr>
          </w:pPr>
          <w:hyperlink w:anchor="_Toc238448278" w:history="1">
            <w:r w:rsidRPr="00AA5E2F">
              <w:rPr>
                <w:rStyle w:val="Hyperlink"/>
                <w:color w:val="auto"/>
                <w:sz w:val="24"/>
                <w:szCs w:val="24"/>
                <w:u w:val="none"/>
                <w:lang w:eastAsia="ja-JP"/>
              </w:rPr>
              <w:t>ABSTRAK</w:t>
            </w:r>
            <w:r w:rsidRPr="00AA5E2F">
              <w:rPr>
                <w:webHidden/>
                <w:sz w:val="24"/>
                <w:szCs w:val="24"/>
              </w:rPr>
              <w:tab/>
            </w:r>
            <w:r w:rsidRPr="00AA5E2F">
              <w:rPr>
                <w:webHidden/>
                <w:sz w:val="24"/>
                <w:szCs w:val="24"/>
              </w:rPr>
              <w:fldChar w:fldCharType="begin"/>
            </w:r>
            <w:r w:rsidRPr="00AA5E2F">
              <w:rPr>
                <w:webHidden/>
                <w:sz w:val="24"/>
                <w:szCs w:val="24"/>
              </w:rPr>
              <w:instrText xml:space="preserve"> PAGEREF _Toc238448278 \h </w:instrText>
            </w:r>
            <w:r w:rsidRPr="00AA5E2F">
              <w:rPr>
                <w:webHidden/>
                <w:sz w:val="24"/>
                <w:szCs w:val="24"/>
              </w:rPr>
            </w:r>
            <w:r w:rsidRPr="00AA5E2F">
              <w:rPr>
                <w:webHidden/>
                <w:sz w:val="24"/>
                <w:szCs w:val="24"/>
              </w:rPr>
              <w:fldChar w:fldCharType="separate"/>
            </w:r>
            <w:r w:rsidR="00AA5E2F" w:rsidRPr="00AA5E2F">
              <w:rPr>
                <w:webHidden/>
                <w:sz w:val="24"/>
                <w:szCs w:val="24"/>
              </w:rPr>
              <w:t>xiii</w:t>
            </w:r>
            <w:r w:rsidRPr="00AA5E2F">
              <w:rPr>
                <w:webHidden/>
                <w:sz w:val="24"/>
                <w:szCs w:val="24"/>
              </w:rPr>
              <w:fldChar w:fldCharType="end"/>
            </w:r>
          </w:hyperlink>
        </w:p>
        <w:p w14:paraId="172F190C" w14:textId="77777777" w:rsidR="00D51FE4" w:rsidRPr="00AA5E2F" w:rsidRDefault="00D51FE4" w:rsidP="00D51FE4">
          <w:pPr>
            <w:pStyle w:val="TOC1"/>
            <w:spacing w:after="0" w:line="360" w:lineRule="auto"/>
            <w:rPr>
              <w:b w:val="0"/>
              <w:bCs w:val="0"/>
              <w:kern w:val="2"/>
              <w:sz w:val="24"/>
              <w:szCs w:val="24"/>
              <w:lang w:val="en-ID" w:eastAsia="en-ID"/>
              <w14:ligatures w14:val="standardContextual"/>
            </w:rPr>
          </w:pPr>
          <w:hyperlink w:anchor="_Toc238448279" w:history="1">
            <w:r w:rsidRPr="00AA5E2F">
              <w:rPr>
                <w:rStyle w:val="Hyperlink"/>
                <w:rFonts w:eastAsia="MS Mincho"/>
                <w:color w:val="auto"/>
                <w:sz w:val="24"/>
                <w:szCs w:val="24"/>
                <w:u w:val="none"/>
                <w:lang w:eastAsia="ja-JP"/>
              </w:rPr>
              <w:t>要旨</w:t>
            </w:r>
            <w:r w:rsidRPr="00AA5E2F">
              <w:rPr>
                <w:webHidden/>
                <w:sz w:val="24"/>
                <w:szCs w:val="24"/>
              </w:rPr>
              <w:tab/>
            </w:r>
            <w:r w:rsidRPr="00AA5E2F">
              <w:rPr>
                <w:webHidden/>
                <w:sz w:val="24"/>
                <w:szCs w:val="24"/>
              </w:rPr>
              <w:fldChar w:fldCharType="begin"/>
            </w:r>
            <w:r w:rsidRPr="00AA5E2F">
              <w:rPr>
                <w:webHidden/>
                <w:sz w:val="24"/>
                <w:szCs w:val="24"/>
              </w:rPr>
              <w:instrText xml:space="preserve"> PAGEREF _Toc238448279 \h </w:instrText>
            </w:r>
            <w:r w:rsidRPr="00AA5E2F">
              <w:rPr>
                <w:webHidden/>
                <w:sz w:val="24"/>
                <w:szCs w:val="24"/>
              </w:rPr>
            </w:r>
            <w:r w:rsidRPr="00AA5E2F">
              <w:rPr>
                <w:webHidden/>
                <w:sz w:val="24"/>
                <w:szCs w:val="24"/>
              </w:rPr>
              <w:fldChar w:fldCharType="separate"/>
            </w:r>
            <w:r w:rsidR="00AA5E2F" w:rsidRPr="00AA5E2F">
              <w:rPr>
                <w:webHidden/>
                <w:sz w:val="24"/>
                <w:szCs w:val="24"/>
              </w:rPr>
              <w:t>xiv</w:t>
            </w:r>
            <w:r w:rsidRPr="00AA5E2F">
              <w:rPr>
                <w:webHidden/>
                <w:sz w:val="24"/>
                <w:szCs w:val="24"/>
              </w:rPr>
              <w:fldChar w:fldCharType="end"/>
            </w:r>
          </w:hyperlink>
        </w:p>
        <w:p w14:paraId="04E0966A" w14:textId="77777777" w:rsidR="00D51FE4" w:rsidRPr="00AA5E2F" w:rsidRDefault="00D51FE4" w:rsidP="00D51FE4">
          <w:pPr>
            <w:pStyle w:val="TOC1"/>
            <w:spacing w:after="0" w:line="360" w:lineRule="auto"/>
            <w:rPr>
              <w:b w:val="0"/>
              <w:bCs w:val="0"/>
              <w:kern w:val="2"/>
              <w:sz w:val="24"/>
              <w:szCs w:val="24"/>
              <w:lang w:val="en-ID" w:eastAsia="en-ID"/>
              <w14:ligatures w14:val="standardContextual"/>
            </w:rPr>
          </w:pPr>
          <w:r w:rsidRPr="00AA5E2F">
            <w:rPr>
              <w:rStyle w:val="Hyperlink"/>
              <w:color w:val="auto"/>
              <w:sz w:val="24"/>
              <w:szCs w:val="24"/>
              <w:u w:val="none"/>
            </w:rPr>
            <w:t xml:space="preserve">BAB I </w:t>
          </w:r>
          <w:hyperlink w:anchor="_Toc238448281" w:history="1">
            <w:r w:rsidRPr="00AA5E2F">
              <w:rPr>
                <w:rStyle w:val="Hyperlink"/>
                <w:color w:val="auto"/>
                <w:sz w:val="24"/>
                <w:szCs w:val="24"/>
                <w:u w:val="none"/>
              </w:rPr>
              <w:t>PENDAHULUAN</w:t>
            </w:r>
            <w:r w:rsidRPr="00AA5E2F">
              <w:rPr>
                <w:webHidden/>
                <w:sz w:val="24"/>
                <w:szCs w:val="24"/>
              </w:rPr>
              <w:tab/>
            </w:r>
            <w:r w:rsidRPr="00AA5E2F">
              <w:rPr>
                <w:webHidden/>
                <w:sz w:val="24"/>
                <w:szCs w:val="24"/>
              </w:rPr>
              <w:fldChar w:fldCharType="begin"/>
            </w:r>
            <w:r w:rsidRPr="00AA5E2F">
              <w:rPr>
                <w:webHidden/>
                <w:sz w:val="24"/>
                <w:szCs w:val="24"/>
              </w:rPr>
              <w:instrText xml:space="preserve"> PAGEREF _Toc238448281 \h </w:instrText>
            </w:r>
            <w:r w:rsidRPr="00AA5E2F">
              <w:rPr>
                <w:webHidden/>
                <w:sz w:val="24"/>
                <w:szCs w:val="24"/>
              </w:rPr>
            </w:r>
            <w:r w:rsidRPr="00AA5E2F">
              <w:rPr>
                <w:webHidden/>
                <w:sz w:val="24"/>
                <w:szCs w:val="24"/>
              </w:rPr>
              <w:fldChar w:fldCharType="separate"/>
            </w:r>
            <w:r w:rsidR="00AA5E2F" w:rsidRPr="00AA5E2F">
              <w:rPr>
                <w:webHidden/>
                <w:sz w:val="24"/>
                <w:szCs w:val="24"/>
              </w:rPr>
              <w:t>1</w:t>
            </w:r>
            <w:r w:rsidRPr="00AA5E2F">
              <w:rPr>
                <w:webHidden/>
                <w:sz w:val="24"/>
                <w:szCs w:val="24"/>
              </w:rPr>
              <w:fldChar w:fldCharType="end"/>
            </w:r>
          </w:hyperlink>
        </w:p>
        <w:p w14:paraId="36F704B3"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282" w:history="1">
            <w:r w:rsidRPr="00AA5E2F">
              <w:rPr>
                <w:rStyle w:val="Hyperlink"/>
                <w:rFonts w:ascii="Times New Roman" w:hAnsi="Times New Roman" w:cs="Times New Roman"/>
                <w:noProof/>
                <w:color w:val="auto"/>
                <w:sz w:val="24"/>
                <w:szCs w:val="24"/>
                <w:u w:val="none"/>
              </w:rPr>
              <w:t>1.1</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Latar Belakang</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_Toc238448282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1</w:t>
            </w:r>
            <w:r w:rsidRPr="00AA5E2F">
              <w:rPr>
                <w:rFonts w:ascii="Times New Roman" w:hAnsi="Times New Roman" w:cs="Times New Roman"/>
                <w:noProof/>
                <w:webHidden/>
                <w:sz w:val="24"/>
                <w:szCs w:val="24"/>
              </w:rPr>
              <w:fldChar w:fldCharType="end"/>
            </w:r>
          </w:hyperlink>
        </w:p>
        <w:p w14:paraId="3D7C169A"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283" w:history="1">
            <w:r w:rsidRPr="00AA5E2F">
              <w:rPr>
                <w:rStyle w:val="Hyperlink"/>
                <w:rFonts w:ascii="Times New Roman" w:hAnsi="Times New Roman" w:cs="Times New Roman"/>
                <w:noProof/>
                <w:color w:val="auto"/>
                <w:sz w:val="24"/>
                <w:szCs w:val="24"/>
                <w:u w:val="none"/>
              </w:rPr>
              <w:t>1.2</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Rumusan Masalah</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_Toc238448283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3</w:t>
            </w:r>
            <w:r w:rsidRPr="00AA5E2F">
              <w:rPr>
                <w:rFonts w:ascii="Times New Roman" w:hAnsi="Times New Roman" w:cs="Times New Roman"/>
                <w:noProof/>
                <w:webHidden/>
                <w:sz w:val="24"/>
                <w:szCs w:val="24"/>
              </w:rPr>
              <w:fldChar w:fldCharType="end"/>
            </w:r>
          </w:hyperlink>
        </w:p>
        <w:p w14:paraId="5C7BE809"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284" w:history="1">
            <w:r w:rsidRPr="00AA5E2F">
              <w:rPr>
                <w:rStyle w:val="Hyperlink"/>
                <w:rFonts w:ascii="Times New Roman" w:hAnsi="Times New Roman" w:cs="Times New Roman"/>
                <w:noProof/>
                <w:color w:val="auto"/>
                <w:sz w:val="24"/>
                <w:szCs w:val="24"/>
                <w:u w:val="none"/>
              </w:rPr>
              <w:t>1.3</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Tujuan Penelitian</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_Toc238448284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3</w:t>
            </w:r>
            <w:r w:rsidRPr="00AA5E2F">
              <w:rPr>
                <w:rFonts w:ascii="Times New Roman" w:hAnsi="Times New Roman" w:cs="Times New Roman"/>
                <w:noProof/>
                <w:webHidden/>
                <w:sz w:val="24"/>
                <w:szCs w:val="24"/>
              </w:rPr>
              <w:fldChar w:fldCharType="end"/>
            </w:r>
          </w:hyperlink>
        </w:p>
        <w:p w14:paraId="18819629"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285" w:history="1">
            <w:r w:rsidRPr="00AA5E2F">
              <w:rPr>
                <w:rStyle w:val="Hyperlink"/>
                <w:rFonts w:ascii="Times New Roman" w:hAnsi="Times New Roman" w:cs="Times New Roman"/>
                <w:noProof/>
                <w:color w:val="auto"/>
                <w:sz w:val="24"/>
                <w:szCs w:val="24"/>
                <w:u w:val="none"/>
              </w:rPr>
              <w:t>1.4</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Manfaat Penelitian</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_Toc238448285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3</w:t>
            </w:r>
            <w:r w:rsidRPr="00AA5E2F">
              <w:rPr>
                <w:rFonts w:ascii="Times New Roman" w:hAnsi="Times New Roman" w:cs="Times New Roman"/>
                <w:noProof/>
                <w:webHidden/>
                <w:sz w:val="24"/>
                <w:szCs w:val="24"/>
              </w:rPr>
              <w:fldChar w:fldCharType="end"/>
            </w:r>
          </w:hyperlink>
        </w:p>
        <w:p w14:paraId="3E6A6428"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286" w:history="1">
            <w:r w:rsidRPr="00AA5E2F">
              <w:rPr>
                <w:rStyle w:val="Hyperlink"/>
                <w:rFonts w:ascii="Times New Roman" w:hAnsi="Times New Roman" w:cs="Times New Roman"/>
                <w:noProof/>
                <w:color w:val="auto"/>
                <w:sz w:val="24"/>
                <w:szCs w:val="24"/>
                <w:u w:val="none"/>
              </w:rPr>
              <w:t>1.4.1</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Manfaat Teoritis</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_Toc238448286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3</w:t>
            </w:r>
            <w:r w:rsidRPr="00AA5E2F">
              <w:rPr>
                <w:rFonts w:ascii="Times New Roman" w:hAnsi="Times New Roman" w:cs="Times New Roman"/>
                <w:noProof/>
                <w:webHidden/>
                <w:sz w:val="24"/>
                <w:szCs w:val="24"/>
              </w:rPr>
              <w:fldChar w:fldCharType="end"/>
            </w:r>
          </w:hyperlink>
        </w:p>
        <w:p w14:paraId="12913464"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287" w:history="1">
            <w:r w:rsidRPr="00AA5E2F">
              <w:rPr>
                <w:rStyle w:val="Hyperlink"/>
                <w:rFonts w:ascii="Times New Roman" w:hAnsi="Times New Roman" w:cs="Times New Roman"/>
                <w:noProof/>
                <w:color w:val="auto"/>
                <w:sz w:val="24"/>
                <w:szCs w:val="24"/>
                <w:u w:val="none"/>
              </w:rPr>
              <w:t>1.4.2</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Manfaat Praktis</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_Toc238448287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3</w:t>
            </w:r>
            <w:r w:rsidRPr="00AA5E2F">
              <w:rPr>
                <w:rFonts w:ascii="Times New Roman" w:hAnsi="Times New Roman" w:cs="Times New Roman"/>
                <w:noProof/>
                <w:webHidden/>
                <w:sz w:val="24"/>
                <w:szCs w:val="24"/>
              </w:rPr>
              <w:fldChar w:fldCharType="end"/>
            </w:r>
          </w:hyperlink>
        </w:p>
        <w:p w14:paraId="67939C58" w14:textId="77777777" w:rsidR="00D51FE4" w:rsidRPr="00AA5E2F" w:rsidRDefault="00D51FE4" w:rsidP="00D51FE4">
          <w:pPr>
            <w:pStyle w:val="TOC1"/>
            <w:spacing w:after="0" w:line="360" w:lineRule="auto"/>
            <w:rPr>
              <w:b w:val="0"/>
              <w:bCs w:val="0"/>
              <w:kern w:val="2"/>
              <w:sz w:val="24"/>
              <w:szCs w:val="24"/>
              <w:lang w:val="en-ID" w:eastAsia="en-ID"/>
              <w14:ligatures w14:val="standardContextual"/>
            </w:rPr>
          </w:pPr>
          <w:r w:rsidRPr="00AA5E2F">
            <w:rPr>
              <w:rStyle w:val="Hyperlink"/>
              <w:color w:val="auto"/>
              <w:sz w:val="24"/>
              <w:szCs w:val="24"/>
              <w:u w:val="none"/>
            </w:rPr>
            <w:t xml:space="preserve">BAB II </w:t>
          </w:r>
          <w:hyperlink w:anchor="_Toc238448289" w:history="1">
            <w:r w:rsidRPr="00AA5E2F">
              <w:rPr>
                <w:rStyle w:val="Hyperlink"/>
                <w:color w:val="auto"/>
                <w:sz w:val="24"/>
                <w:szCs w:val="24"/>
                <w:u w:val="none"/>
              </w:rPr>
              <w:t>TINJAUAN PUSTAKA</w:t>
            </w:r>
            <w:r w:rsidRPr="00AA5E2F">
              <w:rPr>
                <w:webHidden/>
                <w:sz w:val="24"/>
                <w:szCs w:val="24"/>
              </w:rPr>
              <w:tab/>
            </w:r>
            <w:r w:rsidRPr="00AA5E2F">
              <w:rPr>
                <w:webHidden/>
                <w:sz w:val="24"/>
                <w:szCs w:val="24"/>
              </w:rPr>
              <w:fldChar w:fldCharType="begin"/>
            </w:r>
            <w:r w:rsidRPr="00AA5E2F">
              <w:rPr>
                <w:webHidden/>
                <w:sz w:val="24"/>
                <w:szCs w:val="24"/>
              </w:rPr>
              <w:instrText xml:space="preserve"> PAGEREF _Toc238448289 \h </w:instrText>
            </w:r>
            <w:r w:rsidRPr="00AA5E2F">
              <w:rPr>
                <w:webHidden/>
                <w:sz w:val="24"/>
                <w:szCs w:val="24"/>
              </w:rPr>
            </w:r>
            <w:r w:rsidRPr="00AA5E2F">
              <w:rPr>
                <w:webHidden/>
                <w:sz w:val="24"/>
                <w:szCs w:val="24"/>
              </w:rPr>
              <w:fldChar w:fldCharType="separate"/>
            </w:r>
            <w:r w:rsidR="00AA5E2F" w:rsidRPr="00AA5E2F">
              <w:rPr>
                <w:webHidden/>
                <w:sz w:val="24"/>
                <w:szCs w:val="24"/>
              </w:rPr>
              <w:t>5</w:t>
            </w:r>
            <w:r w:rsidRPr="00AA5E2F">
              <w:rPr>
                <w:webHidden/>
                <w:sz w:val="24"/>
                <w:szCs w:val="24"/>
              </w:rPr>
              <w:fldChar w:fldCharType="end"/>
            </w:r>
          </w:hyperlink>
        </w:p>
        <w:p w14:paraId="24E1C8C4"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290" w:history="1">
            <w:r w:rsidRPr="00AA5E2F">
              <w:rPr>
                <w:rStyle w:val="Hyperlink"/>
                <w:rFonts w:ascii="Times New Roman" w:hAnsi="Times New Roman" w:cs="Times New Roman"/>
                <w:noProof/>
                <w:color w:val="auto"/>
                <w:sz w:val="24"/>
                <w:szCs w:val="24"/>
                <w:u w:val="none"/>
              </w:rPr>
              <w:t>2.1</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Kajian Teori</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_Toc238448290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5</w:t>
            </w:r>
            <w:r w:rsidRPr="00AA5E2F">
              <w:rPr>
                <w:rFonts w:ascii="Times New Roman" w:hAnsi="Times New Roman" w:cs="Times New Roman"/>
                <w:noProof/>
                <w:webHidden/>
                <w:sz w:val="24"/>
                <w:szCs w:val="24"/>
              </w:rPr>
              <w:fldChar w:fldCharType="end"/>
            </w:r>
          </w:hyperlink>
        </w:p>
        <w:p w14:paraId="04DFD728"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291" w:history="1">
            <w:r w:rsidRPr="00AA5E2F">
              <w:rPr>
                <w:rStyle w:val="Hyperlink"/>
                <w:rFonts w:ascii="Times New Roman" w:hAnsi="Times New Roman" w:cs="Times New Roman"/>
                <w:noProof/>
                <w:color w:val="auto"/>
                <w:sz w:val="24"/>
                <w:szCs w:val="24"/>
                <w:u w:val="none"/>
              </w:rPr>
              <w:t>2.1.1</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Komunikasi Antar Budaya</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_Toc238448291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5</w:t>
            </w:r>
            <w:r w:rsidRPr="00AA5E2F">
              <w:rPr>
                <w:rFonts w:ascii="Times New Roman" w:hAnsi="Times New Roman" w:cs="Times New Roman"/>
                <w:noProof/>
                <w:webHidden/>
                <w:sz w:val="24"/>
                <w:szCs w:val="24"/>
              </w:rPr>
              <w:fldChar w:fldCharType="end"/>
            </w:r>
          </w:hyperlink>
        </w:p>
        <w:p w14:paraId="1A4DC5BE"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292" w:history="1">
            <w:r w:rsidRPr="00AA5E2F">
              <w:rPr>
                <w:rStyle w:val="Hyperlink"/>
                <w:rFonts w:ascii="Times New Roman" w:hAnsi="Times New Roman" w:cs="Times New Roman"/>
                <w:noProof/>
                <w:color w:val="auto"/>
                <w:sz w:val="24"/>
                <w:szCs w:val="24"/>
                <w:u w:val="none"/>
              </w:rPr>
              <w:t>2.1.2</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Tantangan Bahasa dan Hambatan Komunikasi</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_Toc238448292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6</w:t>
            </w:r>
            <w:r w:rsidRPr="00AA5E2F">
              <w:rPr>
                <w:rFonts w:ascii="Times New Roman" w:hAnsi="Times New Roman" w:cs="Times New Roman"/>
                <w:noProof/>
                <w:webHidden/>
                <w:sz w:val="24"/>
                <w:szCs w:val="24"/>
              </w:rPr>
              <w:fldChar w:fldCharType="end"/>
            </w:r>
          </w:hyperlink>
        </w:p>
        <w:p w14:paraId="34A7C3F2"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293" w:history="1">
            <w:r w:rsidRPr="00AA5E2F">
              <w:rPr>
                <w:rStyle w:val="Hyperlink"/>
                <w:rFonts w:ascii="Times New Roman" w:hAnsi="Times New Roman" w:cs="Times New Roman"/>
                <w:noProof/>
                <w:color w:val="auto"/>
                <w:sz w:val="24"/>
                <w:szCs w:val="24"/>
                <w:u w:val="none"/>
              </w:rPr>
              <w:t>2.1.3</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Etika Kerja dan Budaya Perusahaan Jepang</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_Toc238448293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8</w:t>
            </w:r>
            <w:r w:rsidRPr="00AA5E2F">
              <w:rPr>
                <w:rFonts w:ascii="Times New Roman" w:hAnsi="Times New Roman" w:cs="Times New Roman"/>
                <w:noProof/>
                <w:webHidden/>
                <w:sz w:val="24"/>
                <w:szCs w:val="24"/>
              </w:rPr>
              <w:fldChar w:fldCharType="end"/>
            </w:r>
          </w:hyperlink>
        </w:p>
        <w:p w14:paraId="2314DE0D"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294" w:history="1">
            <w:r w:rsidRPr="00AA5E2F">
              <w:rPr>
                <w:rStyle w:val="Hyperlink"/>
                <w:rFonts w:ascii="Times New Roman" w:hAnsi="Times New Roman" w:cs="Times New Roman"/>
                <w:noProof/>
                <w:color w:val="auto"/>
                <w:sz w:val="24"/>
                <w:szCs w:val="24"/>
                <w:u w:val="none"/>
              </w:rPr>
              <w:t>2.2</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Penelitian Terdahulu</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_Toc238448294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10</w:t>
            </w:r>
            <w:r w:rsidRPr="00AA5E2F">
              <w:rPr>
                <w:rFonts w:ascii="Times New Roman" w:hAnsi="Times New Roman" w:cs="Times New Roman"/>
                <w:noProof/>
                <w:webHidden/>
                <w:sz w:val="24"/>
                <w:szCs w:val="24"/>
              </w:rPr>
              <w:fldChar w:fldCharType="end"/>
            </w:r>
          </w:hyperlink>
        </w:p>
        <w:p w14:paraId="729768F8" w14:textId="77777777" w:rsidR="00D51FE4" w:rsidRPr="00AA5E2F" w:rsidRDefault="00D51FE4" w:rsidP="00D51FE4">
          <w:pPr>
            <w:pStyle w:val="TOC1"/>
            <w:spacing w:after="0" w:line="360" w:lineRule="auto"/>
            <w:rPr>
              <w:b w:val="0"/>
              <w:bCs w:val="0"/>
              <w:kern w:val="2"/>
              <w:sz w:val="24"/>
              <w:szCs w:val="24"/>
              <w:lang w:val="en-ID" w:eastAsia="en-ID"/>
              <w14:ligatures w14:val="standardContextual"/>
            </w:rPr>
          </w:pPr>
          <w:r w:rsidRPr="00AA5E2F">
            <w:rPr>
              <w:rStyle w:val="Hyperlink"/>
              <w:color w:val="auto"/>
              <w:sz w:val="24"/>
              <w:szCs w:val="24"/>
              <w:u w:val="none"/>
            </w:rPr>
            <w:t xml:space="preserve">BAB III </w:t>
          </w:r>
          <w:hyperlink w:anchor="_Toc238448296" w:history="1">
            <w:r w:rsidRPr="00AA5E2F">
              <w:rPr>
                <w:rStyle w:val="Hyperlink"/>
                <w:color w:val="auto"/>
                <w:sz w:val="24"/>
                <w:szCs w:val="24"/>
                <w:u w:val="none"/>
                <w:lang w:val="id-ID"/>
              </w:rPr>
              <w:t>METODE PENELITIAN</w:t>
            </w:r>
            <w:r w:rsidRPr="00AA5E2F">
              <w:rPr>
                <w:webHidden/>
                <w:sz w:val="24"/>
                <w:szCs w:val="24"/>
              </w:rPr>
              <w:tab/>
            </w:r>
            <w:r w:rsidRPr="00AA5E2F">
              <w:rPr>
                <w:webHidden/>
                <w:sz w:val="24"/>
                <w:szCs w:val="24"/>
              </w:rPr>
              <w:fldChar w:fldCharType="begin"/>
            </w:r>
            <w:r w:rsidRPr="00AA5E2F">
              <w:rPr>
                <w:webHidden/>
                <w:sz w:val="24"/>
                <w:szCs w:val="24"/>
              </w:rPr>
              <w:instrText xml:space="preserve"> PAGEREF _Toc238448296 \h </w:instrText>
            </w:r>
            <w:r w:rsidRPr="00AA5E2F">
              <w:rPr>
                <w:webHidden/>
                <w:sz w:val="24"/>
                <w:szCs w:val="24"/>
              </w:rPr>
            </w:r>
            <w:r w:rsidRPr="00AA5E2F">
              <w:rPr>
                <w:webHidden/>
                <w:sz w:val="24"/>
                <w:szCs w:val="24"/>
              </w:rPr>
              <w:fldChar w:fldCharType="separate"/>
            </w:r>
            <w:r w:rsidR="00AA5E2F" w:rsidRPr="00AA5E2F">
              <w:rPr>
                <w:webHidden/>
                <w:sz w:val="24"/>
                <w:szCs w:val="24"/>
              </w:rPr>
              <w:t>13</w:t>
            </w:r>
            <w:r w:rsidRPr="00AA5E2F">
              <w:rPr>
                <w:webHidden/>
                <w:sz w:val="24"/>
                <w:szCs w:val="24"/>
              </w:rPr>
              <w:fldChar w:fldCharType="end"/>
            </w:r>
          </w:hyperlink>
        </w:p>
        <w:p w14:paraId="35A2E08A"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297" w:history="1">
            <w:r w:rsidRPr="00AA5E2F">
              <w:rPr>
                <w:rStyle w:val="Hyperlink"/>
                <w:rFonts w:ascii="Times New Roman" w:hAnsi="Times New Roman" w:cs="Times New Roman"/>
                <w:noProof/>
                <w:color w:val="auto"/>
                <w:sz w:val="24"/>
                <w:szCs w:val="24"/>
                <w:u w:val="none"/>
                <w:lang w:val="id-ID"/>
              </w:rPr>
              <w:t>3.1</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id-ID"/>
              </w:rPr>
              <w:t>Jenis Penelitian</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_Toc238448297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13</w:t>
            </w:r>
            <w:r w:rsidRPr="00AA5E2F">
              <w:rPr>
                <w:rFonts w:ascii="Times New Roman" w:hAnsi="Times New Roman" w:cs="Times New Roman"/>
                <w:noProof/>
                <w:webHidden/>
                <w:sz w:val="24"/>
                <w:szCs w:val="24"/>
              </w:rPr>
              <w:fldChar w:fldCharType="end"/>
            </w:r>
          </w:hyperlink>
        </w:p>
        <w:p w14:paraId="448CDE15"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298" w:history="1">
            <w:r w:rsidRPr="00AA5E2F">
              <w:rPr>
                <w:rStyle w:val="Hyperlink"/>
                <w:rFonts w:ascii="Times New Roman" w:hAnsi="Times New Roman" w:cs="Times New Roman"/>
                <w:noProof/>
                <w:color w:val="auto"/>
                <w:sz w:val="24"/>
                <w:szCs w:val="24"/>
                <w:u w:val="none"/>
                <w:lang w:val="id-ID"/>
              </w:rPr>
              <w:t>3.2</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id-ID"/>
              </w:rPr>
              <w:t>Tempat dan Waktu Penelitian</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_Toc238448298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13</w:t>
            </w:r>
            <w:r w:rsidRPr="00AA5E2F">
              <w:rPr>
                <w:rFonts w:ascii="Times New Roman" w:hAnsi="Times New Roman" w:cs="Times New Roman"/>
                <w:noProof/>
                <w:webHidden/>
                <w:sz w:val="24"/>
                <w:szCs w:val="24"/>
              </w:rPr>
              <w:fldChar w:fldCharType="end"/>
            </w:r>
          </w:hyperlink>
        </w:p>
        <w:p w14:paraId="6B309E33"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299" w:history="1">
            <w:r w:rsidRPr="00AA5E2F">
              <w:rPr>
                <w:rStyle w:val="Hyperlink"/>
                <w:rFonts w:ascii="Times New Roman" w:hAnsi="Times New Roman" w:cs="Times New Roman"/>
                <w:noProof/>
                <w:color w:val="auto"/>
                <w:sz w:val="24"/>
                <w:szCs w:val="24"/>
                <w:u w:val="none"/>
                <w:lang w:val="id-ID"/>
              </w:rPr>
              <w:t>3.3</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id-ID"/>
              </w:rPr>
              <w:t>Sumber Data</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_Toc238448299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14</w:t>
            </w:r>
            <w:r w:rsidRPr="00AA5E2F">
              <w:rPr>
                <w:rFonts w:ascii="Times New Roman" w:hAnsi="Times New Roman" w:cs="Times New Roman"/>
                <w:noProof/>
                <w:webHidden/>
                <w:sz w:val="24"/>
                <w:szCs w:val="24"/>
              </w:rPr>
              <w:fldChar w:fldCharType="end"/>
            </w:r>
          </w:hyperlink>
        </w:p>
        <w:p w14:paraId="4331EACF"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300" w:history="1">
            <w:r w:rsidRPr="00AA5E2F">
              <w:rPr>
                <w:rStyle w:val="Hyperlink"/>
                <w:rFonts w:ascii="Times New Roman" w:hAnsi="Times New Roman" w:cs="Times New Roman"/>
                <w:noProof/>
                <w:color w:val="auto"/>
                <w:sz w:val="24"/>
                <w:szCs w:val="24"/>
                <w:u w:val="none"/>
                <w:lang w:val="id-ID"/>
              </w:rPr>
              <w:t>3.4</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id-ID"/>
              </w:rPr>
              <w:t>Fokus Penelitian</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_Toc238448300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15</w:t>
            </w:r>
            <w:r w:rsidRPr="00AA5E2F">
              <w:rPr>
                <w:rFonts w:ascii="Times New Roman" w:hAnsi="Times New Roman" w:cs="Times New Roman"/>
                <w:noProof/>
                <w:webHidden/>
                <w:sz w:val="24"/>
                <w:szCs w:val="24"/>
              </w:rPr>
              <w:fldChar w:fldCharType="end"/>
            </w:r>
          </w:hyperlink>
        </w:p>
        <w:p w14:paraId="6D09F0C5"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301" w:history="1">
            <w:r w:rsidRPr="00AA5E2F">
              <w:rPr>
                <w:rStyle w:val="Hyperlink"/>
                <w:rFonts w:ascii="Times New Roman" w:hAnsi="Times New Roman" w:cs="Times New Roman"/>
                <w:noProof/>
                <w:color w:val="auto"/>
                <w:sz w:val="24"/>
                <w:szCs w:val="24"/>
                <w:u w:val="none"/>
                <w:lang w:val="id-ID"/>
              </w:rPr>
              <w:t>3.5</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id-ID"/>
              </w:rPr>
              <w:t>Teknik Pengumpulan Data</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_Toc238448301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16</w:t>
            </w:r>
            <w:r w:rsidRPr="00AA5E2F">
              <w:rPr>
                <w:rFonts w:ascii="Times New Roman" w:hAnsi="Times New Roman" w:cs="Times New Roman"/>
                <w:noProof/>
                <w:webHidden/>
                <w:sz w:val="24"/>
                <w:szCs w:val="24"/>
              </w:rPr>
              <w:fldChar w:fldCharType="end"/>
            </w:r>
          </w:hyperlink>
        </w:p>
        <w:p w14:paraId="3166B326"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302" w:history="1">
            <w:r w:rsidRPr="00AA5E2F">
              <w:rPr>
                <w:rStyle w:val="Hyperlink"/>
                <w:rFonts w:ascii="Times New Roman" w:hAnsi="Times New Roman" w:cs="Times New Roman"/>
                <w:noProof/>
                <w:color w:val="auto"/>
                <w:sz w:val="24"/>
                <w:szCs w:val="24"/>
                <w:u w:val="none"/>
                <w:lang w:val="id-ID"/>
              </w:rPr>
              <w:t>3.6</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id-ID"/>
              </w:rPr>
              <w:t>Teknik Analisis Data</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_Toc238448302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17</w:t>
            </w:r>
            <w:r w:rsidRPr="00AA5E2F">
              <w:rPr>
                <w:rFonts w:ascii="Times New Roman" w:hAnsi="Times New Roman" w:cs="Times New Roman"/>
                <w:noProof/>
                <w:webHidden/>
                <w:sz w:val="24"/>
                <w:szCs w:val="24"/>
              </w:rPr>
              <w:fldChar w:fldCharType="end"/>
            </w:r>
          </w:hyperlink>
        </w:p>
        <w:p w14:paraId="4BF37CC4"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303" w:history="1">
            <w:r w:rsidRPr="00AA5E2F">
              <w:rPr>
                <w:rStyle w:val="Hyperlink"/>
                <w:rFonts w:ascii="Times New Roman" w:hAnsi="Times New Roman" w:cs="Times New Roman"/>
                <w:noProof/>
                <w:color w:val="auto"/>
                <w:sz w:val="24"/>
                <w:szCs w:val="24"/>
                <w:u w:val="none"/>
              </w:rPr>
              <w:t>3.6.1</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Kondensasi Data</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_Toc238448303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17</w:t>
            </w:r>
            <w:r w:rsidRPr="00AA5E2F">
              <w:rPr>
                <w:rFonts w:ascii="Times New Roman" w:hAnsi="Times New Roman" w:cs="Times New Roman"/>
                <w:noProof/>
                <w:webHidden/>
                <w:sz w:val="24"/>
                <w:szCs w:val="24"/>
              </w:rPr>
              <w:fldChar w:fldCharType="end"/>
            </w:r>
          </w:hyperlink>
        </w:p>
        <w:p w14:paraId="57063B60"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304" w:history="1">
            <w:r w:rsidRPr="00AA5E2F">
              <w:rPr>
                <w:rStyle w:val="Hyperlink"/>
                <w:rFonts w:ascii="Times New Roman" w:hAnsi="Times New Roman" w:cs="Times New Roman"/>
                <w:noProof/>
                <w:color w:val="auto"/>
                <w:sz w:val="24"/>
                <w:szCs w:val="24"/>
                <w:u w:val="none"/>
              </w:rPr>
              <w:t>3.6.2</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Penyajian Data</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_Toc238448304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18</w:t>
            </w:r>
            <w:r w:rsidRPr="00AA5E2F">
              <w:rPr>
                <w:rFonts w:ascii="Times New Roman" w:hAnsi="Times New Roman" w:cs="Times New Roman"/>
                <w:noProof/>
                <w:webHidden/>
                <w:sz w:val="24"/>
                <w:szCs w:val="24"/>
              </w:rPr>
              <w:fldChar w:fldCharType="end"/>
            </w:r>
          </w:hyperlink>
        </w:p>
        <w:p w14:paraId="2520B95A"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305" w:history="1">
            <w:r w:rsidRPr="00AA5E2F">
              <w:rPr>
                <w:rStyle w:val="Hyperlink"/>
                <w:rFonts w:ascii="Times New Roman" w:hAnsi="Times New Roman" w:cs="Times New Roman"/>
                <w:noProof/>
                <w:color w:val="auto"/>
                <w:sz w:val="24"/>
                <w:szCs w:val="24"/>
                <w:u w:val="none"/>
              </w:rPr>
              <w:t>3.6.3</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Penarikan Kesimpulan dan Verifikasi</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_Toc238448305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19</w:t>
            </w:r>
            <w:r w:rsidRPr="00AA5E2F">
              <w:rPr>
                <w:rFonts w:ascii="Times New Roman" w:hAnsi="Times New Roman" w:cs="Times New Roman"/>
                <w:noProof/>
                <w:webHidden/>
                <w:sz w:val="24"/>
                <w:szCs w:val="24"/>
              </w:rPr>
              <w:fldChar w:fldCharType="end"/>
            </w:r>
          </w:hyperlink>
        </w:p>
        <w:p w14:paraId="7373859D"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306" w:history="1">
            <w:r w:rsidRPr="00AA5E2F">
              <w:rPr>
                <w:rStyle w:val="Hyperlink"/>
                <w:rFonts w:ascii="Times New Roman" w:hAnsi="Times New Roman" w:cs="Times New Roman"/>
                <w:noProof/>
                <w:color w:val="auto"/>
                <w:sz w:val="24"/>
                <w:szCs w:val="24"/>
                <w:u w:val="none"/>
                <w:lang w:val="en-ID"/>
              </w:rPr>
              <w:t>3.7</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en-ID"/>
              </w:rPr>
              <w:t>Keabsahan Data</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_Toc238448306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20</w:t>
            </w:r>
            <w:r w:rsidRPr="00AA5E2F">
              <w:rPr>
                <w:rFonts w:ascii="Times New Roman" w:hAnsi="Times New Roman" w:cs="Times New Roman"/>
                <w:noProof/>
                <w:webHidden/>
                <w:sz w:val="24"/>
                <w:szCs w:val="24"/>
              </w:rPr>
              <w:fldChar w:fldCharType="end"/>
            </w:r>
          </w:hyperlink>
        </w:p>
        <w:p w14:paraId="31D9C2A9" w14:textId="77777777" w:rsidR="00D51FE4" w:rsidRPr="00AA5E2F" w:rsidRDefault="00D51FE4" w:rsidP="00D51FE4">
          <w:pPr>
            <w:pStyle w:val="TOC1"/>
            <w:spacing w:after="0" w:line="360" w:lineRule="auto"/>
            <w:rPr>
              <w:b w:val="0"/>
              <w:bCs w:val="0"/>
              <w:kern w:val="2"/>
              <w:sz w:val="24"/>
              <w:szCs w:val="24"/>
              <w:lang w:val="en-ID" w:eastAsia="en-ID"/>
              <w14:ligatures w14:val="standardContextual"/>
            </w:rPr>
          </w:pPr>
          <w:r w:rsidRPr="00AA5E2F">
            <w:rPr>
              <w:rStyle w:val="Hyperlink"/>
              <w:color w:val="auto"/>
              <w:sz w:val="24"/>
              <w:szCs w:val="24"/>
              <w:u w:val="none"/>
            </w:rPr>
            <w:t xml:space="preserve">BAB IV </w:t>
          </w:r>
          <w:hyperlink w:anchor="_Toc238448307" w:history="1">
            <w:r w:rsidRPr="00AA5E2F">
              <w:rPr>
                <w:rStyle w:val="Hyperlink"/>
                <w:color w:val="auto"/>
                <w:sz w:val="24"/>
                <w:szCs w:val="24"/>
                <w:u w:val="none"/>
              </w:rPr>
              <w:t>HASIL DAN PEMBAHASAN</w:t>
            </w:r>
            <w:r w:rsidRPr="00AA5E2F">
              <w:rPr>
                <w:webHidden/>
                <w:sz w:val="24"/>
                <w:szCs w:val="24"/>
              </w:rPr>
              <w:tab/>
            </w:r>
            <w:r w:rsidRPr="00AA5E2F">
              <w:rPr>
                <w:webHidden/>
                <w:sz w:val="24"/>
                <w:szCs w:val="24"/>
              </w:rPr>
              <w:fldChar w:fldCharType="begin"/>
            </w:r>
            <w:r w:rsidRPr="00AA5E2F">
              <w:rPr>
                <w:webHidden/>
                <w:sz w:val="24"/>
                <w:szCs w:val="24"/>
              </w:rPr>
              <w:instrText xml:space="preserve"> PAGEREF _Toc238448307 \h </w:instrText>
            </w:r>
            <w:r w:rsidRPr="00AA5E2F">
              <w:rPr>
                <w:webHidden/>
                <w:sz w:val="24"/>
                <w:szCs w:val="24"/>
              </w:rPr>
            </w:r>
            <w:r w:rsidRPr="00AA5E2F">
              <w:rPr>
                <w:webHidden/>
                <w:sz w:val="24"/>
                <w:szCs w:val="24"/>
              </w:rPr>
              <w:fldChar w:fldCharType="separate"/>
            </w:r>
            <w:r w:rsidR="00AA5E2F" w:rsidRPr="00AA5E2F">
              <w:rPr>
                <w:webHidden/>
                <w:sz w:val="24"/>
                <w:szCs w:val="24"/>
              </w:rPr>
              <w:t>21</w:t>
            </w:r>
            <w:r w:rsidRPr="00AA5E2F">
              <w:rPr>
                <w:webHidden/>
                <w:sz w:val="24"/>
                <w:szCs w:val="24"/>
              </w:rPr>
              <w:fldChar w:fldCharType="end"/>
            </w:r>
          </w:hyperlink>
        </w:p>
        <w:p w14:paraId="0A0D9328"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308" w:history="1">
            <w:r w:rsidRPr="00AA5E2F">
              <w:rPr>
                <w:rStyle w:val="Hyperlink"/>
                <w:rFonts w:ascii="Times New Roman" w:hAnsi="Times New Roman" w:cs="Times New Roman"/>
                <w:noProof/>
                <w:color w:val="auto"/>
                <w:sz w:val="24"/>
                <w:szCs w:val="24"/>
                <w:u w:val="none"/>
              </w:rPr>
              <w:t>4.1</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Hasil Penelitian</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_Toc238448308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21</w:t>
            </w:r>
            <w:r w:rsidRPr="00AA5E2F">
              <w:rPr>
                <w:rFonts w:ascii="Times New Roman" w:hAnsi="Times New Roman" w:cs="Times New Roman"/>
                <w:noProof/>
                <w:webHidden/>
                <w:sz w:val="24"/>
                <w:szCs w:val="24"/>
              </w:rPr>
              <w:fldChar w:fldCharType="end"/>
            </w:r>
          </w:hyperlink>
        </w:p>
        <w:p w14:paraId="45D31D21"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309" w:history="1">
            <w:r w:rsidRPr="00AA5E2F">
              <w:rPr>
                <w:rStyle w:val="Hyperlink"/>
                <w:rFonts w:ascii="Times New Roman" w:hAnsi="Times New Roman" w:cs="Times New Roman"/>
                <w:noProof/>
                <w:color w:val="auto"/>
                <w:sz w:val="24"/>
                <w:szCs w:val="24"/>
                <w:u w:val="none"/>
                <w:lang w:val="en-ID"/>
              </w:rPr>
              <w:t>4.2</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en-ID"/>
              </w:rPr>
              <w:t>Tantangan Bahasa dalam Lingkungan Hospitality Jepang</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_Toc238448309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21</w:t>
            </w:r>
            <w:r w:rsidRPr="00AA5E2F">
              <w:rPr>
                <w:rFonts w:ascii="Times New Roman" w:hAnsi="Times New Roman" w:cs="Times New Roman"/>
                <w:noProof/>
                <w:webHidden/>
                <w:sz w:val="24"/>
                <w:szCs w:val="24"/>
              </w:rPr>
              <w:fldChar w:fldCharType="end"/>
            </w:r>
          </w:hyperlink>
        </w:p>
        <w:p w14:paraId="4F114C49"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310" w:history="1">
            <w:r w:rsidRPr="00AA5E2F">
              <w:rPr>
                <w:rStyle w:val="Hyperlink"/>
                <w:rFonts w:ascii="Times New Roman" w:hAnsi="Times New Roman" w:cs="Times New Roman"/>
                <w:noProof/>
                <w:color w:val="auto"/>
                <w:sz w:val="24"/>
                <w:szCs w:val="24"/>
                <w:u w:val="none"/>
                <w:lang w:val="en-ID"/>
              </w:rPr>
              <w:t>4.2.1</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en-ID"/>
              </w:rPr>
              <w:t>Kondensasi Data</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_Toc238448310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22</w:t>
            </w:r>
            <w:r w:rsidRPr="00AA5E2F">
              <w:rPr>
                <w:rFonts w:ascii="Times New Roman" w:hAnsi="Times New Roman" w:cs="Times New Roman"/>
                <w:noProof/>
                <w:webHidden/>
                <w:sz w:val="24"/>
                <w:szCs w:val="24"/>
              </w:rPr>
              <w:fldChar w:fldCharType="end"/>
            </w:r>
          </w:hyperlink>
        </w:p>
        <w:p w14:paraId="65A8696E"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311" w:history="1">
            <w:r w:rsidRPr="00AA5E2F">
              <w:rPr>
                <w:rStyle w:val="Hyperlink"/>
                <w:rFonts w:ascii="Times New Roman" w:hAnsi="Times New Roman" w:cs="Times New Roman"/>
                <w:noProof/>
                <w:color w:val="auto"/>
                <w:sz w:val="24"/>
                <w:szCs w:val="24"/>
                <w:u w:val="none"/>
                <w:lang w:val="en-ID"/>
              </w:rPr>
              <w:t>4.2.2</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en-ID"/>
              </w:rPr>
              <w:t>Penyajian Data</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_Toc238448311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23</w:t>
            </w:r>
            <w:r w:rsidRPr="00AA5E2F">
              <w:rPr>
                <w:rFonts w:ascii="Times New Roman" w:hAnsi="Times New Roman" w:cs="Times New Roman"/>
                <w:noProof/>
                <w:webHidden/>
                <w:sz w:val="24"/>
                <w:szCs w:val="24"/>
              </w:rPr>
              <w:fldChar w:fldCharType="end"/>
            </w:r>
          </w:hyperlink>
        </w:p>
        <w:p w14:paraId="08E183CC"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312" w:history="1">
            <w:r w:rsidRPr="00AA5E2F">
              <w:rPr>
                <w:rStyle w:val="Hyperlink"/>
                <w:rFonts w:ascii="Times New Roman" w:hAnsi="Times New Roman" w:cs="Times New Roman"/>
                <w:noProof/>
                <w:color w:val="auto"/>
                <w:sz w:val="24"/>
                <w:szCs w:val="24"/>
                <w:u w:val="none"/>
                <w:lang w:val="en-ID"/>
              </w:rPr>
              <w:t>4.2.3</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en-ID"/>
              </w:rPr>
              <w:t>Penarikan Kesimpulan dan Verifikasi</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_Toc238448312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25</w:t>
            </w:r>
            <w:r w:rsidRPr="00AA5E2F">
              <w:rPr>
                <w:rFonts w:ascii="Times New Roman" w:hAnsi="Times New Roman" w:cs="Times New Roman"/>
                <w:noProof/>
                <w:webHidden/>
                <w:sz w:val="24"/>
                <w:szCs w:val="24"/>
              </w:rPr>
              <w:fldChar w:fldCharType="end"/>
            </w:r>
          </w:hyperlink>
        </w:p>
        <w:p w14:paraId="4E89CCA0"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313" w:history="1">
            <w:r w:rsidRPr="00AA5E2F">
              <w:rPr>
                <w:rStyle w:val="Hyperlink"/>
                <w:rFonts w:ascii="Times New Roman" w:hAnsi="Times New Roman" w:cs="Times New Roman"/>
                <w:noProof/>
                <w:color w:val="auto"/>
                <w:sz w:val="24"/>
                <w:szCs w:val="24"/>
                <w:u w:val="none"/>
                <w:lang w:val="en-ID"/>
              </w:rPr>
              <w:t>4.3</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en-ID"/>
              </w:rPr>
              <w:t>Tantangan Etika Kerja dalam Lingkungan Hospitality Jepang</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_Toc238448313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25</w:t>
            </w:r>
            <w:r w:rsidRPr="00AA5E2F">
              <w:rPr>
                <w:rFonts w:ascii="Times New Roman" w:hAnsi="Times New Roman" w:cs="Times New Roman"/>
                <w:noProof/>
                <w:webHidden/>
                <w:sz w:val="24"/>
                <w:szCs w:val="24"/>
              </w:rPr>
              <w:fldChar w:fldCharType="end"/>
            </w:r>
          </w:hyperlink>
        </w:p>
        <w:p w14:paraId="177BF3B7"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314" w:history="1">
            <w:r w:rsidRPr="00AA5E2F">
              <w:rPr>
                <w:rStyle w:val="Hyperlink"/>
                <w:rFonts w:ascii="Times New Roman" w:hAnsi="Times New Roman" w:cs="Times New Roman"/>
                <w:noProof/>
                <w:color w:val="auto"/>
                <w:sz w:val="24"/>
                <w:szCs w:val="24"/>
                <w:u w:val="none"/>
                <w:lang w:val="en-ID"/>
              </w:rPr>
              <w:t>4.3.1</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en-ID"/>
              </w:rPr>
              <w:t>Kondensasi Data</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_Toc238448314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26</w:t>
            </w:r>
            <w:r w:rsidRPr="00AA5E2F">
              <w:rPr>
                <w:rFonts w:ascii="Times New Roman" w:hAnsi="Times New Roman" w:cs="Times New Roman"/>
                <w:noProof/>
                <w:webHidden/>
                <w:sz w:val="24"/>
                <w:szCs w:val="24"/>
              </w:rPr>
              <w:fldChar w:fldCharType="end"/>
            </w:r>
          </w:hyperlink>
        </w:p>
        <w:p w14:paraId="094161F1"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315" w:history="1">
            <w:r w:rsidRPr="00AA5E2F">
              <w:rPr>
                <w:rStyle w:val="Hyperlink"/>
                <w:rFonts w:ascii="Times New Roman" w:hAnsi="Times New Roman" w:cs="Times New Roman"/>
                <w:noProof/>
                <w:color w:val="auto"/>
                <w:sz w:val="24"/>
                <w:szCs w:val="24"/>
                <w:u w:val="none"/>
                <w:lang w:val="en-ID"/>
              </w:rPr>
              <w:t>4.3.2</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en-ID"/>
              </w:rPr>
              <w:t>Penyajian Data</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_Toc238448315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26</w:t>
            </w:r>
            <w:r w:rsidRPr="00AA5E2F">
              <w:rPr>
                <w:rFonts w:ascii="Times New Roman" w:hAnsi="Times New Roman" w:cs="Times New Roman"/>
                <w:noProof/>
                <w:webHidden/>
                <w:sz w:val="24"/>
                <w:szCs w:val="24"/>
              </w:rPr>
              <w:fldChar w:fldCharType="end"/>
            </w:r>
          </w:hyperlink>
        </w:p>
        <w:p w14:paraId="2C56FF58"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316" w:history="1">
            <w:r w:rsidRPr="00AA5E2F">
              <w:rPr>
                <w:rStyle w:val="Hyperlink"/>
                <w:rFonts w:ascii="Times New Roman" w:hAnsi="Times New Roman" w:cs="Times New Roman"/>
                <w:noProof/>
                <w:color w:val="auto"/>
                <w:sz w:val="24"/>
                <w:szCs w:val="24"/>
                <w:u w:val="none"/>
                <w:lang w:val="en-ID"/>
              </w:rPr>
              <w:t>4.3.3</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en-ID"/>
              </w:rPr>
              <w:t>Penarikan Kesimpulan dan Verifikasi</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_Toc238448316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28</w:t>
            </w:r>
            <w:r w:rsidRPr="00AA5E2F">
              <w:rPr>
                <w:rFonts w:ascii="Times New Roman" w:hAnsi="Times New Roman" w:cs="Times New Roman"/>
                <w:noProof/>
                <w:webHidden/>
                <w:sz w:val="24"/>
                <w:szCs w:val="24"/>
              </w:rPr>
              <w:fldChar w:fldCharType="end"/>
            </w:r>
          </w:hyperlink>
        </w:p>
        <w:p w14:paraId="208E8D91"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317" w:history="1">
            <w:r w:rsidRPr="00AA5E2F">
              <w:rPr>
                <w:rStyle w:val="Hyperlink"/>
                <w:rFonts w:ascii="Times New Roman" w:hAnsi="Times New Roman" w:cs="Times New Roman"/>
                <w:noProof/>
                <w:color w:val="auto"/>
                <w:sz w:val="24"/>
                <w:szCs w:val="24"/>
                <w:u w:val="none"/>
                <w:lang w:val="en-ID"/>
              </w:rPr>
              <w:t>4.4</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en-ID"/>
              </w:rPr>
              <w:t>Strategi Adaptasi dalam Menghadapi Lingkungan Hospitality Jepang</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_Toc238448317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28</w:t>
            </w:r>
            <w:r w:rsidRPr="00AA5E2F">
              <w:rPr>
                <w:rFonts w:ascii="Times New Roman" w:hAnsi="Times New Roman" w:cs="Times New Roman"/>
                <w:noProof/>
                <w:webHidden/>
                <w:sz w:val="24"/>
                <w:szCs w:val="24"/>
              </w:rPr>
              <w:fldChar w:fldCharType="end"/>
            </w:r>
          </w:hyperlink>
        </w:p>
        <w:p w14:paraId="17D9A8CD"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318" w:history="1">
            <w:r w:rsidRPr="00AA5E2F">
              <w:rPr>
                <w:rStyle w:val="Hyperlink"/>
                <w:rFonts w:ascii="Times New Roman" w:hAnsi="Times New Roman" w:cs="Times New Roman"/>
                <w:noProof/>
                <w:color w:val="auto"/>
                <w:sz w:val="24"/>
                <w:szCs w:val="24"/>
                <w:u w:val="none"/>
                <w:lang w:val="en-ID"/>
              </w:rPr>
              <w:t>4.4.1</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en-ID"/>
              </w:rPr>
              <w:t>Kondensasi Data</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_Toc238448318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29</w:t>
            </w:r>
            <w:r w:rsidRPr="00AA5E2F">
              <w:rPr>
                <w:rFonts w:ascii="Times New Roman" w:hAnsi="Times New Roman" w:cs="Times New Roman"/>
                <w:noProof/>
                <w:webHidden/>
                <w:sz w:val="24"/>
                <w:szCs w:val="24"/>
              </w:rPr>
              <w:fldChar w:fldCharType="end"/>
            </w:r>
          </w:hyperlink>
        </w:p>
        <w:p w14:paraId="142D91FF"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319" w:history="1">
            <w:r w:rsidRPr="00AA5E2F">
              <w:rPr>
                <w:rStyle w:val="Hyperlink"/>
                <w:rFonts w:ascii="Times New Roman" w:hAnsi="Times New Roman" w:cs="Times New Roman"/>
                <w:noProof/>
                <w:color w:val="auto"/>
                <w:sz w:val="24"/>
                <w:szCs w:val="24"/>
                <w:u w:val="none"/>
                <w:lang w:val="en-ID"/>
              </w:rPr>
              <w:t>4.4.2</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en-ID"/>
              </w:rPr>
              <w:t>Penyajian Data</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_Toc238448319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30</w:t>
            </w:r>
            <w:r w:rsidRPr="00AA5E2F">
              <w:rPr>
                <w:rFonts w:ascii="Times New Roman" w:hAnsi="Times New Roman" w:cs="Times New Roman"/>
                <w:noProof/>
                <w:webHidden/>
                <w:sz w:val="24"/>
                <w:szCs w:val="24"/>
              </w:rPr>
              <w:fldChar w:fldCharType="end"/>
            </w:r>
          </w:hyperlink>
        </w:p>
        <w:p w14:paraId="3346AF17" w14:textId="77777777" w:rsidR="00D51FE4" w:rsidRPr="00AA5E2F" w:rsidRDefault="00D51FE4" w:rsidP="00D51FE4">
          <w:pPr>
            <w:pStyle w:val="TOC3"/>
            <w:tabs>
              <w:tab w:val="clear" w:pos="1200"/>
              <w:tab w:val="left" w:pos="1134"/>
            </w:tabs>
            <w:spacing w:after="0" w:line="360" w:lineRule="auto"/>
            <w:ind w:left="567"/>
            <w:rPr>
              <w:rFonts w:ascii="Times New Roman" w:hAnsi="Times New Roman" w:cs="Times New Roman"/>
              <w:noProof/>
              <w:kern w:val="2"/>
              <w:sz w:val="24"/>
              <w:szCs w:val="24"/>
              <w:lang w:val="en-ID" w:eastAsia="en-ID"/>
              <w14:ligatures w14:val="standardContextual"/>
            </w:rPr>
          </w:pPr>
          <w:hyperlink w:anchor="_Toc238448320" w:history="1">
            <w:r w:rsidRPr="00AA5E2F">
              <w:rPr>
                <w:rStyle w:val="Hyperlink"/>
                <w:rFonts w:ascii="Times New Roman" w:hAnsi="Times New Roman" w:cs="Times New Roman"/>
                <w:noProof/>
                <w:color w:val="auto"/>
                <w:sz w:val="24"/>
                <w:szCs w:val="24"/>
                <w:u w:val="none"/>
                <w:lang w:val="en-ID"/>
              </w:rPr>
              <w:t>4.4.3</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en-ID"/>
              </w:rPr>
              <w:t>Penarikan Kesimpulan dan Verifikasi</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_Toc238448320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31</w:t>
            </w:r>
            <w:r w:rsidRPr="00AA5E2F">
              <w:rPr>
                <w:rFonts w:ascii="Times New Roman" w:hAnsi="Times New Roman" w:cs="Times New Roman"/>
                <w:noProof/>
                <w:webHidden/>
                <w:sz w:val="24"/>
                <w:szCs w:val="24"/>
              </w:rPr>
              <w:fldChar w:fldCharType="end"/>
            </w:r>
          </w:hyperlink>
        </w:p>
        <w:p w14:paraId="39B7DBD3"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321" w:history="1">
            <w:r w:rsidRPr="00AA5E2F">
              <w:rPr>
                <w:rStyle w:val="Hyperlink"/>
                <w:rFonts w:ascii="Times New Roman" w:hAnsi="Times New Roman" w:cs="Times New Roman"/>
                <w:noProof/>
                <w:color w:val="auto"/>
                <w:sz w:val="24"/>
                <w:szCs w:val="24"/>
                <w:u w:val="none"/>
                <w:lang w:val="en-ID"/>
              </w:rPr>
              <w:t>4.5</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en-ID"/>
              </w:rPr>
              <w:t>Keterkaitan Tantangan Bahasa, Etika Kerja, dan Strategi Adaptasi</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_Toc238448321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32</w:t>
            </w:r>
            <w:r w:rsidRPr="00AA5E2F">
              <w:rPr>
                <w:rFonts w:ascii="Times New Roman" w:hAnsi="Times New Roman" w:cs="Times New Roman"/>
                <w:noProof/>
                <w:webHidden/>
                <w:sz w:val="24"/>
                <w:szCs w:val="24"/>
              </w:rPr>
              <w:fldChar w:fldCharType="end"/>
            </w:r>
          </w:hyperlink>
        </w:p>
        <w:p w14:paraId="5D78F8A7"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322" w:history="1">
            <w:r w:rsidRPr="00AA5E2F">
              <w:rPr>
                <w:rStyle w:val="Hyperlink"/>
                <w:rFonts w:ascii="Times New Roman" w:hAnsi="Times New Roman" w:cs="Times New Roman"/>
                <w:noProof/>
                <w:color w:val="auto"/>
                <w:sz w:val="24"/>
                <w:szCs w:val="24"/>
                <w:u w:val="none"/>
                <w:lang w:val="en-ID"/>
              </w:rPr>
              <w:t>4.6</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en-ID"/>
              </w:rPr>
              <w:t>Pembahasan</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_Toc238448322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33</w:t>
            </w:r>
            <w:r w:rsidRPr="00AA5E2F">
              <w:rPr>
                <w:rFonts w:ascii="Times New Roman" w:hAnsi="Times New Roman" w:cs="Times New Roman"/>
                <w:noProof/>
                <w:webHidden/>
                <w:sz w:val="24"/>
                <w:szCs w:val="24"/>
              </w:rPr>
              <w:fldChar w:fldCharType="end"/>
            </w:r>
          </w:hyperlink>
        </w:p>
        <w:p w14:paraId="04E8180E"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323" w:history="1">
            <w:r w:rsidRPr="00AA5E2F">
              <w:rPr>
                <w:rStyle w:val="Hyperlink"/>
                <w:rFonts w:ascii="Times New Roman" w:hAnsi="Times New Roman" w:cs="Times New Roman"/>
                <w:noProof/>
                <w:color w:val="auto"/>
                <w:sz w:val="24"/>
                <w:szCs w:val="24"/>
                <w:u w:val="none"/>
                <w:lang w:val="en-ID"/>
              </w:rPr>
              <w:t>4.7</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lang w:val="en-ID"/>
              </w:rPr>
              <w:t>Verifikasi Temuan Penelitian</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_Toc238448323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34</w:t>
            </w:r>
            <w:r w:rsidRPr="00AA5E2F">
              <w:rPr>
                <w:rFonts w:ascii="Times New Roman" w:hAnsi="Times New Roman" w:cs="Times New Roman"/>
                <w:noProof/>
                <w:webHidden/>
                <w:sz w:val="24"/>
                <w:szCs w:val="24"/>
              </w:rPr>
              <w:fldChar w:fldCharType="end"/>
            </w:r>
          </w:hyperlink>
        </w:p>
        <w:p w14:paraId="56EF8E73" w14:textId="77777777" w:rsidR="00D51FE4" w:rsidRPr="00AA5E2F" w:rsidRDefault="00D51FE4" w:rsidP="00D51FE4">
          <w:pPr>
            <w:pStyle w:val="TOC1"/>
            <w:spacing w:after="0" w:line="360" w:lineRule="auto"/>
            <w:rPr>
              <w:b w:val="0"/>
              <w:bCs w:val="0"/>
              <w:kern w:val="2"/>
              <w:sz w:val="24"/>
              <w:szCs w:val="24"/>
              <w:lang w:val="en-ID" w:eastAsia="en-ID"/>
              <w14:ligatures w14:val="standardContextual"/>
            </w:rPr>
          </w:pPr>
          <w:r w:rsidRPr="00AA5E2F">
            <w:rPr>
              <w:rStyle w:val="Hyperlink"/>
              <w:color w:val="auto"/>
              <w:sz w:val="24"/>
              <w:szCs w:val="24"/>
              <w:u w:val="none"/>
            </w:rPr>
            <w:t xml:space="preserve">BAB V </w:t>
          </w:r>
          <w:hyperlink w:anchor="_Toc238448325" w:history="1">
            <w:r w:rsidRPr="00AA5E2F">
              <w:rPr>
                <w:rStyle w:val="Hyperlink"/>
                <w:color w:val="auto"/>
                <w:sz w:val="24"/>
                <w:szCs w:val="24"/>
                <w:u w:val="none"/>
              </w:rPr>
              <w:t>KESIMPULAN DAN SARAN</w:t>
            </w:r>
            <w:r w:rsidRPr="00AA5E2F">
              <w:rPr>
                <w:webHidden/>
                <w:sz w:val="24"/>
                <w:szCs w:val="24"/>
              </w:rPr>
              <w:tab/>
            </w:r>
            <w:r w:rsidRPr="00AA5E2F">
              <w:rPr>
                <w:webHidden/>
                <w:sz w:val="24"/>
                <w:szCs w:val="24"/>
              </w:rPr>
              <w:fldChar w:fldCharType="begin"/>
            </w:r>
            <w:r w:rsidRPr="00AA5E2F">
              <w:rPr>
                <w:webHidden/>
                <w:sz w:val="24"/>
                <w:szCs w:val="24"/>
              </w:rPr>
              <w:instrText xml:space="preserve"> PAGEREF _Toc238448325 \h </w:instrText>
            </w:r>
            <w:r w:rsidRPr="00AA5E2F">
              <w:rPr>
                <w:webHidden/>
                <w:sz w:val="24"/>
                <w:szCs w:val="24"/>
              </w:rPr>
            </w:r>
            <w:r w:rsidRPr="00AA5E2F">
              <w:rPr>
                <w:webHidden/>
                <w:sz w:val="24"/>
                <w:szCs w:val="24"/>
              </w:rPr>
              <w:fldChar w:fldCharType="separate"/>
            </w:r>
            <w:r w:rsidR="00AA5E2F" w:rsidRPr="00AA5E2F">
              <w:rPr>
                <w:webHidden/>
                <w:sz w:val="24"/>
                <w:szCs w:val="24"/>
              </w:rPr>
              <w:t>36</w:t>
            </w:r>
            <w:r w:rsidRPr="00AA5E2F">
              <w:rPr>
                <w:webHidden/>
                <w:sz w:val="24"/>
                <w:szCs w:val="24"/>
              </w:rPr>
              <w:fldChar w:fldCharType="end"/>
            </w:r>
          </w:hyperlink>
        </w:p>
        <w:p w14:paraId="3F38C8EA"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326" w:history="1">
            <w:r w:rsidRPr="00AA5E2F">
              <w:rPr>
                <w:rStyle w:val="Hyperlink"/>
                <w:rFonts w:ascii="Times New Roman" w:hAnsi="Times New Roman" w:cs="Times New Roman"/>
                <w:noProof/>
                <w:color w:val="auto"/>
                <w:sz w:val="24"/>
                <w:szCs w:val="24"/>
                <w:u w:val="none"/>
              </w:rPr>
              <w:t>5.1</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Kesimpulan</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_Toc238448326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36</w:t>
            </w:r>
            <w:r w:rsidRPr="00AA5E2F">
              <w:rPr>
                <w:rFonts w:ascii="Times New Roman" w:hAnsi="Times New Roman" w:cs="Times New Roman"/>
                <w:noProof/>
                <w:webHidden/>
                <w:sz w:val="24"/>
                <w:szCs w:val="24"/>
              </w:rPr>
              <w:fldChar w:fldCharType="end"/>
            </w:r>
          </w:hyperlink>
        </w:p>
        <w:p w14:paraId="00808B82" w14:textId="77777777" w:rsidR="00D51FE4" w:rsidRPr="00AA5E2F" w:rsidRDefault="00D51FE4" w:rsidP="00D51FE4">
          <w:pPr>
            <w:pStyle w:val="TOC2"/>
            <w:spacing w:after="0" w:line="360" w:lineRule="auto"/>
            <w:rPr>
              <w:rFonts w:ascii="Times New Roman" w:hAnsi="Times New Roman" w:cs="Times New Roman"/>
              <w:noProof/>
              <w:kern w:val="2"/>
              <w:sz w:val="24"/>
              <w:szCs w:val="24"/>
              <w:lang w:val="en-ID" w:eastAsia="en-ID"/>
              <w14:ligatures w14:val="standardContextual"/>
            </w:rPr>
          </w:pPr>
          <w:hyperlink w:anchor="_Toc238448327" w:history="1">
            <w:r w:rsidRPr="00AA5E2F">
              <w:rPr>
                <w:rStyle w:val="Hyperlink"/>
                <w:rFonts w:ascii="Times New Roman" w:hAnsi="Times New Roman" w:cs="Times New Roman"/>
                <w:noProof/>
                <w:color w:val="auto"/>
                <w:sz w:val="24"/>
                <w:szCs w:val="24"/>
                <w:u w:val="none"/>
              </w:rPr>
              <w:t>5.2</w:t>
            </w:r>
            <w:r w:rsidRPr="00AA5E2F">
              <w:rPr>
                <w:rFonts w:ascii="Times New Roman" w:hAnsi="Times New Roman" w:cs="Times New Roman"/>
                <w:noProof/>
                <w:kern w:val="2"/>
                <w:sz w:val="24"/>
                <w:szCs w:val="24"/>
                <w:lang w:val="en-ID" w:eastAsia="en-ID"/>
                <w14:ligatures w14:val="standardContextual"/>
              </w:rPr>
              <w:tab/>
            </w:r>
            <w:r w:rsidRPr="00AA5E2F">
              <w:rPr>
                <w:rStyle w:val="Hyperlink"/>
                <w:rFonts w:ascii="Times New Roman" w:hAnsi="Times New Roman" w:cs="Times New Roman"/>
                <w:noProof/>
                <w:color w:val="auto"/>
                <w:sz w:val="24"/>
                <w:szCs w:val="24"/>
                <w:u w:val="none"/>
              </w:rPr>
              <w:t>Saran</w:t>
            </w:r>
            <w:r w:rsidRPr="00AA5E2F">
              <w:rPr>
                <w:rFonts w:ascii="Times New Roman" w:hAnsi="Times New Roman" w:cs="Times New Roman"/>
                <w:noProof/>
                <w:webHidden/>
                <w:sz w:val="24"/>
                <w:szCs w:val="24"/>
              </w:rPr>
              <w:tab/>
            </w:r>
            <w:r w:rsidRPr="00AA5E2F">
              <w:rPr>
                <w:rFonts w:ascii="Times New Roman" w:hAnsi="Times New Roman" w:cs="Times New Roman"/>
                <w:noProof/>
                <w:webHidden/>
                <w:sz w:val="24"/>
                <w:szCs w:val="24"/>
              </w:rPr>
              <w:fldChar w:fldCharType="begin"/>
            </w:r>
            <w:r w:rsidRPr="00AA5E2F">
              <w:rPr>
                <w:rFonts w:ascii="Times New Roman" w:hAnsi="Times New Roman" w:cs="Times New Roman"/>
                <w:noProof/>
                <w:webHidden/>
                <w:sz w:val="24"/>
                <w:szCs w:val="24"/>
              </w:rPr>
              <w:instrText xml:space="preserve"> PAGEREF _Toc238448327 \h </w:instrText>
            </w:r>
            <w:r w:rsidRPr="00AA5E2F">
              <w:rPr>
                <w:rFonts w:ascii="Times New Roman" w:hAnsi="Times New Roman" w:cs="Times New Roman"/>
                <w:noProof/>
                <w:webHidden/>
                <w:sz w:val="24"/>
                <w:szCs w:val="24"/>
              </w:rPr>
            </w:r>
            <w:r w:rsidRPr="00AA5E2F">
              <w:rPr>
                <w:rFonts w:ascii="Times New Roman" w:hAnsi="Times New Roman" w:cs="Times New Roman"/>
                <w:noProof/>
                <w:webHidden/>
                <w:sz w:val="24"/>
                <w:szCs w:val="24"/>
              </w:rPr>
              <w:fldChar w:fldCharType="separate"/>
            </w:r>
            <w:r w:rsidR="00AA5E2F" w:rsidRPr="00AA5E2F">
              <w:rPr>
                <w:rFonts w:ascii="Times New Roman" w:hAnsi="Times New Roman" w:cs="Times New Roman"/>
                <w:noProof/>
                <w:webHidden/>
                <w:sz w:val="24"/>
                <w:szCs w:val="24"/>
              </w:rPr>
              <w:t>37</w:t>
            </w:r>
            <w:r w:rsidRPr="00AA5E2F">
              <w:rPr>
                <w:rFonts w:ascii="Times New Roman" w:hAnsi="Times New Roman" w:cs="Times New Roman"/>
                <w:noProof/>
                <w:webHidden/>
                <w:sz w:val="24"/>
                <w:szCs w:val="24"/>
              </w:rPr>
              <w:fldChar w:fldCharType="end"/>
            </w:r>
          </w:hyperlink>
        </w:p>
        <w:p w14:paraId="5E74AD2D" w14:textId="77777777" w:rsidR="00D51FE4" w:rsidRPr="00AA5E2F" w:rsidRDefault="00D51FE4">
          <w:pPr>
            <w:pStyle w:val="TOC1"/>
            <w:rPr>
              <w:b w:val="0"/>
              <w:bCs w:val="0"/>
              <w:kern w:val="2"/>
              <w:sz w:val="24"/>
              <w:szCs w:val="24"/>
              <w:lang w:val="en-ID" w:eastAsia="en-ID"/>
              <w14:ligatures w14:val="standardContextual"/>
            </w:rPr>
          </w:pPr>
          <w:hyperlink w:anchor="_Toc238448328" w:history="1">
            <w:r w:rsidRPr="00AA5E2F">
              <w:rPr>
                <w:rStyle w:val="Hyperlink"/>
                <w:color w:val="auto"/>
                <w:sz w:val="24"/>
                <w:szCs w:val="24"/>
              </w:rPr>
              <w:t>DAFTAR PUSTAKA</w:t>
            </w:r>
            <w:r w:rsidRPr="00AA5E2F">
              <w:rPr>
                <w:webHidden/>
                <w:sz w:val="24"/>
                <w:szCs w:val="24"/>
              </w:rPr>
              <w:tab/>
            </w:r>
            <w:r w:rsidRPr="00AA5E2F">
              <w:rPr>
                <w:webHidden/>
                <w:sz w:val="24"/>
                <w:szCs w:val="24"/>
              </w:rPr>
              <w:fldChar w:fldCharType="begin"/>
            </w:r>
            <w:r w:rsidRPr="00AA5E2F">
              <w:rPr>
                <w:webHidden/>
                <w:sz w:val="24"/>
                <w:szCs w:val="24"/>
              </w:rPr>
              <w:instrText xml:space="preserve"> PAGEREF _Toc238448328 \h </w:instrText>
            </w:r>
            <w:r w:rsidRPr="00AA5E2F">
              <w:rPr>
                <w:webHidden/>
                <w:sz w:val="24"/>
                <w:szCs w:val="24"/>
              </w:rPr>
            </w:r>
            <w:r w:rsidRPr="00AA5E2F">
              <w:rPr>
                <w:webHidden/>
                <w:sz w:val="24"/>
                <w:szCs w:val="24"/>
              </w:rPr>
              <w:fldChar w:fldCharType="separate"/>
            </w:r>
            <w:r w:rsidR="00AA5E2F" w:rsidRPr="00AA5E2F">
              <w:rPr>
                <w:webHidden/>
                <w:sz w:val="24"/>
                <w:szCs w:val="24"/>
              </w:rPr>
              <w:t>38</w:t>
            </w:r>
            <w:r w:rsidRPr="00AA5E2F">
              <w:rPr>
                <w:webHidden/>
                <w:sz w:val="24"/>
                <w:szCs w:val="24"/>
              </w:rPr>
              <w:fldChar w:fldCharType="end"/>
            </w:r>
          </w:hyperlink>
        </w:p>
        <w:p w14:paraId="3D2484F8" w14:textId="77777777" w:rsidR="00266F2A" w:rsidRPr="00AA5E2F" w:rsidRDefault="00266F2A" w:rsidP="000A73CA">
          <w:pPr>
            <w:pStyle w:val="TOC1"/>
            <w:rPr>
              <w:kern w:val="2"/>
              <w:sz w:val="24"/>
              <w:szCs w:val="24"/>
              <w:lang w:val="en-ID" w:eastAsia="en-ID"/>
              <w14:ligatures w14:val="standardContextual"/>
            </w:rPr>
          </w:pPr>
          <w:r w:rsidRPr="00AA5E2F">
            <w:rPr>
              <w:b w:val="0"/>
              <w:bCs w:val="0"/>
              <w:sz w:val="24"/>
              <w:szCs w:val="24"/>
            </w:rPr>
            <w:fldChar w:fldCharType="end"/>
          </w:r>
        </w:p>
      </w:sdtContent>
    </w:sdt>
    <w:p w14:paraId="3D0DF96F" w14:textId="77777777" w:rsidR="00266F2A" w:rsidRPr="00266F2A" w:rsidRDefault="00266F2A" w:rsidP="00266F2A">
      <w:pPr>
        <w:rPr>
          <w:sz w:val="24"/>
          <w:szCs w:val="24"/>
          <w:lang w:eastAsia="ja-JP"/>
        </w:rPr>
      </w:pPr>
    </w:p>
    <w:p w14:paraId="5C26DAE8" w14:textId="77777777" w:rsidR="00211DD6" w:rsidRDefault="00211DD6" w:rsidP="00211DD6">
      <w:pPr>
        <w:spacing w:after="0" w:line="360" w:lineRule="auto"/>
        <w:jc w:val="center"/>
        <w:rPr>
          <w:rFonts w:ascii="Times New Roman" w:hAnsi="Times New Roman"/>
          <w:b/>
          <w:sz w:val="28"/>
          <w:lang w:eastAsia="ja-JP"/>
        </w:rPr>
      </w:pPr>
    </w:p>
    <w:p w14:paraId="59A8F057" w14:textId="77777777" w:rsidR="00183D3A" w:rsidRDefault="00183D3A">
      <w:pPr>
        <w:rPr>
          <w:rFonts w:ascii="Times New Roman" w:hAnsi="Times New Roman"/>
          <w:b/>
          <w:sz w:val="28"/>
          <w:lang w:eastAsia="ja-JP"/>
        </w:rPr>
      </w:pPr>
      <w:r>
        <w:rPr>
          <w:rFonts w:ascii="Times New Roman" w:hAnsi="Times New Roman"/>
          <w:b/>
          <w:sz w:val="28"/>
          <w:lang w:eastAsia="ja-JP"/>
        </w:rPr>
        <w:br w:type="page"/>
      </w:r>
    </w:p>
    <w:p w14:paraId="41190F53" w14:textId="77777777" w:rsidR="00211DD6" w:rsidRDefault="008D2EF5" w:rsidP="00266F2A">
      <w:pPr>
        <w:pStyle w:val="Heading1"/>
        <w:jc w:val="center"/>
        <w:rPr>
          <w:rFonts w:ascii="Times New Roman" w:hAnsi="Times New Roman" w:cs="Times New Roman"/>
          <w:color w:val="auto"/>
          <w:sz w:val="24"/>
          <w:szCs w:val="24"/>
          <w:lang w:eastAsia="ja-JP"/>
        </w:rPr>
      </w:pPr>
      <w:bookmarkStart w:id="3" w:name="_Toc238448276"/>
      <w:r w:rsidRPr="00266F2A">
        <w:rPr>
          <w:rFonts w:ascii="Times New Roman" w:hAnsi="Times New Roman" w:cs="Times New Roman"/>
          <w:color w:val="auto"/>
          <w:sz w:val="24"/>
          <w:szCs w:val="24"/>
          <w:lang w:eastAsia="ja-JP"/>
        </w:rPr>
        <w:t xml:space="preserve">DAFTAR </w:t>
      </w:r>
      <w:r w:rsidR="00C605DF">
        <w:rPr>
          <w:rFonts w:ascii="Times New Roman" w:hAnsi="Times New Roman" w:cs="Times New Roman"/>
          <w:color w:val="auto"/>
          <w:sz w:val="24"/>
          <w:szCs w:val="24"/>
          <w:lang w:eastAsia="ja-JP"/>
        </w:rPr>
        <w:t>TABEL</w:t>
      </w:r>
      <w:bookmarkEnd w:id="3"/>
    </w:p>
    <w:p w14:paraId="796DB532" w14:textId="77777777" w:rsidR="00B277A7" w:rsidRDefault="00B277A7" w:rsidP="00B277A7">
      <w:pPr>
        <w:rPr>
          <w:lang w:val="en-ID" w:eastAsia="ja-JP"/>
        </w:rPr>
      </w:pPr>
    </w:p>
    <w:p w14:paraId="00CD3B66" w14:textId="77777777" w:rsidR="00B277A7" w:rsidRPr="00C605DF" w:rsidRDefault="00C605DF" w:rsidP="00B277A7">
      <w:pPr>
        <w:tabs>
          <w:tab w:val="right" w:leader="dot" w:pos="7938"/>
        </w:tabs>
        <w:jc w:val="both"/>
        <w:rPr>
          <w:rFonts w:ascii="Times New Roman" w:hAnsi="Times New Roman" w:cs="Times New Roman"/>
          <w:b/>
          <w:bCs/>
          <w:sz w:val="24"/>
          <w:szCs w:val="24"/>
          <w:lang w:val="en-ID" w:eastAsia="ja-JP"/>
        </w:rPr>
      </w:pPr>
      <w:r w:rsidRPr="00C605DF">
        <w:rPr>
          <w:rFonts w:ascii="Times New Roman" w:hAnsi="Times New Roman" w:cs="Times New Roman"/>
          <w:sz w:val="24"/>
          <w:szCs w:val="24"/>
          <w:lang w:val="en-ID" w:eastAsia="ja-JP"/>
        </w:rPr>
        <w:t>Tabel 4.1</w:t>
      </w:r>
      <w:r w:rsidRPr="00C605DF">
        <w:rPr>
          <w:rFonts w:ascii="Times New Roman" w:hAnsi="Times New Roman" w:cs="Times New Roman"/>
          <w:b/>
          <w:bCs/>
          <w:sz w:val="24"/>
          <w:szCs w:val="24"/>
          <w:lang w:val="en-ID" w:eastAsia="ja-JP"/>
        </w:rPr>
        <w:t xml:space="preserve"> </w:t>
      </w:r>
      <w:proofErr w:type="spellStart"/>
      <w:r w:rsidRPr="00C605DF">
        <w:rPr>
          <w:rFonts w:ascii="Times New Roman" w:hAnsi="Times New Roman" w:cs="Times New Roman"/>
          <w:sz w:val="24"/>
          <w:szCs w:val="24"/>
          <w:lang w:val="en-ID" w:eastAsia="ja-JP"/>
        </w:rPr>
        <w:t>Verifikasi</w:t>
      </w:r>
      <w:proofErr w:type="spellEnd"/>
      <w:r w:rsidRPr="00C605DF">
        <w:rPr>
          <w:rFonts w:ascii="Times New Roman" w:hAnsi="Times New Roman" w:cs="Times New Roman"/>
          <w:sz w:val="24"/>
          <w:szCs w:val="24"/>
          <w:lang w:val="en-ID" w:eastAsia="ja-JP"/>
        </w:rPr>
        <w:t xml:space="preserve"> </w:t>
      </w:r>
      <w:proofErr w:type="spellStart"/>
      <w:r w:rsidRPr="00C605DF">
        <w:rPr>
          <w:rFonts w:ascii="Times New Roman" w:hAnsi="Times New Roman" w:cs="Times New Roman"/>
          <w:sz w:val="24"/>
          <w:szCs w:val="24"/>
          <w:lang w:val="en-ID" w:eastAsia="ja-JP"/>
        </w:rPr>
        <w:t>Temuan</w:t>
      </w:r>
      <w:proofErr w:type="spellEnd"/>
      <w:r w:rsidRPr="00C605DF">
        <w:rPr>
          <w:rFonts w:ascii="Times New Roman" w:hAnsi="Times New Roman" w:cs="Times New Roman"/>
          <w:sz w:val="24"/>
          <w:szCs w:val="24"/>
          <w:lang w:val="en-ID" w:eastAsia="ja-JP"/>
        </w:rPr>
        <w:t xml:space="preserve"> </w:t>
      </w:r>
      <w:proofErr w:type="spellStart"/>
      <w:r w:rsidRPr="00C605DF">
        <w:rPr>
          <w:rFonts w:ascii="Times New Roman" w:hAnsi="Times New Roman" w:cs="Times New Roman"/>
          <w:sz w:val="24"/>
          <w:szCs w:val="24"/>
          <w:lang w:val="en-ID" w:eastAsia="ja-JP"/>
        </w:rPr>
        <w:t>Penelitian</w:t>
      </w:r>
      <w:proofErr w:type="spellEnd"/>
      <w:r w:rsidR="00B277A7" w:rsidRPr="00123158">
        <w:rPr>
          <w:rFonts w:ascii="Times New Roman" w:hAnsi="Times New Roman" w:cs="Times New Roman"/>
          <w:sz w:val="24"/>
          <w:szCs w:val="24"/>
          <w:lang w:val="en-ID" w:eastAsia="ja-JP"/>
        </w:rPr>
        <w:tab/>
      </w:r>
      <w:r>
        <w:rPr>
          <w:rFonts w:ascii="Times New Roman" w:hAnsi="Times New Roman" w:cs="Times New Roman"/>
          <w:sz w:val="24"/>
          <w:szCs w:val="24"/>
          <w:lang w:val="en-ID" w:eastAsia="ja-JP"/>
        </w:rPr>
        <w:t>35</w:t>
      </w:r>
    </w:p>
    <w:p w14:paraId="5C6C71D3" w14:textId="77777777" w:rsidR="00211DD6" w:rsidRDefault="00211DD6" w:rsidP="00211DD6">
      <w:pPr>
        <w:spacing w:after="0" w:line="360" w:lineRule="auto"/>
        <w:jc w:val="center"/>
        <w:rPr>
          <w:rFonts w:ascii="Times New Roman" w:hAnsi="Times New Roman"/>
          <w:b/>
          <w:sz w:val="28"/>
          <w:lang w:eastAsia="ja-JP"/>
        </w:rPr>
      </w:pPr>
    </w:p>
    <w:p w14:paraId="47578737" w14:textId="77777777" w:rsidR="00183D3A" w:rsidRDefault="00183D3A">
      <w:pPr>
        <w:rPr>
          <w:rFonts w:ascii="Times New Roman" w:hAnsi="Times New Roman"/>
          <w:b/>
          <w:sz w:val="28"/>
          <w:lang w:eastAsia="ja-JP"/>
        </w:rPr>
      </w:pPr>
      <w:r>
        <w:rPr>
          <w:rFonts w:ascii="Times New Roman" w:hAnsi="Times New Roman"/>
          <w:b/>
          <w:sz w:val="28"/>
          <w:lang w:eastAsia="ja-JP"/>
        </w:rPr>
        <w:br w:type="page"/>
      </w:r>
    </w:p>
    <w:p w14:paraId="03EB2CF0" w14:textId="77777777" w:rsidR="00211DD6" w:rsidRDefault="008D2EF5" w:rsidP="00266F2A">
      <w:pPr>
        <w:pStyle w:val="Heading1"/>
        <w:jc w:val="center"/>
        <w:rPr>
          <w:rFonts w:ascii="Times New Roman" w:hAnsi="Times New Roman" w:cs="Times New Roman"/>
          <w:color w:val="auto"/>
          <w:sz w:val="24"/>
          <w:szCs w:val="24"/>
          <w:lang w:eastAsia="ja-JP"/>
        </w:rPr>
      </w:pPr>
      <w:bookmarkStart w:id="4" w:name="_Toc238448277"/>
      <w:r w:rsidRPr="00266F2A">
        <w:rPr>
          <w:rFonts w:ascii="Times New Roman" w:hAnsi="Times New Roman" w:cs="Times New Roman"/>
          <w:color w:val="auto"/>
          <w:sz w:val="24"/>
          <w:szCs w:val="24"/>
          <w:lang w:eastAsia="ja-JP"/>
        </w:rPr>
        <w:t>DAFTAR LAMPIRAN</w:t>
      </w:r>
      <w:bookmarkEnd w:id="4"/>
    </w:p>
    <w:p w14:paraId="7027B280" w14:textId="77777777" w:rsidR="00B277A7" w:rsidRDefault="00B277A7" w:rsidP="00B277A7">
      <w:pPr>
        <w:rPr>
          <w:lang w:val="en-ID" w:eastAsia="ja-JP"/>
        </w:rPr>
      </w:pPr>
    </w:p>
    <w:p w14:paraId="3DF7C4FF" w14:textId="77777777" w:rsidR="00B277A7" w:rsidRPr="00B277A7" w:rsidRDefault="00B277A7" w:rsidP="00B277A7">
      <w:pPr>
        <w:tabs>
          <w:tab w:val="right" w:leader="dot" w:pos="7938"/>
        </w:tabs>
        <w:rPr>
          <w:rFonts w:ascii="Times New Roman" w:hAnsi="Times New Roman" w:cs="Times New Roman"/>
          <w:lang w:val="en-ID" w:eastAsia="ja-JP"/>
        </w:rPr>
      </w:pPr>
      <w:r w:rsidRPr="00B277A7">
        <w:rPr>
          <w:rFonts w:ascii="Times New Roman" w:hAnsi="Times New Roman" w:cs="Times New Roman"/>
          <w:lang w:val="en-ID" w:eastAsia="ja-JP"/>
        </w:rPr>
        <w:t>Lampiran Hasil Kuisioner</w:t>
      </w:r>
      <w:r>
        <w:rPr>
          <w:rFonts w:ascii="Times New Roman" w:hAnsi="Times New Roman" w:cs="Times New Roman"/>
          <w:lang w:val="en-ID" w:eastAsia="ja-JP"/>
        </w:rPr>
        <w:tab/>
      </w:r>
      <w:r w:rsidRPr="00B277A7">
        <w:rPr>
          <w:rFonts w:ascii="Times New Roman" w:hAnsi="Times New Roman" w:cs="Times New Roman"/>
          <w:lang w:val="en-ID" w:eastAsia="ja-JP"/>
        </w:rPr>
        <w:t>37</w:t>
      </w:r>
    </w:p>
    <w:p w14:paraId="654D4513" w14:textId="77777777" w:rsidR="00B277A7" w:rsidRDefault="00B277A7" w:rsidP="00B277A7">
      <w:pPr>
        <w:tabs>
          <w:tab w:val="right" w:leader="dot" w:pos="7938"/>
        </w:tabs>
        <w:rPr>
          <w:rFonts w:ascii="Times New Roman" w:hAnsi="Times New Roman" w:cs="Times New Roman"/>
          <w:lang w:val="en-ID" w:eastAsia="ja-JP"/>
        </w:rPr>
      </w:pPr>
      <w:r w:rsidRPr="00B277A7">
        <w:rPr>
          <w:rFonts w:ascii="Times New Roman" w:hAnsi="Times New Roman" w:cs="Times New Roman"/>
          <w:lang w:val="en-ID" w:eastAsia="ja-JP"/>
        </w:rPr>
        <w:t>Lampiran Ha</w:t>
      </w:r>
      <w:r w:rsidR="00DA1DB5">
        <w:rPr>
          <w:rFonts w:ascii="Times New Roman" w:hAnsi="Times New Roman" w:cs="Times New Roman"/>
          <w:lang w:val="en-ID" w:eastAsia="ja-JP"/>
        </w:rPr>
        <w:t xml:space="preserve">k </w:t>
      </w:r>
      <w:proofErr w:type="spellStart"/>
      <w:r w:rsidR="00DA1DB5">
        <w:rPr>
          <w:rFonts w:ascii="Times New Roman" w:hAnsi="Times New Roman" w:cs="Times New Roman"/>
          <w:lang w:val="en-ID" w:eastAsia="ja-JP"/>
        </w:rPr>
        <w:t>Kekayaan</w:t>
      </w:r>
      <w:proofErr w:type="spellEnd"/>
      <w:r w:rsidR="00DA1DB5">
        <w:rPr>
          <w:rFonts w:ascii="Times New Roman" w:hAnsi="Times New Roman" w:cs="Times New Roman"/>
          <w:lang w:val="en-ID" w:eastAsia="ja-JP"/>
        </w:rPr>
        <w:t xml:space="preserve"> </w:t>
      </w:r>
      <w:proofErr w:type="spellStart"/>
      <w:r w:rsidR="00DA1DB5">
        <w:rPr>
          <w:rFonts w:ascii="Times New Roman" w:hAnsi="Times New Roman" w:cs="Times New Roman"/>
          <w:lang w:val="en-ID" w:eastAsia="ja-JP"/>
        </w:rPr>
        <w:t>Intelektual</w:t>
      </w:r>
      <w:proofErr w:type="spellEnd"/>
      <w:r w:rsidR="00DA1DB5">
        <w:rPr>
          <w:rFonts w:ascii="Times New Roman" w:hAnsi="Times New Roman" w:cs="Times New Roman"/>
          <w:lang w:val="en-ID" w:eastAsia="ja-JP"/>
        </w:rPr>
        <w:t xml:space="preserve"> (HKI)</w:t>
      </w:r>
      <w:r>
        <w:rPr>
          <w:rFonts w:ascii="Times New Roman" w:hAnsi="Times New Roman" w:cs="Times New Roman"/>
          <w:lang w:val="en-ID" w:eastAsia="ja-JP"/>
        </w:rPr>
        <w:tab/>
      </w:r>
      <w:r w:rsidRPr="00B277A7">
        <w:rPr>
          <w:rFonts w:ascii="Times New Roman" w:hAnsi="Times New Roman" w:cs="Times New Roman"/>
          <w:lang w:val="en-ID" w:eastAsia="ja-JP"/>
        </w:rPr>
        <w:t>39</w:t>
      </w:r>
    </w:p>
    <w:p w14:paraId="605FCCF5" w14:textId="77777777" w:rsidR="00DA1DB5" w:rsidRPr="00B277A7" w:rsidRDefault="00DA1DB5" w:rsidP="00DA1DB5">
      <w:pPr>
        <w:tabs>
          <w:tab w:val="right" w:leader="dot" w:pos="7938"/>
        </w:tabs>
        <w:rPr>
          <w:rFonts w:ascii="Times New Roman" w:hAnsi="Times New Roman" w:cs="Times New Roman"/>
          <w:lang w:val="en-ID" w:eastAsia="ja-JP"/>
        </w:rPr>
      </w:pPr>
      <w:r w:rsidRPr="00B277A7">
        <w:rPr>
          <w:rFonts w:ascii="Times New Roman" w:hAnsi="Times New Roman" w:cs="Times New Roman"/>
          <w:lang w:val="en-ID" w:eastAsia="ja-JP"/>
        </w:rPr>
        <w:t>Lampiran</w:t>
      </w:r>
      <w:r>
        <w:rPr>
          <w:rFonts w:ascii="Times New Roman" w:hAnsi="Times New Roman" w:cs="Times New Roman"/>
          <w:lang w:val="en-ID" w:eastAsia="ja-JP"/>
        </w:rPr>
        <w:t xml:space="preserve"> Japan Foundation Test (JFT)</w:t>
      </w:r>
      <w:r>
        <w:rPr>
          <w:rFonts w:ascii="Times New Roman" w:hAnsi="Times New Roman" w:cs="Times New Roman"/>
          <w:lang w:val="en-ID" w:eastAsia="ja-JP"/>
        </w:rPr>
        <w:tab/>
        <w:t>40</w:t>
      </w:r>
    </w:p>
    <w:p w14:paraId="5646B1CA" w14:textId="77777777" w:rsidR="00DA1DB5" w:rsidRDefault="00DA1DB5" w:rsidP="00DA1DB5">
      <w:pPr>
        <w:tabs>
          <w:tab w:val="right" w:leader="dot" w:pos="7938"/>
        </w:tabs>
        <w:rPr>
          <w:rFonts w:ascii="Times New Roman" w:hAnsi="Times New Roman" w:cs="Times New Roman"/>
          <w:lang w:val="en-ID" w:eastAsia="ja-JP"/>
        </w:rPr>
      </w:pPr>
      <w:r w:rsidRPr="00B277A7">
        <w:rPr>
          <w:rFonts w:ascii="Times New Roman" w:hAnsi="Times New Roman" w:cs="Times New Roman"/>
          <w:lang w:val="en-ID" w:eastAsia="ja-JP"/>
        </w:rPr>
        <w:t xml:space="preserve">Lampiran </w:t>
      </w:r>
      <w:r>
        <w:rPr>
          <w:rFonts w:ascii="Times New Roman" w:hAnsi="Times New Roman" w:cs="Times New Roman"/>
          <w:lang w:val="en-ID" w:eastAsia="ja-JP"/>
        </w:rPr>
        <w:t>Hasil Turnitin</w:t>
      </w:r>
      <w:r>
        <w:rPr>
          <w:rFonts w:ascii="Times New Roman" w:hAnsi="Times New Roman" w:cs="Times New Roman"/>
          <w:lang w:val="en-ID" w:eastAsia="ja-JP"/>
        </w:rPr>
        <w:tab/>
        <w:t>41</w:t>
      </w:r>
    </w:p>
    <w:p w14:paraId="711F639A" w14:textId="77777777" w:rsidR="00DA1DB5" w:rsidRPr="00B277A7" w:rsidRDefault="00DA1DB5" w:rsidP="00DA1DB5">
      <w:pPr>
        <w:tabs>
          <w:tab w:val="right" w:leader="dot" w:pos="7938"/>
        </w:tabs>
        <w:rPr>
          <w:rFonts w:ascii="Times New Roman" w:hAnsi="Times New Roman" w:cs="Times New Roman"/>
          <w:lang w:val="en-ID" w:eastAsia="ja-JP"/>
        </w:rPr>
      </w:pPr>
    </w:p>
    <w:p w14:paraId="5C3D0740" w14:textId="77777777" w:rsidR="00DA1DB5" w:rsidRPr="00B277A7" w:rsidRDefault="00DA1DB5" w:rsidP="00B277A7">
      <w:pPr>
        <w:tabs>
          <w:tab w:val="right" w:leader="dot" w:pos="7938"/>
        </w:tabs>
        <w:rPr>
          <w:rFonts w:ascii="Times New Roman" w:hAnsi="Times New Roman" w:cs="Times New Roman"/>
          <w:lang w:val="en-ID" w:eastAsia="ja-JP"/>
        </w:rPr>
      </w:pPr>
    </w:p>
    <w:p w14:paraId="2C4C0947" w14:textId="77777777" w:rsidR="00211DD6" w:rsidRDefault="00211DD6" w:rsidP="00211DD6">
      <w:pPr>
        <w:spacing w:after="0" w:line="360" w:lineRule="auto"/>
        <w:jc w:val="center"/>
        <w:rPr>
          <w:rFonts w:ascii="Times New Roman" w:hAnsi="Times New Roman"/>
          <w:b/>
          <w:sz w:val="28"/>
          <w:lang w:eastAsia="ja-JP"/>
        </w:rPr>
      </w:pPr>
    </w:p>
    <w:p w14:paraId="7C0CB943" w14:textId="77777777" w:rsidR="00183D3A" w:rsidRDefault="00183D3A">
      <w:pPr>
        <w:rPr>
          <w:rFonts w:ascii="Times New Roman" w:hAnsi="Times New Roman"/>
          <w:b/>
          <w:sz w:val="28"/>
          <w:lang w:eastAsia="ja-JP"/>
        </w:rPr>
      </w:pPr>
      <w:r>
        <w:rPr>
          <w:rFonts w:ascii="Times New Roman" w:hAnsi="Times New Roman"/>
          <w:b/>
          <w:sz w:val="28"/>
          <w:lang w:eastAsia="ja-JP"/>
        </w:rPr>
        <w:br w:type="page"/>
      </w:r>
    </w:p>
    <w:p w14:paraId="0F2C42B1" w14:textId="77777777" w:rsidR="00211DD6" w:rsidRPr="00D51FE4" w:rsidRDefault="00EE4DF6" w:rsidP="00D51FE4">
      <w:pPr>
        <w:pStyle w:val="Heading1"/>
        <w:jc w:val="center"/>
        <w:rPr>
          <w:rFonts w:ascii="Times New Roman" w:hAnsi="Times New Roman" w:cs="Times New Roman"/>
          <w:color w:val="auto"/>
          <w:sz w:val="24"/>
          <w:szCs w:val="24"/>
          <w:lang w:eastAsia="ja-JP"/>
        </w:rPr>
      </w:pPr>
      <w:bookmarkStart w:id="5" w:name="_Toc238448278"/>
      <w:r w:rsidRPr="00D51FE4">
        <w:rPr>
          <w:rFonts w:ascii="Times New Roman" w:hAnsi="Times New Roman" w:cs="Times New Roman"/>
          <w:color w:val="auto"/>
          <w:sz w:val="24"/>
          <w:szCs w:val="24"/>
          <w:lang w:eastAsia="ja-JP"/>
        </w:rPr>
        <w:t>ABSTRAK</w:t>
      </w:r>
      <w:bookmarkEnd w:id="5"/>
    </w:p>
    <w:p w14:paraId="300743D0" w14:textId="77777777" w:rsidR="00EE4DF6" w:rsidRDefault="00EE4DF6" w:rsidP="00EE4DF6">
      <w:pPr>
        <w:spacing w:after="0" w:line="360" w:lineRule="auto"/>
        <w:rPr>
          <w:rFonts w:ascii="Times New Roman" w:hAnsi="Times New Roman"/>
          <w:b/>
          <w:sz w:val="24"/>
          <w:szCs w:val="24"/>
          <w:lang w:eastAsia="ja-JP"/>
        </w:rPr>
      </w:pPr>
    </w:p>
    <w:p w14:paraId="21C14F4B" w14:textId="77777777" w:rsidR="00EE4DF6" w:rsidRPr="00EE4DF6" w:rsidRDefault="00EE4DF6" w:rsidP="00D51FE4">
      <w:pPr>
        <w:autoSpaceDE w:val="0"/>
        <w:autoSpaceDN w:val="0"/>
        <w:adjustRightInd w:val="0"/>
        <w:spacing w:after="0" w:line="240" w:lineRule="auto"/>
        <w:jc w:val="both"/>
        <w:rPr>
          <w:rFonts w:ascii="Times New Roman" w:hAnsi="Times New Roman" w:cs="Times New Roman"/>
          <w:sz w:val="24"/>
          <w:szCs w:val="24"/>
        </w:rPr>
      </w:pPr>
      <w:proofErr w:type="spellStart"/>
      <w:r w:rsidRPr="00EE4DF6">
        <w:rPr>
          <w:rFonts w:ascii="Times New Roman" w:hAnsi="Times New Roman" w:cs="Times New Roman" w:hint="cs"/>
          <w:sz w:val="24"/>
          <w:szCs w:val="24"/>
        </w:rPr>
        <w:t>Perkembangan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globalisasi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mendorong</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industri</w:t>
      </w:r>
      <w:proofErr w:type="spellEnd"/>
      <w:r w:rsidRPr="00EE4DF6">
        <w:rPr>
          <w:rFonts w:ascii="Times New Roman" w:hAnsi="Times New Roman" w:cs="Times New Roman" w:hint="cs"/>
          <w:sz w:val="24"/>
          <w:szCs w:val="24"/>
        </w:rPr>
        <w:t xml:space="preserve"> </w:t>
      </w:r>
      <w:r w:rsidRPr="00EE4DF6">
        <w:rPr>
          <w:rFonts w:ascii="Times New Roman" w:hAnsi="Times New Roman" w:cs="Times New Roman" w:hint="cs"/>
          <w:i/>
          <w:iCs/>
          <w:sz w:val="24"/>
          <w:szCs w:val="24"/>
        </w:rPr>
        <w:t>hospitality</w:t>
      </w:r>
      <w:r w:rsidRPr="00EE4DF6">
        <w:rPr>
          <w:rFonts w:ascii="Times New Roman" w:hAnsi="Times New Roman" w:cs="Times New Roman" w:hint="cs"/>
          <w:sz w:val="24"/>
          <w:szCs w:val="24"/>
        </w:rPr>
        <w:t xml:space="preserve"> di </w:t>
      </w:r>
      <w:proofErr w:type="spellStart"/>
      <w:r w:rsidRPr="00EE4DF6">
        <w:rPr>
          <w:rFonts w:ascii="Times New Roman" w:hAnsi="Times New Roman" w:cs="Times New Roman" w:hint="cs"/>
          <w:sz w:val="24"/>
          <w:szCs w:val="24"/>
        </w:rPr>
        <w:t>Jepang</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untuk</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melibatkan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tenaga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kerja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asing</w:t>
      </w:r>
      <w:proofErr w:type="spellEnd"/>
      <w:r w:rsidRPr="00EE4DF6">
        <w:rPr>
          <w:rFonts w:ascii="Times New Roman" w:hAnsi="Times New Roman" w:cs="Times New Roman" w:hint="cs"/>
          <w:sz w:val="24"/>
          <w:szCs w:val="24"/>
        </w:rPr>
        <w:t xml:space="preserve"> demi </w:t>
      </w:r>
      <w:proofErr w:type="spellStart"/>
      <w:r w:rsidRPr="00EE4DF6">
        <w:rPr>
          <w:rFonts w:ascii="Times New Roman" w:hAnsi="Times New Roman" w:cs="Times New Roman" w:hint="cs"/>
          <w:sz w:val="24"/>
          <w:szCs w:val="24"/>
        </w:rPr>
        <w:t>menunjang</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pelayanan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multikultural</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Namun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perbedaan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latar</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belakang</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budaya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bahasa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nilai</w:t>
      </w:r>
      <w:proofErr w:type="spellEnd"/>
      <w:r w:rsidRPr="00EE4DF6">
        <w:rPr>
          <w:rFonts w:ascii="Times New Roman" w:hAnsi="Times New Roman" w:cs="Times New Roman" w:hint="cs"/>
          <w:sz w:val="24"/>
          <w:szCs w:val="24"/>
        </w:rPr>
        <w:t xml:space="preserve">, dan </w:t>
      </w:r>
      <w:proofErr w:type="spellStart"/>
      <w:r w:rsidRPr="00EE4DF6">
        <w:rPr>
          <w:rFonts w:ascii="Times New Roman" w:hAnsi="Times New Roman" w:cs="Times New Roman" w:hint="cs"/>
          <w:sz w:val="24"/>
          <w:szCs w:val="24"/>
        </w:rPr>
        <w:t>etika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kerja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dapat</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menimbulkan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hambatan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dalam</w:t>
      </w:r>
      <w:proofErr w:type="spellEnd"/>
      <w:r w:rsidRPr="00EE4DF6">
        <w:rPr>
          <w:rFonts w:ascii="Times New Roman" w:hAnsi="Times New Roman" w:cs="Times New Roman" w:hint="cs"/>
          <w:sz w:val="24"/>
          <w:szCs w:val="24"/>
        </w:rPr>
        <w:t xml:space="preserve"> proses </w:t>
      </w:r>
      <w:proofErr w:type="spellStart"/>
      <w:r w:rsidRPr="00EE4DF6">
        <w:rPr>
          <w:rFonts w:ascii="Times New Roman" w:hAnsi="Times New Roman" w:cs="Times New Roman" w:hint="cs"/>
          <w:sz w:val="24"/>
          <w:szCs w:val="24"/>
        </w:rPr>
        <w:t>komunikasi</w:t>
      </w:r>
      <w:proofErr w:type="spellEnd"/>
      <w:r w:rsidRPr="00EE4DF6">
        <w:rPr>
          <w:rFonts w:ascii="Times New Roman" w:hAnsi="Times New Roman" w:cs="Times New Roman" w:hint="cs"/>
          <w:sz w:val="24"/>
          <w:szCs w:val="24"/>
        </w:rPr>
        <w:t xml:space="preserve"> dan </w:t>
      </w:r>
      <w:proofErr w:type="spellStart"/>
      <w:r w:rsidRPr="00EE4DF6">
        <w:rPr>
          <w:rFonts w:ascii="Times New Roman" w:hAnsi="Times New Roman" w:cs="Times New Roman" w:hint="cs"/>
          <w:sz w:val="24"/>
          <w:szCs w:val="24"/>
        </w:rPr>
        <w:t>penyesuaian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diri</w:t>
      </w:r>
      <w:proofErr w:type="spellEnd"/>
      <w:r w:rsidRPr="00EE4DF6">
        <w:rPr>
          <w:rFonts w:ascii="Times New Roman" w:hAnsi="Times New Roman" w:cs="Times New Roman" w:hint="cs"/>
          <w:sz w:val="24"/>
          <w:szCs w:val="24"/>
        </w:rPr>
        <w:t xml:space="preserve"> di </w:t>
      </w:r>
      <w:proofErr w:type="spellStart"/>
      <w:r w:rsidRPr="00EE4DF6">
        <w:rPr>
          <w:rFonts w:ascii="Times New Roman" w:hAnsi="Times New Roman" w:cs="Times New Roman" w:hint="cs"/>
          <w:sz w:val="24"/>
          <w:szCs w:val="24"/>
        </w:rPr>
        <w:t>lingkungan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kerja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Penelitian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ini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bertujuan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untuk</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menganalisis</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tantangan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bahasa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pengaruh</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etika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kerja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Jepang</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serta</w:t>
      </w:r>
      <w:proofErr w:type="spellEnd"/>
      <w:r w:rsidRPr="00EE4DF6">
        <w:rPr>
          <w:rFonts w:ascii="Times New Roman" w:hAnsi="Times New Roman" w:cs="Times New Roman" w:hint="cs"/>
          <w:sz w:val="24"/>
          <w:szCs w:val="24"/>
        </w:rPr>
        <w:t xml:space="preserve"> strategi </w:t>
      </w:r>
      <w:proofErr w:type="spellStart"/>
      <w:r w:rsidRPr="00EE4DF6">
        <w:rPr>
          <w:rFonts w:ascii="Times New Roman" w:hAnsi="Times New Roman" w:cs="Times New Roman" w:hint="cs"/>
          <w:sz w:val="24"/>
          <w:szCs w:val="24"/>
        </w:rPr>
        <w:t>adaptasi</w:t>
      </w:r>
      <w:proofErr w:type="spellEnd"/>
      <w:r w:rsidRPr="00EE4DF6">
        <w:rPr>
          <w:rFonts w:ascii="Times New Roman" w:hAnsi="Times New Roman" w:cs="Times New Roman" w:hint="cs"/>
          <w:sz w:val="24"/>
          <w:szCs w:val="24"/>
        </w:rPr>
        <w:t xml:space="preserve"> yang </w:t>
      </w:r>
      <w:proofErr w:type="spellStart"/>
      <w:r w:rsidRPr="00EE4DF6">
        <w:rPr>
          <w:rFonts w:ascii="Times New Roman" w:hAnsi="Times New Roman" w:cs="Times New Roman" w:hint="cs"/>
          <w:sz w:val="24"/>
          <w:szCs w:val="24"/>
        </w:rPr>
        <w:t>diterapkan</w:t>
      </w:r>
      <w:proofErr w:type="spellEnd"/>
      <w:r w:rsidRPr="00EE4DF6">
        <w:rPr>
          <w:rFonts w:ascii="Times New Roman" w:hAnsi="Times New Roman" w:cs="Times New Roman" w:hint="cs"/>
          <w:sz w:val="24"/>
          <w:szCs w:val="24"/>
        </w:rPr>
        <w:t xml:space="preserve"> oleh </w:t>
      </w:r>
      <w:proofErr w:type="spellStart"/>
      <w:r w:rsidRPr="00EE4DF6">
        <w:rPr>
          <w:rFonts w:ascii="Times New Roman" w:hAnsi="Times New Roman" w:cs="Times New Roman" w:hint="cs"/>
          <w:sz w:val="24"/>
          <w:szCs w:val="24"/>
        </w:rPr>
        <w:t>tenaga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kerja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asing</w:t>
      </w:r>
      <w:proofErr w:type="spellEnd"/>
      <w:r w:rsidRPr="00EE4DF6">
        <w:rPr>
          <w:rFonts w:ascii="Times New Roman" w:hAnsi="Times New Roman" w:cs="Times New Roman" w:hint="cs"/>
          <w:sz w:val="24"/>
          <w:szCs w:val="24"/>
        </w:rPr>
        <w:t xml:space="preserve"> di </w:t>
      </w:r>
      <w:proofErr w:type="spellStart"/>
      <w:r w:rsidRPr="00EE4DF6">
        <w:rPr>
          <w:rFonts w:ascii="Times New Roman" w:hAnsi="Times New Roman" w:cs="Times New Roman" w:hint="cs"/>
          <w:sz w:val="24"/>
          <w:szCs w:val="24"/>
        </w:rPr>
        <w:t>lingkungan</w:t>
      </w:r>
      <w:proofErr w:type="spellEnd"/>
      <w:r w:rsidRPr="00EE4DF6">
        <w:rPr>
          <w:rFonts w:ascii="Times New Roman" w:hAnsi="Times New Roman" w:cs="Times New Roman" w:hint="cs"/>
          <w:sz w:val="24"/>
          <w:szCs w:val="24"/>
        </w:rPr>
        <w:t xml:space="preserve"> </w:t>
      </w:r>
      <w:r w:rsidRPr="00EE4DF6">
        <w:rPr>
          <w:rFonts w:ascii="Times New Roman" w:hAnsi="Times New Roman" w:cs="Times New Roman" w:hint="cs"/>
          <w:i/>
          <w:iCs/>
          <w:sz w:val="24"/>
          <w:szCs w:val="24"/>
        </w:rPr>
        <w:t>hospitality</w:t>
      </w:r>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internasional</w:t>
      </w:r>
      <w:proofErr w:type="spellEnd"/>
      <w:r w:rsidRPr="00EE4DF6">
        <w:rPr>
          <w:rFonts w:ascii="Times New Roman" w:hAnsi="Times New Roman" w:cs="Times New Roman" w:hint="cs"/>
          <w:sz w:val="24"/>
          <w:szCs w:val="24"/>
        </w:rPr>
        <w:t xml:space="preserve"> di </w:t>
      </w:r>
      <w:proofErr w:type="spellStart"/>
      <w:r w:rsidRPr="00EE4DF6">
        <w:rPr>
          <w:rFonts w:ascii="Times New Roman" w:hAnsi="Times New Roman" w:cs="Times New Roman" w:hint="cs"/>
          <w:sz w:val="24"/>
          <w:szCs w:val="24"/>
        </w:rPr>
        <w:t>Jepang</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Penelitian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ini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menggunakan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metode</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kualitatif</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deskriptif</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Pengumpulan</w:t>
      </w:r>
      <w:proofErr w:type="spellEnd"/>
      <w:r w:rsidRPr="00EE4DF6">
        <w:rPr>
          <w:rFonts w:ascii="Times New Roman" w:hAnsi="Times New Roman" w:cs="Times New Roman" w:hint="cs"/>
          <w:sz w:val="24"/>
          <w:szCs w:val="24"/>
        </w:rPr>
        <w:t xml:space="preserve"> data </w:t>
      </w:r>
      <w:proofErr w:type="spellStart"/>
      <w:r w:rsidRPr="00EE4DF6">
        <w:rPr>
          <w:rFonts w:ascii="Times New Roman" w:hAnsi="Times New Roman" w:cs="Times New Roman" w:hint="cs"/>
          <w:sz w:val="24"/>
          <w:szCs w:val="24"/>
        </w:rPr>
        <w:t>dilakukan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secara</w:t>
      </w:r>
      <w:proofErr w:type="spellEnd"/>
      <w:r w:rsidRPr="00EE4DF6">
        <w:rPr>
          <w:rFonts w:ascii="Times New Roman" w:hAnsi="Times New Roman" w:cs="Times New Roman" w:hint="cs"/>
          <w:sz w:val="24"/>
          <w:szCs w:val="24"/>
        </w:rPr>
        <w:t xml:space="preserve"> daring </w:t>
      </w:r>
      <w:proofErr w:type="spellStart"/>
      <w:r w:rsidRPr="00EE4DF6">
        <w:rPr>
          <w:rFonts w:ascii="Times New Roman" w:hAnsi="Times New Roman" w:cs="Times New Roman" w:hint="cs"/>
          <w:sz w:val="24"/>
          <w:szCs w:val="24"/>
        </w:rPr>
        <w:t>melalui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kuesioner</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terbuka</w:t>
      </w:r>
      <w:proofErr w:type="spellEnd"/>
      <w:r w:rsidRPr="00EE4DF6">
        <w:rPr>
          <w:rFonts w:ascii="Times New Roman" w:hAnsi="Times New Roman" w:cs="Times New Roman" w:hint="cs"/>
          <w:sz w:val="24"/>
          <w:szCs w:val="24"/>
        </w:rPr>
        <w:t xml:space="preserve"> (</w:t>
      </w:r>
      <w:r w:rsidRPr="00EE4DF6">
        <w:rPr>
          <w:rFonts w:ascii="Times New Roman" w:hAnsi="Times New Roman" w:cs="Times New Roman" w:hint="cs"/>
          <w:i/>
          <w:iCs/>
          <w:sz w:val="24"/>
          <w:szCs w:val="24"/>
        </w:rPr>
        <w:t>open-ended questionnaire</w:t>
      </w:r>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menggunakan</w:t>
      </w:r>
      <w:proofErr w:type="spellEnd"/>
      <w:r w:rsidRPr="00EE4DF6">
        <w:rPr>
          <w:rFonts w:ascii="Times New Roman" w:hAnsi="Times New Roman" w:cs="Times New Roman" w:hint="cs"/>
          <w:sz w:val="24"/>
          <w:szCs w:val="24"/>
        </w:rPr>
        <w:t xml:space="preserve"> Google Form. Data </w:t>
      </w:r>
      <w:proofErr w:type="spellStart"/>
      <w:r w:rsidRPr="00EE4DF6">
        <w:rPr>
          <w:rFonts w:ascii="Times New Roman" w:hAnsi="Times New Roman" w:cs="Times New Roman" w:hint="cs"/>
          <w:sz w:val="24"/>
          <w:szCs w:val="24"/>
        </w:rPr>
        <w:t>dianalisis</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menggunakan</w:t>
      </w:r>
      <w:proofErr w:type="spellEnd"/>
      <w:r w:rsidRPr="00EE4DF6">
        <w:rPr>
          <w:rFonts w:ascii="Times New Roman" w:hAnsi="Times New Roman" w:cs="Times New Roman" w:hint="cs"/>
          <w:sz w:val="24"/>
          <w:szCs w:val="24"/>
        </w:rPr>
        <w:t xml:space="preserve"> model </w:t>
      </w:r>
      <w:proofErr w:type="spellStart"/>
      <w:r w:rsidRPr="00EE4DF6">
        <w:rPr>
          <w:rFonts w:ascii="Times New Roman" w:hAnsi="Times New Roman" w:cs="Times New Roman" w:hint="cs"/>
          <w:sz w:val="24"/>
          <w:szCs w:val="24"/>
        </w:rPr>
        <w:t>analisis</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interaktif</w:t>
      </w:r>
      <w:proofErr w:type="spellEnd"/>
      <w:r w:rsidRPr="00EE4DF6">
        <w:rPr>
          <w:rFonts w:ascii="Times New Roman" w:hAnsi="Times New Roman" w:cs="Times New Roman" w:hint="cs"/>
          <w:sz w:val="24"/>
          <w:szCs w:val="24"/>
        </w:rPr>
        <w:t xml:space="preserve"> yang </w:t>
      </w:r>
      <w:proofErr w:type="spellStart"/>
      <w:r w:rsidRPr="00EE4DF6">
        <w:rPr>
          <w:rFonts w:ascii="Times New Roman" w:hAnsi="Times New Roman" w:cs="Times New Roman" w:hint="cs"/>
          <w:sz w:val="24"/>
          <w:szCs w:val="24"/>
        </w:rPr>
        <w:t>meliputi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kondensasi</w:t>
      </w:r>
      <w:proofErr w:type="spellEnd"/>
      <w:r w:rsidRPr="00EE4DF6">
        <w:rPr>
          <w:rFonts w:ascii="Times New Roman" w:hAnsi="Times New Roman" w:cs="Times New Roman" w:hint="cs"/>
          <w:sz w:val="24"/>
          <w:szCs w:val="24"/>
        </w:rPr>
        <w:t xml:space="preserve"> data, </w:t>
      </w:r>
      <w:proofErr w:type="spellStart"/>
      <w:r w:rsidRPr="00EE4DF6">
        <w:rPr>
          <w:rFonts w:ascii="Times New Roman" w:hAnsi="Times New Roman" w:cs="Times New Roman" w:hint="cs"/>
          <w:sz w:val="24"/>
          <w:szCs w:val="24"/>
        </w:rPr>
        <w:t>penyajian</w:t>
      </w:r>
      <w:proofErr w:type="spellEnd"/>
      <w:r w:rsidRPr="00EE4DF6">
        <w:rPr>
          <w:rFonts w:ascii="Times New Roman" w:hAnsi="Times New Roman" w:cs="Times New Roman" w:hint="cs"/>
          <w:sz w:val="24"/>
          <w:szCs w:val="24"/>
        </w:rPr>
        <w:t xml:space="preserve"> data </w:t>
      </w:r>
      <w:proofErr w:type="spellStart"/>
      <w:r w:rsidRPr="00EE4DF6">
        <w:rPr>
          <w:rFonts w:ascii="Times New Roman" w:hAnsi="Times New Roman" w:cs="Times New Roman" w:hint="cs"/>
          <w:sz w:val="24"/>
          <w:szCs w:val="24"/>
        </w:rPr>
        <w:t>dalam</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matriks</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tema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serta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penarikan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kesimpulan</w:t>
      </w:r>
      <w:proofErr w:type="spellEnd"/>
      <w:r w:rsidRPr="00EE4DF6">
        <w:rPr>
          <w:rFonts w:ascii="Times New Roman" w:hAnsi="Times New Roman" w:cs="Times New Roman" w:hint="cs"/>
          <w:sz w:val="24"/>
          <w:szCs w:val="24"/>
        </w:rPr>
        <w:t xml:space="preserve"> dan </w:t>
      </w:r>
      <w:proofErr w:type="spellStart"/>
      <w:r w:rsidRPr="00EE4DF6">
        <w:rPr>
          <w:rFonts w:ascii="Times New Roman" w:hAnsi="Times New Roman" w:cs="Times New Roman" w:hint="cs"/>
          <w:sz w:val="24"/>
          <w:szCs w:val="24"/>
        </w:rPr>
        <w:t>verifikasi</w:t>
      </w:r>
      <w:proofErr w:type="spellEnd"/>
      <w:r w:rsidRPr="00EE4DF6">
        <w:rPr>
          <w:rFonts w:ascii="Times New Roman" w:hAnsi="Times New Roman" w:cs="Times New Roman" w:hint="cs"/>
          <w:sz w:val="24"/>
          <w:szCs w:val="24"/>
        </w:rPr>
        <w:t xml:space="preserve">. Hasil </w:t>
      </w:r>
      <w:proofErr w:type="spellStart"/>
      <w:r w:rsidRPr="00EE4DF6">
        <w:rPr>
          <w:rFonts w:ascii="Times New Roman" w:hAnsi="Times New Roman" w:cs="Times New Roman" w:hint="cs"/>
          <w:sz w:val="24"/>
          <w:szCs w:val="24"/>
        </w:rPr>
        <w:t>penelitian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menunjukkan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bahwa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tantangan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bahasa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terutama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berkaitan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dengan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keterbatasan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penggunaan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bahasa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hormat</w:t>
      </w:r>
      <w:proofErr w:type="spellEnd"/>
      <w:r w:rsidRPr="00EE4DF6">
        <w:rPr>
          <w:rFonts w:ascii="Times New Roman" w:hAnsi="Times New Roman" w:cs="Times New Roman" w:hint="cs"/>
          <w:sz w:val="24"/>
          <w:szCs w:val="24"/>
        </w:rPr>
        <w:t xml:space="preserve"> (</w:t>
      </w:r>
      <w:r w:rsidRPr="00EE4DF6">
        <w:rPr>
          <w:rFonts w:ascii="Times New Roman" w:hAnsi="Times New Roman" w:cs="Times New Roman" w:hint="cs"/>
          <w:i/>
          <w:iCs/>
          <w:sz w:val="24"/>
          <w:szCs w:val="24"/>
        </w:rPr>
        <w:t>Keigo/</w:t>
      </w:r>
      <w:proofErr w:type="spellStart"/>
      <w:r w:rsidRPr="00EE4DF6">
        <w:rPr>
          <w:rFonts w:ascii="Times New Roman" w:hAnsi="Times New Roman" w:cs="Times New Roman" w:hint="cs"/>
          <w:i/>
          <w:iCs/>
          <w:sz w:val="24"/>
          <w:szCs w:val="24"/>
        </w:rPr>
        <w:t>Teineigo</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kosakata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teknis</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perhotelan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kecepatan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berbicara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staf</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lokal</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serta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perbedaan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dialek</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daerah</w:t>
      </w:r>
      <w:proofErr w:type="spellEnd"/>
      <w:r w:rsidRPr="00EE4DF6">
        <w:rPr>
          <w:rFonts w:ascii="Times New Roman" w:hAnsi="Times New Roman" w:cs="Times New Roman" w:hint="cs"/>
          <w:sz w:val="24"/>
          <w:szCs w:val="24"/>
        </w:rPr>
        <w:t xml:space="preserve">. Dalam </w:t>
      </w:r>
      <w:proofErr w:type="spellStart"/>
      <w:r w:rsidRPr="00EE4DF6">
        <w:rPr>
          <w:rFonts w:ascii="Times New Roman" w:hAnsi="Times New Roman" w:cs="Times New Roman" w:hint="cs"/>
          <w:sz w:val="24"/>
          <w:szCs w:val="24"/>
        </w:rPr>
        <w:t>aspek</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etika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kerja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tenaga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kerja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asing</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menghadapi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tuntutan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ritme</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kerja</w:t>
      </w:r>
      <w:proofErr w:type="spellEnd"/>
      <w:r w:rsidRPr="00EE4DF6">
        <w:rPr>
          <w:rFonts w:ascii="Times New Roman" w:hAnsi="Times New Roman" w:cs="Times New Roman" w:hint="cs"/>
          <w:sz w:val="24"/>
          <w:szCs w:val="24"/>
        </w:rPr>
        <w:t xml:space="preserve"> yang </w:t>
      </w:r>
      <w:proofErr w:type="spellStart"/>
      <w:r w:rsidRPr="00EE4DF6">
        <w:rPr>
          <w:rFonts w:ascii="Times New Roman" w:hAnsi="Times New Roman" w:cs="Times New Roman" w:hint="cs"/>
          <w:sz w:val="24"/>
          <w:szCs w:val="24"/>
        </w:rPr>
        <w:t>cepat</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ketelitian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kedisiplinan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waktu</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serta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penerapan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nilai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pelayanan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i/>
          <w:iCs/>
          <w:sz w:val="24"/>
          <w:szCs w:val="24"/>
        </w:rPr>
        <w:t>Omotenashi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Sementara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itu</w:t>
      </w:r>
      <w:proofErr w:type="spellEnd"/>
      <w:r w:rsidRPr="00EE4DF6">
        <w:rPr>
          <w:rFonts w:ascii="Times New Roman" w:hAnsi="Times New Roman" w:cs="Times New Roman" w:hint="cs"/>
          <w:sz w:val="24"/>
          <w:szCs w:val="24"/>
        </w:rPr>
        <w:t xml:space="preserve">, strategi </w:t>
      </w:r>
      <w:proofErr w:type="spellStart"/>
      <w:r w:rsidRPr="00EE4DF6">
        <w:rPr>
          <w:rFonts w:ascii="Times New Roman" w:hAnsi="Times New Roman" w:cs="Times New Roman" w:hint="cs"/>
          <w:sz w:val="24"/>
          <w:szCs w:val="24"/>
        </w:rPr>
        <w:t>adaptasi</w:t>
      </w:r>
      <w:proofErr w:type="spellEnd"/>
      <w:r w:rsidRPr="00EE4DF6">
        <w:rPr>
          <w:rFonts w:ascii="Times New Roman" w:hAnsi="Times New Roman" w:cs="Times New Roman" w:hint="cs"/>
          <w:sz w:val="24"/>
          <w:szCs w:val="24"/>
        </w:rPr>
        <w:t xml:space="preserve"> yang </w:t>
      </w:r>
      <w:proofErr w:type="spellStart"/>
      <w:r w:rsidRPr="00EE4DF6">
        <w:rPr>
          <w:rFonts w:ascii="Times New Roman" w:hAnsi="Times New Roman" w:cs="Times New Roman" w:hint="cs"/>
          <w:sz w:val="24"/>
          <w:szCs w:val="24"/>
        </w:rPr>
        <w:t>diterapkan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meliputi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komunikasi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aktif</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dengan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staf</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lokal</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pencatatan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kosakata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secara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mandiri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serta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melakukan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konfirmasi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terhadap</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instruksi</w:t>
      </w:r>
      <w:proofErr w:type="spellEnd"/>
      <w:r w:rsidRPr="00EE4DF6">
        <w:rPr>
          <w:rFonts w:ascii="Times New Roman" w:hAnsi="Times New Roman" w:cs="Times New Roman" w:hint="cs"/>
          <w:sz w:val="24"/>
          <w:szCs w:val="24"/>
        </w:rPr>
        <w:t xml:space="preserve"> yang </w:t>
      </w:r>
      <w:proofErr w:type="spellStart"/>
      <w:r w:rsidRPr="00EE4DF6">
        <w:rPr>
          <w:rFonts w:ascii="Times New Roman" w:hAnsi="Times New Roman" w:cs="Times New Roman" w:hint="cs"/>
          <w:sz w:val="24"/>
          <w:szCs w:val="24"/>
        </w:rPr>
        <w:t>belum</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dipahami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Dukungan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rekan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kerja</w:t>
      </w:r>
      <w:proofErr w:type="spellEnd"/>
      <w:r w:rsidRPr="00EE4DF6">
        <w:rPr>
          <w:rFonts w:ascii="Times New Roman" w:hAnsi="Times New Roman" w:cs="Times New Roman" w:hint="cs"/>
          <w:sz w:val="24"/>
          <w:szCs w:val="24"/>
        </w:rPr>
        <w:t xml:space="preserve"> juga </w:t>
      </w:r>
      <w:proofErr w:type="spellStart"/>
      <w:r w:rsidRPr="00EE4DF6">
        <w:rPr>
          <w:rFonts w:ascii="Times New Roman" w:hAnsi="Times New Roman" w:cs="Times New Roman" w:hint="cs"/>
          <w:sz w:val="24"/>
          <w:szCs w:val="24"/>
        </w:rPr>
        <w:t>menjadi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faktor</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penting</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dalam</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membantu</w:t>
      </w:r>
      <w:proofErr w:type="spellEnd"/>
      <w:r w:rsidRPr="00EE4DF6">
        <w:rPr>
          <w:rFonts w:ascii="Times New Roman" w:hAnsi="Times New Roman" w:cs="Times New Roman" w:hint="cs"/>
          <w:sz w:val="24"/>
          <w:szCs w:val="24"/>
        </w:rPr>
        <w:t xml:space="preserve"> proses </w:t>
      </w:r>
      <w:proofErr w:type="spellStart"/>
      <w:r w:rsidRPr="00EE4DF6">
        <w:rPr>
          <w:rFonts w:ascii="Times New Roman" w:hAnsi="Times New Roman" w:cs="Times New Roman" w:hint="cs"/>
          <w:sz w:val="24"/>
          <w:szCs w:val="24"/>
        </w:rPr>
        <w:t>adaptasi</w:t>
      </w:r>
      <w:proofErr w:type="spellEnd"/>
      <w:r w:rsidRPr="00EE4DF6">
        <w:rPr>
          <w:rFonts w:ascii="Times New Roman" w:hAnsi="Times New Roman" w:cs="Times New Roman" w:hint="cs"/>
          <w:sz w:val="24"/>
          <w:szCs w:val="24"/>
        </w:rPr>
        <w:t xml:space="preserve"> di </w:t>
      </w:r>
      <w:proofErr w:type="spellStart"/>
      <w:r w:rsidRPr="00EE4DF6">
        <w:rPr>
          <w:rFonts w:ascii="Times New Roman" w:hAnsi="Times New Roman" w:cs="Times New Roman" w:hint="cs"/>
          <w:sz w:val="24"/>
          <w:szCs w:val="24"/>
        </w:rPr>
        <w:t>lingkungan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kerja</w:t>
      </w:r>
      <w:proofErr w:type="spellEnd"/>
      <w:r w:rsidRPr="00EE4DF6">
        <w:rPr>
          <w:rFonts w:ascii="Times New Roman" w:hAnsi="Times New Roman" w:cs="Times New Roman" w:hint="cs"/>
          <w:sz w:val="24"/>
          <w:szCs w:val="24"/>
        </w:rPr>
        <w:t xml:space="preserve"> hotel di </w:t>
      </w:r>
      <w:proofErr w:type="spellStart"/>
      <w:r w:rsidRPr="00EE4DF6">
        <w:rPr>
          <w:rFonts w:ascii="Times New Roman" w:hAnsi="Times New Roman" w:cs="Times New Roman" w:hint="cs"/>
          <w:sz w:val="24"/>
          <w:szCs w:val="24"/>
        </w:rPr>
        <w:t>Jepang</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Berdasarkan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hasil</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penelitian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keberhasilan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komunikasi</w:t>
      </w:r>
      <w:proofErr w:type="spellEnd"/>
      <w:r w:rsidRPr="00EE4DF6">
        <w:rPr>
          <w:rFonts w:ascii="Times New Roman" w:hAnsi="Times New Roman" w:cs="Times New Roman" w:hint="cs"/>
          <w:sz w:val="24"/>
          <w:szCs w:val="24"/>
        </w:rPr>
        <w:t xml:space="preserve"> dan </w:t>
      </w:r>
      <w:proofErr w:type="spellStart"/>
      <w:r w:rsidRPr="00EE4DF6">
        <w:rPr>
          <w:rFonts w:ascii="Times New Roman" w:hAnsi="Times New Roman" w:cs="Times New Roman" w:hint="cs"/>
          <w:sz w:val="24"/>
          <w:szCs w:val="24"/>
        </w:rPr>
        <w:t>adaptasi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tenaga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kerja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asing</w:t>
      </w:r>
      <w:proofErr w:type="spellEnd"/>
      <w:r w:rsidRPr="00EE4DF6">
        <w:rPr>
          <w:rFonts w:ascii="Times New Roman" w:hAnsi="Times New Roman" w:cs="Times New Roman" w:hint="cs"/>
          <w:sz w:val="24"/>
          <w:szCs w:val="24"/>
        </w:rPr>
        <w:t xml:space="preserve"> di </w:t>
      </w:r>
      <w:proofErr w:type="spellStart"/>
      <w:r w:rsidRPr="00EE4DF6">
        <w:rPr>
          <w:rFonts w:ascii="Times New Roman" w:hAnsi="Times New Roman" w:cs="Times New Roman" w:hint="cs"/>
          <w:sz w:val="24"/>
          <w:szCs w:val="24"/>
        </w:rPr>
        <w:t>lingkungan</w:t>
      </w:r>
      <w:proofErr w:type="spellEnd"/>
      <w:r w:rsidRPr="00EE4DF6">
        <w:rPr>
          <w:rFonts w:ascii="Times New Roman" w:hAnsi="Times New Roman" w:cs="Times New Roman" w:hint="cs"/>
          <w:sz w:val="24"/>
          <w:szCs w:val="24"/>
        </w:rPr>
        <w:t xml:space="preserve"> </w:t>
      </w:r>
      <w:r w:rsidRPr="00EE4DF6">
        <w:rPr>
          <w:rFonts w:ascii="Times New Roman" w:hAnsi="Times New Roman" w:cs="Times New Roman" w:hint="cs"/>
          <w:i/>
          <w:iCs/>
          <w:sz w:val="24"/>
          <w:szCs w:val="24"/>
        </w:rPr>
        <w:t>hospitality</w:t>
      </w:r>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Jepang</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tidak</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hanya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dipengaruhi</w:t>
      </w:r>
      <w:proofErr w:type="spellEnd"/>
      <w:r w:rsidRPr="00EE4DF6">
        <w:rPr>
          <w:rFonts w:ascii="Times New Roman" w:hAnsi="Times New Roman" w:cs="Times New Roman" w:hint="cs"/>
          <w:sz w:val="24"/>
          <w:szCs w:val="24"/>
        </w:rPr>
        <w:t xml:space="preserve"> oleh </w:t>
      </w:r>
      <w:proofErr w:type="spellStart"/>
      <w:r w:rsidRPr="00EE4DF6">
        <w:rPr>
          <w:rFonts w:ascii="Times New Roman" w:hAnsi="Times New Roman" w:cs="Times New Roman" w:hint="cs"/>
          <w:sz w:val="24"/>
          <w:szCs w:val="24"/>
        </w:rPr>
        <w:t>kemampuan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bahasa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tetapi</w:t>
      </w:r>
      <w:proofErr w:type="spellEnd"/>
      <w:r w:rsidRPr="00EE4DF6">
        <w:rPr>
          <w:rFonts w:ascii="Times New Roman" w:hAnsi="Times New Roman" w:cs="Times New Roman" w:hint="cs"/>
          <w:sz w:val="24"/>
          <w:szCs w:val="24"/>
        </w:rPr>
        <w:t xml:space="preserve"> juga oleh </w:t>
      </w:r>
      <w:proofErr w:type="spellStart"/>
      <w:r w:rsidRPr="00EE4DF6">
        <w:rPr>
          <w:rFonts w:ascii="Times New Roman" w:hAnsi="Times New Roman" w:cs="Times New Roman" w:hint="cs"/>
          <w:sz w:val="24"/>
          <w:szCs w:val="24"/>
        </w:rPr>
        <w:t>pemahaman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terhadap</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etika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kerja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Jepang</w:t>
      </w:r>
      <w:proofErr w:type="spellEnd"/>
      <w:r w:rsidRPr="00EE4DF6">
        <w:rPr>
          <w:rFonts w:ascii="Times New Roman" w:hAnsi="Times New Roman" w:cs="Times New Roman" w:hint="cs"/>
          <w:sz w:val="24"/>
          <w:szCs w:val="24"/>
        </w:rPr>
        <w:t xml:space="preserve"> dan </w:t>
      </w:r>
      <w:proofErr w:type="spellStart"/>
      <w:r w:rsidRPr="00EE4DF6">
        <w:rPr>
          <w:rFonts w:ascii="Times New Roman" w:hAnsi="Times New Roman" w:cs="Times New Roman" w:hint="cs"/>
          <w:sz w:val="24"/>
          <w:szCs w:val="24"/>
        </w:rPr>
        <w:t>kemampuan</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menerapkan</w:t>
      </w:r>
      <w:proofErr w:type="spellEnd"/>
      <w:r w:rsidRPr="00EE4DF6">
        <w:rPr>
          <w:rFonts w:ascii="Times New Roman" w:hAnsi="Times New Roman" w:cs="Times New Roman" w:hint="cs"/>
          <w:sz w:val="24"/>
          <w:szCs w:val="24"/>
        </w:rPr>
        <w:t xml:space="preserve"> strategi </w:t>
      </w:r>
      <w:proofErr w:type="spellStart"/>
      <w:r w:rsidRPr="00EE4DF6">
        <w:rPr>
          <w:rFonts w:ascii="Times New Roman" w:hAnsi="Times New Roman" w:cs="Times New Roman" w:hint="cs"/>
          <w:sz w:val="24"/>
          <w:szCs w:val="24"/>
        </w:rPr>
        <w:t>adaptasi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secara</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aktif</w:t>
      </w:r>
      <w:proofErr w:type="spellEnd"/>
      <w:r w:rsidRPr="00EE4DF6">
        <w:rPr>
          <w:rFonts w:ascii="Times New Roman" w:hAnsi="Times New Roman" w:cs="Times New Roman" w:hint="cs"/>
          <w:sz w:val="24"/>
          <w:szCs w:val="24"/>
        </w:rPr>
        <w:t>.</w:t>
      </w:r>
    </w:p>
    <w:p w14:paraId="100BA3BA" w14:textId="77777777" w:rsidR="00EE4DF6" w:rsidRPr="00EE4DF6" w:rsidRDefault="00EE4DF6" w:rsidP="00EE4DF6">
      <w:pPr>
        <w:autoSpaceDE w:val="0"/>
        <w:autoSpaceDN w:val="0"/>
        <w:adjustRightInd w:val="0"/>
        <w:spacing w:after="0" w:line="240" w:lineRule="auto"/>
        <w:rPr>
          <w:rFonts w:ascii="Times New Roman" w:hAnsi="Times New Roman" w:cs="Times New Roman"/>
          <w:sz w:val="24"/>
          <w:szCs w:val="24"/>
        </w:rPr>
      </w:pPr>
    </w:p>
    <w:p w14:paraId="2994C1E1" w14:textId="77777777" w:rsidR="00EE4DF6" w:rsidRPr="00EE4DF6" w:rsidRDefault="00EE4DF6" w:rsidP="00EE4DF6">
      <w:pPr>
        <w:autoSpaceDE w:val="0"/>
        <w:autoSpaceDN w:val="0"/>
        <w:adjustRightInd w:val="0"/>
        <w:spacing w:after="0" w:line="240" w:lineRule="auto"/>
        <w:rPr>
          <w:rFonts w:ascii="Times New Roman" w:hAnsi="Times New Roman" w:cs="Times New Roman"/>
          <w:sz w:val="24"/>
          <w:szCs w:val="24"/>
        </w:rPr>
      </w:pPr>
      <w:r w:rsidRPr="00EE4DF6">
        <w:rPr>
          <w:rFonts w:ascii="Times New Roman" w:hAnsi="Times New Roman" w:cs="Times New Roman" w:hint="cs"/>
          <w:sz w:val="24"/>
          <w:szCs w:val="24"/>
        </w:rPr>
        <w:t xml:space="preserve">Kata Kunci: </w:t>
      </w:r>
      <w:proofErr w:type="spellStart"/>
      <w:r w:rsidRPr="00EE4DF6">
        <w:rPr>
          <w:rFonts w:ascii="Times New Roman" w:hAnsi="Times New Roman" w:cs="Times New Roman" w:hint="cs"/>
          <w:sz w:val="24"/>
          <w:szCs w:val="24"/>
        </w:rPr>
        <w:t>Komunikasi</w:t>
      </w:r>
      <w:proofErr w:type="spellEnd"/>
      <w:r w:rsidRPr="00EE4DF6">
        <w:rPr>
          <w:rFonts w:ascii="Times New Roman" w:hAnsi="Times New Roman" w:cs="Times New Roman" w:hint="cs"/>
          <w:sz w:val="24"/>
          <w:szCs w:val="24"/>
        </w:rPr>
        <w:t xml:space="preserve"> </w:t>
      </w:r>
      <w:proofErr w:type="spellStart"/>
      <w:r w:rsidRPr="00EE4DF6">
        <w:rPr>
          <w:rFonts w:ascii="Times New Roman" w:hAnsi="Times New Roman" w:cs="Times New Roman" w:hint="cs"/>
          <w:sz w:val="24"/>
          <w:szCs w:val="24"/>
        </w:rPr>
        <w:t>Antarbudaya</w:t>
      </w:r>
      <w:proofErr w:type="spellEnd"/>
      <w:r w:rsidRPr="00EE4DF6">
        <w:rPr>
          <w:rFonts w:ascii="Times New Roman" w:hAnsi="Times New Roman" w:cs="Times New Roman" w:hint="cs"/>
          <w:sz w:val="24"/>
          <w:szCs w:val="24"/>
        </w:rPr>
        <w:t xml:space="preserve">, Tenaga </w:t>
      </w:r>
      <w:proofErr w:type="spellStart"/>
      <w:r w:rsidRPr="00EE4DF6">
        <w:rPr>
          <w:rFonts w:ascii="Times New Roman" w:hAnsi="Times New Roman" w:cs="Times New Roman" w:hint="cs"/>
          <w:sz w:val="24"/>
          <w:szCs w:val="24"/>
        </w:rPr>
        <w:t>Kerja</w:t>
      </w:r>
      <w:proofErr w:type="spellEnd"/>
      <w:r w:rsidRPr="00EE4DF6">
        <w:rPr>
          <w:rFonts w:ascii="Times New Roman" w:hAnsi="Times New Roman" w:cs="Times New Roman" w:hint="cs"/>
          <w:sz w:val="24"/>
          <w:szCs w:val="24"/>
        </w:rPr>
        <w:t xml:space="preserve"> Asing, </w:t>
      </w:r>
      <w:proofErr w:type="spellStart"/>
      <w:r w:rsidRPr="00EE4DF6">
        <w:rPr>
          <w:rFonts w:ascii="Times New Roman" w:hAnsi="Times New Roman" w:cs="Times New Roman" w:hint="cs"/>
          <w:sz w:val="24"/>
          <w:szCs w:val="24"/>
        </w:rPr>
        <w:t>Perhotelan</w:t>
      </w:r>
      <w:proofErr w:type="spellEnd"/>
      <w:r w:rsidRPr="00EE4DF6">
        <w:rPr>
          <w:rFonts w:ascii="Times New Roman" w:hAnsi="Times New Roman" w:cs="Times New Roman" w:hint="cs"/>
          <w:sz w:val="24"/>
          <w:szCs w:val="24"/>
        </w:rPr>
        <w:t xml:space="preserve"> Jepang, Etika Kerja, Strategi Adaptasi.</w:t>
      </w:r>
    </w:p>
    <w:p w14:paraId="4ADEAE21" w14:textId="77777777" w:rsidR="00EE4DF6" w:rsidRPr="00EE4DF6" w:rsidRDefault="00EE4DF6" w:rsidP="00EE4DF6">
      <w:pPr>
        <w:spacing w:after="0" w:line="240" w:lineRule="auto"/>
        <w:jc w:val="center"/>
        <w:rPr>
          <w:rFonts w:ascii="Times New Roman" w:hAnsi="Times New Roman" w:cs="Times New Roman"/>
          <w:sz w:val="24"/>
          <w:szCs w:val="24"/>
          <w:lang w:eastAsia="ja-JP"/>
        </w:rPr>
      </w:pPr>
    </w:p>
    <w:p w14:paraId="5BCAF636" w14:textId="77777777" w:rsidR="00266F2A" w:rsidRPr="001E2C7D" w:rsidRDefault="00266F2A" w:rsidP="00EE4DF6">
      <w:pPr>
        <w:jc w:val="both"/>
        <w:rPr>
          <w:rFonts w:ascii="Times New Roman" w:hAnsi="Times New Roman"/>
          <w:b/>
          <w:sz w:val="24"/>
          <w:szCs w:val="24"/>
          <w:lang w:eastAsia="ja-JP"/>
        </w:rPr>
      </w:pPr>
      <w:r w:rsidRPr="001E2C7D">
        <w:rPr>
          <w:rFonts w:ascii="Times New Roman" w:hAnsi="Times New Roman"/>
          <w:b/>
          <w:sz w:val="24"/>
          <w:szCs w:val="24"/>
          <w:lang w:eastAsia="ja-JP"/>
        </w:rPr>
        <w:br w:type="page"/>
      </w:r>
    </w:p>
    <w:p w14:paraId="145467BC" w14:textId="77777777" w:rsidR="00EE4DF6" w:rsidRPr="00D51FE4" w:rsidRDefault="00EE4DF6" w:rsidP="00D51FE4">
      <w:pPr>
        <w:pStyle w:val="Heading1"/>
        <w:jc w:val="center"/>
        <w:rPr>
          <w:rFonts w:ascii="MS Mincho" w:eastAsia="MS Mincho" w:hAnsi="MS Mincho" w:cs="Times New Roman"/>
          <w:color w:val="auto"/>
          <w:sz w:val="24"/>
          <w:szCs w:val="24"/>
          <w:lang w:eastAsia="ja-JP"/>
        </w:rPr>
      </w:pPr>
      <w:bookmarkStart w:id="6" w:name="_Toc238448279"/>
      <w:r w:rsidRPr="00D51FE4">
        <w:rPr>
          <w:rFonts w:ascii="MS Mincho" w:eastAsia="MS Mincho" w:hAnsi="MS Mincho" w:cs="Times New Roman"/>
          <w:color w:val="auto"/>
          <w:sz w:val="24"/>
          <w:szCs w:val="24"/>
          <w:lang w:eastAsia="ja-JP"/>
        </w:rPr>
        <w:t>要旨</w:t>
      </w:r>
      <w:bookmarkEnd w:id="6"/>
    </w:p>
    <w:p w14:paraId="051C6347" w14:textId="77777777" w:rsidR="00EE4DF6" w:rsidRDefault="00EE4DF6" w:rsidP="00EE4DF6">
      <w:pPr>
        <w:autoSpaceDE w:val="0"/>
        <w:autoSpaceDN w:val="0"/>
        <w:adjustRightInd w:val="0"/>
        <w:spacing w:after="0" w:line="240" w:lineRule="auto"/>
        <w:jc w:val="center"/>
        <w:rPr>
          <w:rFonts w:ascii="AppleSystemUIFont" w:hAnsi="AppleSystemUIFont" w:cs="AppleSystemUIFont"/>
          <w:b/>
          <w:bCs/>
          <w:sz w:val="24"/>
          <w:szCs w:val="24"/>
          <w:lang w:eastAsia="ja-JP"/>
        </w:rPr>
      </w:pPr>
    </w:p>
    <w:p w14:paraId="2D195550" w14:textId="77777777" w:rsidR="00EE4DF6" w:rsidRDefault="00EE4DF6" w:rsidP="00EE4DF6">
      <w:pPr>
        <w:autoSpaceDE w:val="0"/>
        <w:autoSpaceDN w:val="0"/>
        <w:adjustRightInd w:val="0"/>
        <w:spacing w:after="0" w:line="240" w:lineRule="auto"/>
        <w:jc w:val="center"/>
        <w:rPr>
          <w:rFonts w:ascii="AppleSystemUIFont" w:hAnsi="AppleSystemUIFont" w:cs="AppleSystemUIFont"/>
          <w:b/>
          <w:bCs/>
          <w:sz w:val="24"/>
          <w:szCs w:val="24"/>
          <w:lang w:eastAsia="ja-JP"/>
        </w:rPr>
      </w:pPr>
    </w:p>
    <w:p w14:paraId="3FEAB295" w14:textId="77777777" w:rsidR="00EE4DF6" w:rsidRPr="00EE4DF6" w:rsidRDefault="00EE4DF6" w:rsidP="00D51FE4">
      <w:pPr>
        <w:autoSpaceDE w:val="0"/>
        <w:autoSpaceDN w:val="0"/>
        <w:adjustRightInd w:val="0"/>
        <w:spacing w:line="240" w:lineRule="auto"/>
        <w:jc w:val="both"/>
        <w:rPr>
          <w:rFonts w:asciiTheme="minorEastAsia" w:hAnsiTheme="minorEastAsia" w:cs="AppleSystemUIFont"/>
          <w:sz w:val="26"/>
          <w:szCs w:val="26"/>
          <w:lang w:eastAsia="ja-JP"/>
        </w:rPr>
      </w:pPr>
      <w:r w:rsidRPr="00EE4DF6">
        <w:rPr>
          <w:rFonts w:asciiTheme="minorEastAsia" w:hAnsiTheme="minorEastAsia" w:cs="AppleSystemUIFont"/>
          <w:sz w:val="26"/>
          <w:szCs w:val="26"/>
          <w:lang w:eastAsia="ja-JP"/>
        </w:rPr>
        <w:t>グローバル化の進展に伴い、日本の接客・宿泊業界では、多文化的なサービスを支えるために外国人労働者を受け入れている。しかし、文化的背景、言語、価値観、労働倫理の違いは、職場におけるコミュニケーションや適応の過程において障壁となる可能性がある。本研究は、日本の国際的な接客・宿泊環境において、外国人労働者が直面する言語的課題、日本の労働倫理の影響、および適応戦略を分析することを目的とする。本研究では、記述的質的研究法を用いた。データの収集は、電子的な自由記述式質問票を用いてオンラインで実施した。データは、データの凝縮、主題別の整理と提示、結論の導出および検証からなる相互作用的分析モデルを用いて分析した。研究結果から、言語的課題は主に、敬語・丁寧語の使用、宿泊業務に関する専門用語、現地職員の話す速度、および地域による方言の違いに関連していることが明らかになった。労働倫理の面では、外国人労働者は、迅速な業務遂行、正確性、時間厳守、およびおもてなしの価値を実践することを求められていた。一方、適応戦略として、現地職員との積極的なコミュニケーション、新しい語彙の自主的な記録と学習、ならびに理解できない業務指示に対する確認が行われていた。また、同僚からの支援も、日本のホテル環境への適応を促進する重要な要因となっていた。以上の結果から、日本の接客・宿泊環境における外国人労働者のコミュニケーションと適応の成功には、日本語能力だけでなく、日本の労働倫理に対する理解と、適応戦略を積極的に実践する能力も重要であることが明らかになった。</w:t>
      </w:r>
    </w:p>
    <w:p w14:paraId="29D1D3C6" w14:textId="77777777" w:rsidR="00183D3A" w:rsidRDefault="00EE4DF6" w:rsidP="00D51FE4">
      <w:pPr>
        <w:autoSpaceDE w:val="0"/>
        <w:autoSpaceDN w:val="0"/>
        <w:adjustRightInd w:val="0"/>
        <w:spacing w:after="0" w:line="240" w:lineRule="auto"/>
        <w:jc w:val="both"/>
        <w:rPr>
          <w:rFonts w:ascii="Times New Roman" w:hAnsi="Times New Roman"/>
          <w:b/>
          <w:sz w:val="28"/>
          <w:lang w:eastAsia="ja-JP"/>
        </w:rPr>
      </w:pPr>
      <w:r w:rsidRPr="00EE4DF6">
        <w:rPr>
          <w:rFonts w:asciiTheme="minorEastAsia" w:hAnsiTheme="minorEastAsia" w:cs="AppleExternalUIFontJapanese-W6" w:hint="eastAsia"/>
          <w:sz w:val="26"/>
          <w:szCs w:val="26"/>
          <w:lang w:eastAsia="ja-JP"/>
        </w:rPr>
        <w:t>キーワード：</w:t>
      </w:r>
      <w:r w:rsidRPr="00EE4DF6">
        <w:rPr>
          <w:rFonts w:asciiTheme="minorEastAsia" w:hAnsiTheme="minorEastAsia" w:cs="AppleSystemUIFont"/>
          <w:sz w:val="26"/>
          <w:szCs w:val="26"/>
          <w:lang w:eastAsia="ja-JP"/>
        </w:rPr>
        <w:t xml:space="preserve"> </w:t>
      </w:r>
      <w:r w:rsidRPr="00EE4DF6">
        <w:rPr>
          <w:rFonts w:asciiTheme="minorEastAsia" w:hAnsiTheme="minorEastAsia" w:cs="AppleExternalUIFontJapanese-W3" w:hint="eastAsia"/>
          <w:sz w:val="26"/>
          <w:szCs w:val="26"/>
          <w:lang w:eastAsia="ja-JP"/>
        </w:rPr>
        <w:t>異文化コミュニケーション、外国人労働者、日本の宿泊業、労働倫理、適応戦略</w:t>
      </w:r>
    </w:p>
    <w:p w14:paraId="71B61E01" w14:textId="77777777" w:rsidR="00266F2A" w:rsidRDefault="00266F2A" w:rsidP="00AA268C">
      <w:pPr>
        <w:pStyle w:val="Heading1"/>
        <w:spacing w:line="360" w:lineRule="auto"/>
        <w:ind w:right="7"/>
        <w:jc w:val="center"/>
        <w:rPr>
          <w:rFonts w:ascii="Times New Roman" w:hAnsi="Times New Roman" w:cs="Times New Roman"/>
          <w:color w:val="auto"/>
          <w:lang w:eastAsia="ja-JP"/>
        </w:rPr>
        <w:sectPr w:rsidR="00266F2A" w:rsidSect="00EB64E7">
          <w:footerReference w:type="even" r:id="rId12"/>
          <w:footerReference w:type="default" r:id="rId13"/>
          <w:pgSz w:w="11906" w:h="16838" w:code="9"/>
          <w:pgMar w:top="1701" w:right="1699" w:bottom="1699" w:left="2268" w:header="720" w:footer="720" w:gutter="0"/>
          <w:pgNumType w:fmt="lowerRoman"/>
          <w:cols w:space="720"/>
          <w:titlePg/>
          <w:docGrid w:linePitch="360"/>
        </w:sectPr>
      </w:pPr>
    </w:p>
    <w:p w14:paraId="72AA0CB6" w14:textId="77777777" w:rsidR="002A1843" w:rsidRPr="00EB64E7" w:rsidRDefault="00156FA5" w:rsidP="00266F2A">
      <w:pPr>
        <w:pStyle w:val="Heading1"/>
        <w:spacing w:before="0" w:line="360" w:lineRule="auto"/>
        <w:ind w:right="7"/>
        <w:jc w:val="center"/>
        <w:rPr>
          <w:rFonts w:ascii="Times New Roman" w:hAnsi="Times New Roman" w:cs="Times New Roman"/>
          <w:color w:val="auto"/>
          <w:sz w:val="24"/>
          <w:szCs w:val="24"/>
        </w:rPr>
      </w:pPr>
      <w:bookmarkStart w:id="7" w:name="_Toc235679952"/>
      <w:bookmarkStart w:id="8" w:name="_Toc236409605"/>
      <w:bookmarkStart w:id="9" w:name="_Toc238410159"/>
      <w:bookmarkStart w:id="10" w:name="_Toc238448280"/>
      <w:r w:rsidRPr="00EB64E7">
        <w:rPr>
          <w:rFonts w:ascii="Times New Roman" w:hAnsi="Times New Roman" w:cs="Times New Roman"/>
          <w:color w:val="auto"/>
          <w:sz w:val="24"/>
          <w:szCs w:val="24"/>
        </w:rPr>
        <w:t>BAB I</w:t>
      </w:r>
      <w:bookmarkEnd w:id="7"/>
      <w:bookmarkEnd w:id="8"/>
      <w:bookmarkEnd w:id="9"/>
      <w:bookmarkEnd w:id="10"/>
      <w:r w:rsidR="00183D3A" w:rsidRPr="00EB64E7">
        <w:rPr>
          <w:rFonts w:ascii="Times New Roman" w:hAnsi="Times New Roman" w:cs="Times New Roman"/>
          <w:color w:val="auto"/>
          <w:sz w:val="24"/>
          <w:szCs w:val="24"/>
        </w:rPr>
        <w:t xml:space="preserve"> </w:t>
      </w:r>
    </w:p>
    <w:p w14:paraId="00B6A82B" w14:textId="77777777" w:rsidR="006006FE" w:rsidRPr="00EB64E7" w:rsidRDefault="00156FA5" w:rsidP="00266F2A">
      <w:pPr>
        <w:pStyle w:val="Heading1"/>
        <w:spacing w:before="0" w:line="360" w:lineRule="auto"/>
        <w:ind w:right="7"/>
        <w:jc w:val="center"/>
        <w:rPr>
          <w:rFonts w:ascii="Times New Roman" w:hAnsi="Times New Roman" w:cs="Times New Roman"/>
          <w:color w:val="auto"/>
          <w:sz w:val="24"/>
          <w:szCs w:val="24"/>
        </w:rPr>
      </w:pPr>
      <w:bookmarkStart w:id="11" w:name="_Toc238448281"/>
      <w:r w:rsidRPr="00EB64E7">
        <w:rPr>
          <w:rFonts w:ascii="Times New Roman" w:hAnsi="Times New Roman" w:cs="Times New Roman"/>
          <w:color w:val="auto"/>
          <w:sz w:val="24"/>
          <w:szCs w:val="24"/>
        </w:rPr>
        <w:t>PENDAHULUAN</w:t>
      </w:r>
      <w:bookmarkEnd w:id="11"/>
    </w:p>
    <w:p w14:paraId="7A5E2B72" w14:textId="77777777" w:rsidR="006006FE" w:rsidRPr="00AA268C" w:rsidRDefault="00156FA5">
      <w:pPr>
        <w:pStyle w:val="Heading2"/>
        <w:numPr>
          <w:ilvl w:val="0"/>
          <w:numId w:val="10"/>
        </w:numPr>
        <w:spacing w:line="360" w:lineRule="auto"/>
        <w:ind w:left="284"/>
        <w:rPr>
          <w:rFonts w:ascii="Times New Roman" w:hAnsi="Times New Roman" w:cs="Times New Roman"/>
          <w:color w:val="auto"/>
          <w:sz w:val="24"/>
          <w:szCs w:val="24"/>
        </w:rPr>
      </w:pPr>
      <w:bookmarkStart w:id="12" w:name="_Toc238448282"/>
      <w:r w:rsidRPr="00AA268C">
        <w:rPr>
          <w:rFonts w:ascii="Times New Roman" w:hAnsi="Times New Roman" w:cs="Times New Roman"/>
          <w:color w:val="auto"/>
          <w:sz w:val="24"/>
          <w:szCs w:val="24"/>
        </w:rPr>
        <w:t xml:space="preserve">Latar </w:t>
      </w:r>
      <w:proofErr w:type="spellStart"/>
      <w:r w:rsidRPr="00AA268C">
        <w:rPr>
          <w:rFonts w:ascii="Times New Roman" w:hAnsi="Times New Roman" w:cs="Times New Roman"/>
          <w:color w:val="auto"/>
          <w:sz w:val="24"/>
          <w:szCs w:val="24"/>
        </w:rPr>
        <w:t>Belakang</w:t>
      </w:r>
      <w:bookmarkEnd w:id="12"/>
      <w:proofErr w:type="spellEnd"/>
    </w:p>
    <w:p w14:paraId="09B5AC9B" w14:textId="77777777" w:rsidR="0071026B" w:rsidRDefault="00156FA5" w:rsidP="0071026B">
      <w:pPr>
        <w:spacing w:after="0" w:line="360" w:lineRule="auto"/>
        <w:ind w:left="284" w:firstLine="720"/>
        <w:jc w:val="both"/>
        <w:rPr>
          <w:rFonts w:ascii="Times New Roman" w:hAnsi="Times New Roman"/>
          <w:sz w:val="24"/>
        </w:rPr>
      </w:pPr>
      <w:proofErr w:type="spellStart"/>
      <w:r>
        <w:rPr>
          <w:rFonts w:ascii="Times New Roman" w:hAnsi="Times New Roman"/>
          <w:sz w:val="24"/>
        </w:rPr>
        <w:t>Perkembangan</w:t>
      </w:r>
      <w:proofErr w:type="spellEnd"/>
      <w:r>
        <w:rPr>
          <w:rFonts w:ascii="Times New Roman" w:hAnsi="Times New Roman"/>
          <w:sz w:val="24"/>
        </w:rPr>
        <w:t xml:space="preserve"> </w:t>
      </w:r>
      <w:proofErr w:type="spellStart"/>
      <w:r>
        <w:rPr>
          <w:rFonts w:ascii="Times New Roman" w:hAnsi="Times New Roman"/>
          <w:sz w:val="24"/>
        </w:rPr>
        <w:t>globalisasi</w:t>
      </w:r>
      <w:proofErr w:type="spellEnd"/>
      <w:r>
        <w:rPr>
          <w:rFonts w:ascii="Times New Roman" w:hAnsi="Times New Roman"/>
          <w:sz w:val="24"/>
        </w:rPr>
        <w:t xml:space="preserve"> </w:t>
      </w:r>
      <w:proofErr w:type="spellStart"/>
      <w:r>
        <w:rPr>
          <w:rFonts w:ascii="Times New Roman" w:hAnsi="Times New Roman"/>
          <w:sz w:val="24"/>
        </w:rPr>
        <w:t>telah</w:t>
      </w:r>
      <w:proofErr w:type="spellEnd"/>
      <w:r>
        <w:rPr>
          <w:rFonts w:ascii="Times New Roman" w:hAnsi="Times New Roman"/>
          <w:sz w:val="24"/>
        </w:rPr>
        <w:t xml:space="preserve"> </w:t>
      </w:r>
      <w:proofErr w:type="spellStart"/>
      <w:r>
        <w:rPr>
          <w:rFonts w:ascii="Times New Roman" w:hAnsi="Times New Roman"/>
          <w:sz w:val="24"/>
        </w:rPr>
        <w:t>membawa</w:t>
      </w:r>
      <w:proofErr w:type="spellEnd"/>
      <w:r>
        <w:rPr>
          <w:rFonts w:ascii="Times New Roman" w:hAnsi="Times New Roman"/>
          <w:sz w:val="24"/>
        </w:rPr>
        <w:t xml:space="preserve"> </w:t>
      </w:r>
      <w:proofErr w:type="spellStart"/>
      <w:r>
        <w:rPr>
          <w:rFonts w:ascii="Times New Roman" w:hAnsi="Times New Roman"/>
          <w:sz w:val="24"/>
        </w:rPr>
        <w:t>perubahan</w:t>
      </w:r>
      <w:proofErr w:type="spellEnd"/>
      <w:r>
        <w:rPr>
          <w:rFonts w:ascii="Times New Roman" w:hAnsi="Times New Roman"/>
          <w:sz w:val="24"/>
        </w:rPr>
        <w:t xml:space="preserve"> </w:t>
      </w:r>
      <w:proofErr w:type="spellStart"/>
      <w:r>
        <w:rPr>
          <w:rFonts w:ascii="Times New Roman" w:hAnsi="Times New Roman"/>
          <w:sz w:val="24"/>
        </w:rPr>
        <w:t>besar</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dunia </w:t>
      </w:r>
      <w:proofErr w:type="spellStart"/>
      <w:r>
        <w:rPr>
          <w:rFonts w:ascii="Times New Roman" w:hAnsi="Times New Roman"/>
          <w:sz w:val="24"/>
        </w:rPr>
        <w:t>kerja</w:t>
      </w:r>
      <w:proofErr w:type="spellEnd"/>
      <w:r>
        <w:rPr>
          <w:rFonts w:ascii="Times New Roman" w:hAnsi="Times New Roman"/>
          <w:sz w:val="24"/>
        </w:rPr>
        <w:t xml:space="preserve"> </w:t>
      </w:r>
      <w:proofErr w:type="spellStart"/>
      <w:r>
        <w:rPr>
          <w:rFonts w:ascii="Times New Roman" w:hAnsi="Times New Roman"/>
          <w:sz w:val="24"/>
        </w:rPr>
        <w:t>internasional</w:t>
      </w:r>
      <w:proofErr w:type="spellEnd"/>
      <w:r>
        <w:rPr>
          <w:rFonts w:ascii="Times New Roman" w:hAnsi="Times New Roman"/>
          <w:sz w:val="24"/>
        </w:rPr>
        <w:t xml:space="preserve">, </w:t>
      </w:r>
      <w:proofErr w:type="spellStart"/>
      <w:r>
        <w:rPr>
          <w:rFonts w:ascii="Times New Roman" w:hAnsi="Times New Roman"/>
          <w:sz w:val="24"/>
        </w:rPr>
        <w:t>termasuk</w:t>
      </w:r>
      <w:proofErr w:type="spellEnd"/>
      <w:r>
        <w:rPr>
          <w:rFonts w:ascii="Times New Roman" w:hAnsi="Times New Roman"/>
          <w:sz w:val="24"/>
        </w:rPr>
        <w:t xml:space="preserve"> pada </w:t>
      </w:r>
      <w:proofErr w:type="spellStart"/>
      <w:r>
        <w:rPr>
          <w:rFonts w:ascii="Times New Roman" w:hAnsi="Times New Roman"/>
          <w:sz w:val="24"/>
        </w:rPr>
        <w:t>industri</w:t>
      </w:r>
      <w:proofErr w:type="spellEnd"/>
      <w:r>
        <w:rPr>
          <w:rFonts w:ascii="Times New Roman" w:hAnsi="Times New Roman"/>
          <w:sz w:val="24"/>
        </w:rPr>
        <w:t xml:space="preserve"> </w:t>
      </w:r>
      <w:r w:rsidRPr="00332D94">
        <w:rPr>
          <w:rFonts w:ascii="Times New Roman" w:hAnsi="Times New Roman"/>
          <w:i/>
          <w:iCs/>
          <w:sz w:val="24"/>
        </w:rPr>
        <w:t>hospitality</w:t>
      </w:r>
      <w:r>
        <w:rPr>
          <w:rFonts w:ascii="Times New Roman" w:hAnsi="Times New Roman"/>
          <w:sz w:val="24"/>
        </w:rPr>
        <w:t xml:space="preserve"> di </w:t>
      </w:r>
      <w:proofErr w:type="spellStart"/>
      <w:r>
        <w:rPr>
          <w:rFonts w:ascii="Times New Roman" w:hAnsi="Times New Roman"/>
          <w:sz w:val="24"/>
        </w:rPr>
        <w:t>Jepang</w:t>
      </w:r>
      <w:proofErr w:type="spellEnd"/>
      <w:r w:rsidR="0091309C">
        <w:rPr>
          <w:rFonts w:ascii="Times New Roman" w:hAnsi="Times New Roman"/>
          <w:sz w:val="24"/>
        </w:rPr>
        <w:t>.</w:t>
      </w:r>
      <w:r>
        <w:rPr>
          <w:rFonts w:ascii="Times New Roman" w:hAnsi="Times New Roman"/>
          <w:sz w:val="24"/>
        </w:rPr>
        <w:t xml:space="preserve"> </w:t>
      </w:r>
      <w:proofErr w:type="spellStart"/>
      <w:r>
        <w:rPr>
          <w:rFonts w:ascii="Times New Roman" w:hAnsi="Times New Roman"/>
          <w:sz w:val="24"/>
        </w:rPr>
        <w:t>Jepang</w:t>
      </w:r>
      <w:proofErr w:type="spellEnd"/>
      <w:r>
        <w:rPr>
          <w:rFonts w:ascii="Times New Roman" w:hAnsi="Times New Roman"/>
          <w:sz w:val="24"/>
        </w:rPr>
        <w:t xml:space="preserve"> </w:t>
      </w:r>
      <w:proofErr w:type="spellStart"/>
      <w:r>
        <w:rPr>
          <w:rFonts w:ascii="Times New Roman" w:hAnsi="Times New Roman"/>
          <w:sz w:val="24"/>
        </w:rPr>
        <w:t>menjadi</w:t>
      </w:r>
      <w:proofErr w:type="spellEnd"/>
      <w:r>
        <w:rPr>
          <w:rFonts w:ascii="Times New Roman" w:hAnsi="Times New Roman"/>
          <w:sz w:val="24"/>
        </w:rPr>
        <w:t xml:space="preserve"> salah </w:t>
      </w:r>
      <w:proofErr w:type="spellStart"/>
      <w:r>
        <w:rPr>
          <w:rFonts w:ascii="Times New Roman" w:hAnsi="Times New Roman"/>
          <w:sz w:val="24"/>
        </w:rPr>
        <w:t>satu</w:t>
      </w:r>
      <w:proofErr w:type="spellEnd"/>
      <w:r>
        <w:rPr>
          <w:rFonts w:ascii="Times New Roman" w:hAnsi="Times New Roman"/>
          <w:sz w:val="24"/>
        </w:rPr>
        <w:t xml:space="preserve"> negara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perkembangan</w:t>
      </w:r>
      <w:proofErr w:type="spellEnd"/>
      <w:r>
        <w:rPr>
          <w:rFonts w:ascii="Times New Roman" w:hAnsi="Times New Roman"/>
          <w:sz w:val="24"/>
        </w:rPr>
        <w:t xml:space="preserve"> </w:t>
      </w:r>
      <w:proofErr w:type="spellStart"/>
      <w:r>
        <w:rPr>
          <w:rFonts w:ascii="Times New Roman" w:hAnsi="Times New Roman"/>
          <w:sz w:val="24"/>
        </w:rPr>
        <w:t>sektor</w:t>
      </w:r>
      <w:proofErr w:type="spellEnd"/>
      <w:r>
        <w:rPr>
          <w:rFonts w:ascii="Times New Roman" w:hAnsi="Times New Roman"/>
          <w:sz w:val="24"/>
        </w:rPr>
        <w:t xml:space="preserve"> </w:t>
      </w:r>
      <w:proofErr w:type="spellStart"/>
      <w:r>
        <w:rPr>
          <w:rFonts w:ascii="Times New Roman" w:hAnsi="Times New Roman"/>
          <w:sz w:val="24"/>
        </w:rPr>
        <w:t>pariwisata</w:t>
      </w:r>
      <w:proofErr w:type="spellEnd"/>
      <w:r>
        <w:rPr>
          <w:rFonts w:ascii="Times New Roman" w:hAnsi="Times New Roman"/>
          <w:sz w:val="24"/>
        </w:rPr>
        <w:t xml:space="preserve"> dan </w:t>
      </w:r>
      <w:proofErr w:type="spellStart"/>
      <w:r>
        <w:rPr>
          <w:rFonts w:ascii="Times New Roman" w:hAnsi="Times New Roman"/>
          <w:sz w:val="24"/>
        </w:rPr>
        <w:t>perhotelan</w:t>
      </w:r>
      <w:proofErr w:type="spellEnd"/>
      <w:r>
        <w:rPr>
          <w:rFonts w:ascii="Times New Roman" w:hAnsi="Times New Roman"/>
          <w:sz w:val="24"/>
        </w:rPr>
        <w:t xml:space="preserve"> yang </w:t>
      </w:r>
      <w:proofErr w:type="spellStart"/>
      <w:r>
        <w:rPr>
          <w:rFonts w:ascii="Times New Roman" w:hAnsi="Times New Roman"/>
          <w:sz w:val="24"/>
        </w:rPr>
        <w:t>cukup</w:t>
      </w:r>
      <w:proofErr w:type="spellEnd"/>
      <w:r>
        <w:rPr>
          <w:rFonts w:ascii="Times New Roman" w:hAnsi="Times New Roman"/>
          <w:sz w:val="24"/>
        </w:rPr>
        <w:t xml:space="preserve"> </w:t>
      </w:r>
      <w:proofErr w:type="spellStart"/>
      <w:r>
        <w:rPr>
          <w:rFonts w:ascii="Times New Roman" w:hAnsi="Times New Roman"/>
          <w:sz w:val="24"/>
        </w:rPr>
        <w:t>pesat</w:t>
      </w:r>
      <w:proofErr w:type="spellEnd"/>
      <w:r>
        <w:rPr>
          <w:rFonts w:ascii="Times New Roman" w:hAnsi="Times New Roman"/>
          <w:sz w:val="24"/>
        </w:rPr>
        <w:t xml:space="preserve"> </w:t>
      </w:r>
      <w:proofErr w:type="spellStart"/>
      <w:r>
        <w:rPr>
          <w:rFonts w:ascii="Times New Roman" w:hAnsi="Times New Roman"/>
          <w:sz w:val="24"/>
        </w:rPr>
        <w:t>sehingga</w:t>
      </w:r>
      <w:proofErr w:type="spellEnd"/>
      <w:r>
        <w:rPr>
          <w:rFonts w:ascii="Times New Roman" w:hAnsi="Times New Roman"/>
          <w:sz w:val="24"/>
        </w:rPr>
        <w:t xml:space="preserve"> </w:t>
      </w:r>
      <w:proofErr w:type="spellStart"/>
      <w:r>
        <w:rPr>
          <w:rFonts w:ascii="Times New Roman" w:hAnsi="Times New Roman"/>
          <w:sz w:val="24"/>
        </w:rPr>
        <w:t>membutuhkan</w:t>
      </w:r>
      <w:proofErr w:type="spellEnd"/>
      <w:r>
        <w:rPr>
          <w:rFonts w:ascii="Times New Roman" w:hAnsi="Times New Roman"/>
          <w:sz w:val="24"/>
        </w:rPr>
        <w:t xml:space="preserve"> </w:t>
      </w:r>
      <w:proofErr w:type="spellStart"/>
      <w:r>
        <w:rPr>
          <w:rFonts w:ascii="Times New Roman" w:hAnsi="Times New Roman"/>
          <w:sz w:val="24"/>
        </w:rPr>
        <w:t>sumber</w:t>
      </w:r>
      <w:proofErr w:type="spellEnd"/>
      <w:r>
        <w:rPr>
          <w:rFonts w:ascii="Times New Roman" w:hAnsi="Times New Roman"/>
          <w:sz w:val="24"/>
        </w:rPr>
        <w:t xml:space="preserve"> </w:t>
      </w:r>
      <w:proofErr w:type="spellStart"/>
      <w:r>
        <w:rPr>
          <w:rFonts w:ascii="Times New Roman" w:hAnsi="Times New Roman"/>
          <w:sz w:val="24"/>
        </w:rPr>
        <w:t>daya</w:t>
      </w:r>
      <w:proofErr w:type="spellEnd"/>
      <w:r>
        <w:rPr>
          <w:rFonts w:ascii="Times New Roman" w:hAnsi="Times New Roman"/>
          <w:sz w:val="24"/>
        </w:rPr>
        <w:t xml:space="preserve"> </w:t>
      </w:r>
      <w:proofErr w:type="spellStart"/>
      <w:r>
        <w:rPr>
          <w:rFonts w:ascii="Times New Roman" w:hAnsi="Times New Roman"/>
          <w:sz w:val="24"/>
        </w:rPr>
        <w:t>manusia</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kemampuan</w:t>
      </w:r>
      <w:proofErr w:type="spellEnd"/>
      <w:r>
        <w:rPr>
          <w:rFonts w:ascii="Times New Roman" w:hAnsi="Times New Roman"/>
          <w:sz w:val="24"/>
        </w:rPr>
        <w:t xml:space="preserve"> </w:t>
      </w:r>
      <w:proofErr w:type="spellStart"/>
      <w:r>
        <w:rPr>
          <w:rFonts w:ascii="Times New Roman" w:hAnsi="Times New Roman"/>
          <w:sz w:val="24"/>
        </w:rPr>
        <w:t>komunikasi</w:t>
      </w:r>
      <w:proofErr w:type="spellEnd"/>
      <w:r>
        <w:rPr>
          <w:rFonts w:ascii="Times New Roman" w:hAnsi="Times New Roman"/>
          <w:sz w:val="24"/>
        </w:rPr>
        <w:t xml:space="preserve"> </w:t>
      </w:r>
      <w:proofErr w:type="spellStart"/>
      <w:r>
        <w:rPr>
          <w:rFonts w:ascii="Times New Roman" w:hAnsi="Times New Roman"/>
          <w:sz w:val="24"/>
        </w:rPr>
        <w:t>internasional</w:t>
      </w:r>
      <w:proofErr w:type="spellEnd"/>
      <w:r>
        <w:rPr>
          <w:rFonts w:ascii="Times New Roman" w:hAnsi="Times New Roman"/>
          <w:sz w:val="24"/>
        </w:rPr>
        <w:t xml:space="preserve"> yang </w:t>
      </w:r>
      <w:proofErr w:type="spellStart"/>
      <w:r>
        <w:rPr>
          <w:rFonts w:ascii="Times New Roman" w:hAnsi="Times New Roman"/>
          <w:sz w:val="24"/>
        </w:rPr>
        <w:t>baik</w:t>
      </w:r>
      <w:proofErr w:type="spellEnd"/>
      <w:r>
        <w:rPr>
          <w:rFonts w:ascii="Times New Roman" w:hAnsi="Times New Roman"/>
          <w:sz w:val="24"/>
        </w:rPr>
        <w:t xml:space="preserve">. </w:t>
      </w:r>
      <w:proofErr w:type="spellStart"/>
      <w:r>
        <w:rPr>
          <w:rFonts w:ascii="Times New Roman" w:hAnsi="Times New Roman"/>
          <w:sz w:val="24"/>
        </w:rPr>
        <w:t>Kondisi</w:t>
      </w:r>
      <w:proofErr w:type="spellEnd"/>
      <w:r>
        <w:rPr>
          <w:rFonts w:ascii="Times New Roman" w:hAnsi="Times New Roman"/>
          <w:sz w:val="24"/>
        </w:rPr>
        <w:t xml:space="preserve"> </w:t>
      </w:r>
      <w:proofErr w:type="spellStart"/>
      <w:r>
        <w:rPr>
          <w:rFonts w:ascii="Times New Roman" w:hAnsi="Times New Roman"/>
          <w:sz w:val="24"/>
        </w:rPr>
        <w:t>tersebut</w:t>
      </w:r>
      <w:proofErr w:type="spellEnd"/>
      <w:r>
        <w:rPr>
          <w:rFonts w:ascii="Times New Roman" w:hAnsi="Times New Roman"/>
          <w:sz w:val="24"/>
        </w:rPr>
        <w:t xml:space="preserve"> </w:t>
      </w:r>
      <w:proofErr w:type="spellStart"/>
      <w:r>
        <w:rPr>
          <w:rFonts w:ascii="Times New Roman" w:hAnsi="Times New Roman"/>
          <w:sz w:val="24"/>
        </w:rPr>
        <w:t>menyebabkan</w:t>
      </w:r>
      <w:proofErr w:type="spellEnd"/>
      <w:r>
        <w:rPr>
          <w:rFonts w:ascii="Times New Roman" w:hAnsi="Times New Roman"/>
          <w:sz w:val="24"/>
        </w:rPr>
        <w:t xml:space="preserve"> </w:t>
      </w:r>
      <w:proofErr w:type="spellStart"/>
      <w:r>
        <w:rPr>
          <w:rFonts w:ascii="Times New Roman" w:hAnsi="Times New Roman"/>
          <w:sz w:val="24"/>
        </w:rPr>
        <w:t>banyak</w:t>
      </w:r>
      <w:proofErr w:type="spellEnd"/>
      <w:r>
        <w:rPr>
          <w:rFonts w:ascii="Times New Roman" w:hAnsi="Times New Roman"/>
          <w:sz w:val="24"/>
        </w:rPr>
        <w:t xml:space="preserve"> </w:t>
      </w:r>
      <w:proofErr w:type="spellStart"/>
      <w:r>
        <w:rPr>
          <w:rFonts w:ascii="Times New Roman" w:hAnsi="Times New Roman"/>
          <w:sz w:val="24"/>
        </w:rPr>
        <w:t>perusahaan</w:t>
      </w:r>
      <w:proofErr w:type="spellEnd"/>
      <w:r>
        <w:rPr>
          <w:rFonts w:ascii="Times New Roman" w:hAnsi="Times New Roman"/>
          <w:sz w:val="24"/>
        </w:rPr>
        <w:t xml:space="preserve"> hotel di </w:t>
      </w:r>
      <w:proofErr w:type="spellStart"/>
      <w:r>
        <w:rPr>
          <w:rFonts w:ascii="Times New Roman" w:hAnsi="Times New Roman"/>
          <w:sz w:val="24"/>
        </w:rPr>
        <w:t>Jepang</w:t>
      </w:r>
      <w:proofErr w:type="spellEnd"/>
      <w:r>
        <w:rPr>
          <w:rFonts w:ascii="Times New Roman" w:hAnsi="Times New Roman"/>
          <w:sz w:val="24"/>
        </w:rPr>
        <w:t xml:space="preserve"> </w:t>
      </w:r>
      <w:proofErr w:type="spellStart"/>
      <w:r>
        <w:rPr>
          <w:rFonts w:ascii="Times New Roman" w:hAnsi="Times New Roman"/>
          <w:sz w:val="24"/>
        </w:rPr>
        <w:t>mulai</w:t>
      </w:r>
      <w:proofErr w:type="spellEnd"/>
      <w:r>
        <w:rPr>
          <w:rFonts w:ascii="Times New Roman" w:hAnsi="Times New Roman"/>
          <w:sz w:val="24"/>
        </w:rPr>
        <w:t xml:space="preserve"> </w:t>
      </w:r>
      <w:proofErr w:type="spellStart"/>
      <w:r>
        <w:rPr>
          <w:rFonts w:ascii="Times New Roman" w:hAnsi="Times New Roman"/>
          <w:sz w:val="24"/>
        </w:rPr>
        <w:t>melibatkan</w:t>
      </w:r>
      <w:proofErr w:type="spellEnd"/>
      <w:r>
        <w:rPr>
          <w:rFonts w:ascii="Times New Roman" w:hAnsi="Times New Roman"/>
          <w:sz w:val="24"/>
        </w:rPr>
        <w:t xml:space="preserve"> </w:t>
      </w:r>
      <w:proofErr w:type="spellStart"/>
      <w:r>
        <w:rPr>
          <w:rFonts w:ascii="Times New Roman" w:hAnsi="Times New Roman"/>
          <w:sz w:val="24"/>
        </w:rPr>
        <w:t>tenaga</w:t>
      </w:r>
      <w:proofErr w:type="spellEnd"/>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w:t>
      </w:r>
      <w:proofErr w:type="spellStart"/>
      <w:r>
        <w:rPr>
          <w:rFonts w:ascii="Times New Roman" w:hAnsi="Times New Roman"/>
          <w:sz w:val="24"/>
        </w:rPr>
        <w:t>asing</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kegiatan</w:t>
      </w:r>
      <w:proofErr w:type="spellEnd"/>
      <w:r>
        <w:rPr>
          <w:rFonts w:ascii="Times New Roman" w:hAnsi="Times New Roman"/>
          <w:sz w:val="24"/>
        </w:rPr>
        <w:t xml:space="preserve"> </w:t>
      </w:r>
      <w:proofErr w:type="spellStart"/>
      <w:r>
        <w:rPr>
          <w:rFonts w:ascii="Times New Roman" w:hAnsi="Times New Roman"/>
          <w:sz w:val="24"/>
        </w:rPr>
        <w:t>operasional</w:t>
      </w:r>
      <w:proofErr w:type="spellEnd"/>
      <w:r>
        <w:rPr>
          <w:rFonts w:ascii="Times New Roman" w:hAnsi="Times New Roman"/>
          <w:sz w:val="24"/>
        </w:rPr>
        <w:t xml:space="preserve"> </w:t>
      </w:r>
      <w:proofErr w:type="spellStart"/>
      <w:r>
        <w:rPr>
          <w:rFonts w:ascii="Times New Roman" w:hAnsi="Times New Roman"/>
          <w:sz w:val="24"/>
        </w:rPr>
        <w:t>perusahaan</w:t>
      </w:r>
      <w:proofErr w:type="spellEnd"/>
      <w:r>
        <w:rPr>
          <w:rFonts w:ascii="Times New Roman" w:hAnsi="Times New Roman"/>
          <w:sz w:val="24"/>
        </w:rPr>
        <w:t xml:space="preserve">. </w:t>
      </w:r>
      <w:proofErr w:type="spellStart"/>
      <w:r>
        <w:rPr>
          <w:rFonts w:ascii="Times New Roman" w:hAnsi="Times New Roman"/>
          <w:sz w:val="24"/>
        </w:rPr>
        <w:t>Lingkungan</w:t>
      </w:r>
      <w:proofErr w:type="spellEnd"/>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yang </w:t>
      </w:r>
      <w:proofErr w:type="spellStart"/>
      <w:r>
        <w:rPr>
          <w:rFonts w:ascii="Times New Roman" w:hAnsi="Times New Roman"/>
          <w:sz w:val="24"/>
        </w:rPr>
        <w:t>multikultural</w:t>
      </w:r>
      <w:proofErr w:type="spellEnd"/>
      <w:r>
        <w:rPr>
          <w:rFonts w:ascii="Times New Roman" w:hAnsi="Times New Roman"/>
          <w:sz w:val="24"/>
        </w:rPr>
        <w:t xml:space="preserve"> </w:t>
      </w:r>
      <w:proofErr w:type="spellStart"/>
      <w:r>
        <w:rPr>
          <w:rFonts w:ascii="Times New Roman" w:hAnsi="Times New Roman"/>
          <w:sz w:val="24"/>
        </w:rPr>
        <w:t>membuat</w:t>
      </w:r>
      <w:proofErr w:type="spellEnd"/>
      <w:r>
        <w:rPr>
          <w:rFonts w:ascii="Times New Roman" w:hAnsi="Times New Roman"/>
          <w:sz w:val="24"/>
        </w:rPr>
        <w:t xml:space="preserve"> </w:t>
      </w:r>
      <w:proofErr w:type="spellStart"/>
      <w:r>
        <w:rPr>
          <w:rFonts w:ascii="Times New Roman" w:hAnsi="Times New Roman"/>
          <w:sz w:val="24"/>
        </w:rPr>
        <w:t>komunikas</w:t>
      </w:r>
      <w:r w:rsidR="0091309C">
        <w:rPr>
          <w:rFonts w:ascii="Times New Roman" w:hAnsi="Times New Roman"/>
          <w:sz w:val="24"/>
        </w:rPr>
        <w:t>i</w:t>
      </w:r>
      <w:proofErr w:type="spellEnd"/>
      <w:r w:rsidR="0091309C">
        <w:rPr>
          <w:rFonts w:ascii="Times New Roman" w:hAnsi="Times New Roman"/>
          <w:sz w:val="24"/>
        </w:rPr>
        <w:t xml:space="preserve"> </w:t>
      </w:r>
      <w:proofErr w:type="spellStart"/>
      <w:r>
        <w:rPr>
          <w:rFonts w:ascii="Times New Roman" w:hAnsi="Times New Roman"/>
          <w:sz w:val="24"/>
        </w:rPr>
        <w:t>antarbudaya</w:t>
      </w:r>
      <w:proofErr w:type="spellEnd"/>
      <w:r>
        <w:rPr>
          <w:rFonts w:ascii="Times New Roman" w:hAnsi="Times New Roman"/>
          <w:sz w:val="24"/>
        </w:rPr>
        <w:t xml:space="preserve"> </w:t>
      </w:r>
      <w:proofErr w:type="spellStart"/>
      <w:r>
        <w:rPr>
          <w:rFonts w:ascii="Times New Roman" w:hAnsi="Times New Roman"/>
          <w:sz w:val="24"/>
        </w:rPr>
        <w:t>menjadi</w:t>
      </w:r>
      <w:proofErr w:type="spellEnd"/>
      <w:r>
        <w:rPr>
          <w:rFonts w:ascii="Times New Roman" w:hAnsi="Times New Roman"/>
          <w:sz w:val="24"/>
        </w:rPr>
        <w:t xml:space="preserve"> salah </w:t>
      </w:r>
      <w:proofErr w:type="spellStart"/>
      <w:r>
        <w:rPr>
          <w:rFonts w:ascii="Times New Roman" w:hAnsi="Times New Roman"/>
          <w:sz w:val="24"/>
        </w:rPr>
        <w:t>satu</w:t>
      </w:r>
      <w:proofErr w:type="spellEnd"/>
      <w:r>
        <w:rPr>
          <w:rFonts w:ascii="Times New Roman" w:hAnsi="Times New Roman"/>
          <w:sz w:val="24"/>
        </w:rPr>
        <w:t xml:space="preserve"> </w:t>
      </w:r>
      <w:proofErr w:type="spellStart"/>
      <w:r>
        <w:rPr>
          <w:rFonts w:ascii="Times New Roman" w:hAnsi="Times New Roman"/>
          <w:sz w:val="24"/>
        </w:rPr>
        <w:t>aspek</w:t>
      </w:r>
      <w:proofErr w:type="spellEnd"/>
      <w:r>
        <w:rPr>
          <w:rFonts w:ascii="Times New Roman" w:hAnsi="Times New Roman"/>
          <w:sz w:val="24"/>
        </w:rPr>
        <w:t xml:space="preserve"> </w:t>
      </w:r>
      <w:proofErr w:type="spellStart"/>
      <w:r>
        <w:rPr>
          <w:rFonts w:ascii="Times New Roman" w:hAnsi="Times New Roman"/>
          <w:sz w:val="24"/>
        </w:rPr>
        <w:t>penting</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menunjang</w:t>
      </w:r>
      <w:proofErr w:type="spellEnd"/>
      <w:r>
        <w:rPr>
          <w:rFonts w:ascii="Times New Roman" w:hAnsi="Times New Roman"/>
          <w:sz w:val="24"/>
        </w:rPr>
        <w:t xml:space="preserve"> </w:t>
      </w:r>
      <w:proofErr w:type="spellStart"/>
      <w:r>
        <w:rPr>
          <w:rFonts w:ascii="Times New Roman" w:hAnsi="Times New Roman"/>
          <w:sz w:val="24"/>
        </w:rPr>
        <w:t>kualitas</w:t>
      </w:r>
      <w:proofErr w:type="spellEnd"/>
      <w:r>
        <w:rPr>
          <w:rFonts w:ascii="Times New Roman" w:hAnsi="Times New Roman"/>
          <w:sz w:val="24"/>
        </w:rPr>
        <w:t xml:space="preserve"> </w:t>
      </w:r>
      <w:proofErr w:type="spellStart"/>
      <w:r>
        <w:rPr>
          <w:rFonts w:ascii="Times New Roman" w:hAnsi="Times New Roman"/>
          <w:sz w:val="24"/>
        </w:rPr>
        <w:t>pelayanan</w:t>
      </w:r>
      <w:proofErr w:type="spellEnd"/>
      <w:r>
        <w:rPr>
          <w:rFonts w:ascii="Times New Roman" w:hAnsi="Times New Roman"/>
          <w:sz w:val="24"/>
        </w:rPr>
        <w:t xml:space="preserve"> hotel </w:t>
      </w:r>
      <w:proofErr w:type="spellStart"/>
      <w:r>
        <w:rPr>
          <w:rFonts w:ascii="Times New Roman" w:hAnsi="Times New Roman"/>
          <w:sz w:val="24"/>
        </w:rPr>
        <w:t>terhadap</w:t>
      </w:r>
      <w:proofErr w:type="spellEnd"/>
      <w:r>
        <w:rPr>
          <w:rFonts w:ascii="Times New Roman" w:hAnsi="Times New Roman"/>
          <w:sz w:val="24"/>
        </w:rPr>
        <w:t xml:space="preserve"> </w:t>
      </w:r>
      <w:proofErr w:type="spellStart"/>
      <w:r>
        <w:rPr>
          <w:rFonts w:ascii="Times New Roman" w:hAnsi="Times New Roman"/>
          <w:sz w:val="24"/>
        </w:rPr>
        <w:t>wisatawan</w:t>
      </w:r>
      <w:proofErr w:type="spellEnd"/>
      <w:r>
        <w:rPr>
          <w:rFonts w:ascii="Times New Roman" w:hAnsi="Times New Roman"/>
          <w:sz w:val="24"/>
        </w:rPr>
        <w:t xml:space="preserve"> </w:t>
      </w:r>
      <w:proofErr w:type="spellStart"/>
      <w:r>
        <w:rPr>
          <w:rFonts w:ascii="Times New Roman" w:hAnsi="Times New Roman"/>
          <w:sz w:val="24"/>
        </w:rPr>
        <w:t>internasional</w:t>
      </w:r>
      <w:proofErr w:type="spellEnd"/>
      <w:r>
        <w:rPr>
          <w:rFonts w:ascii="Times New Roman" w:hAnsi="Times New Roman"/>
          <w:sz w:val="24"/>
        </w:rPr>
        <w:t>.</w:t>
      </w:r>
      <w:r w:rsidR="0091309C">
        <w:rPr>
          <w:rFonts w:ascii="Times New Roman" w:hAnsi="Times New Roman"/>
          <w:sz w:val="24"/>
        </w:rPr>
        <w:t xml:space="preserve"> </w:t>
      </w:r>
    </w:p>
    <w:p w14:paraId="19AB5C73" w14:textId="77777777" w:rsidR="006006FE" w:rsidRPr="0071026B" w:rsidRDefault="0091309C" w:rsidP="0071026B">
      <w:pPr>
        <w:spacing w:after="0" w:line="360" w:lineRule="auto"/>
        <w:ind w:left="284" w:firstLine="720"/>
        <w:jc w:val="both"/>
        <w:rPr>
          <w:rFonts w:ascii="Times New Roman" w:hAnsi="Times New Roman"/>
          <w:sz w:val="24"/>
        </w:rPr>
      </w:pPr>
      <w:proofErr w:type="spellStart"/>
      <w:r w:rsidRPr="00EE4DF6">
        <w:rPr>
          <w:rFonts w:ascii="Times New Roman" w:hAnsi="Times New Roman"/>
          <w:color w:val="000000" w:themeColor="text1"/>
          <w:sz w:val="24"/>
        </w:rPr>
        <w:t>Selama</w:t>
      </w:r>
      <w:proofErr w:type="spellEnd"/>
      <w:r w:rsidRPr="00EE4DF6">
        <w:rPr>
          <w:rFonts w:ascii="Times New Roman" w:hAnsi="Times New Roman"/>
          <w:color w:val="000000" w:themeColor="text1"/>
          <w:sz w:val="24"/>
        </w:rPr>
        <w:t xml:space="preserve"> </w:t>
      </w:r>
      <w:proofErr w:type="spellStart"/>
      <w:r w:rsidRPr="00EE4DF6">
        <w:rPr>
          <w:rFonts w:ascii="Times New Roman" w:hAnsi="Times New Roman"/>
          <w:color w:val="000000" w:themeColor="text1"/>
          <w:sz w:val="24"/>
        </w:rPr>
        <w:t>beberapa</w:t>
      </w:r>
      <w:proofErr w:type="spellEnd"/>
      <w:r w:rsidRPr="00EE4DF6">
        <w:rPr>
          <w:rFonts w:ascii="Times New Roman" w:hAnsi="Times New Roman"/>
          <w:color w:val="000000" w:themeColor="text1"/>
          <w:sz w:val="24"/>
        </w:rPr>
        <w:t xml:space="preserve"> </w:t>
      </w:r>
      <w:proofErr w:type="spellStart"/>
      <w:r w:rsidRPr="00EE4DF6">
        <w:rPr>
          <w:rFonts w:ascii="Times New Roman" w:hAnsi="Times New Roman"/>
          <w:color w:val="000000" w:themeColor="text1"/>
          <w:sz w:val="24"/>
        </w:rPr>
        <w:t>dekade</w:t>
      </w:r>
      <w:proofErr w:type="spellEnd"/>
      <w:r w:rsidRPr="00EE4DF6">
        <w:rPr>
          <w:rFonts w:ascii="Times New Roman" w:hAnsi="Times New Roman"/>
          <w:color w:val="000000" w:themeColor="text1"/>
          <w:sz w:val="24"/>
        </w:rPr>
        <w:t xml:space="preserve">, di </w:t>
      </w:r>
      <w:proofErr w:type="spellStart"/>
      <w:r w:rsidRPr="00EE4DF6">
        <w:rPr>
          <w:rFonts w:ascii="Times New Roman" w:hAnsi="Times New Roman"/>
          <w:color w:val="000000" w:themeColor="text1"/>
          <w:sz w:val="24"/>
        </w:rPr>
        <w:t>bidang</w:t>
      </w:r>
      <w:proofErr w:type="spellEnd"/>
      <w:r w:rsidRPr="00EE4DF6">
        <w:rPr>
          <w:rFonts w:ascii="Times New Roman" w:hAnsi="Times New Roman"/>
          <w:color w:val="000000" w:themeColor="text1"/>
          <w:sz w:val="24"/>
        </w:rPr>
        <w:t xml:space="preserve"> </w:t>
      </w:r>
      <w:proofErr w:type="spellStart"/>
      <w:r w:rsidRPr="00EE4DF6">
        <w:rPr>
          <w:rFonts w:ascii="Times New Roman" w:hAnsi="Times New Roman"/>
          <w:color w:val="000000" w:themeColor="text1"/>
          <w:sz w:val="24"/>
        </w:rPr>
        <w:t>perhotelan</w:t>
      </w:r>
      <w:proofErr w:type="spellEnd"/>
      <w:r w:rsidRPr="00EE4DF6">
        <w:rPr>
          <w:rFonts w:ascii="Times New Roman" w:hAnsi="Times New Roman"/>
          <w:color w:val="000000" w:themeColor="text1"/>
          <w:sz w:val="24"/>
        </w:rPr>
        <w:t xml:space="preserve"> </w:t>
      </w:r>
      <w:proofErr w:type="spellStart"/>
      <w:r w:rsidRPr="00EE4DF6">
        <w:rPr>
          <w:rFonts w:ascii="Times New Roman" w:hAnsi="Times New Roman"/>
          <w:color w:val="000000" w:themeColor="text1"/>
          <w:sz w:val="24"/>
        </w:rPr>
        <w:t>Jepang</w:t>
      </w:r>
      <w:proofErr w:type="spellEnd"/>
      <w:r w:rsidRPr="00EE4DF6">
        <w:rPr>
          <w:rFonts w:ascii="Times New Roman" w:hAnsi="Times New Roman"/>
          <w:color w:val="000000" w:themeColor="text1"/>
          <w:sz w:val="24"/>
        </w:rPr>
        <w:t xml:space="preserve"> </w:t>
      </w:r>
      <w:proofErr w:type="spellStart"/>
      <w:r w:rsidRPr="00EE4DF6">
        <w:rPr>
          <w:rFonts w:ascii="Times New Roman" w:hAnsi="Times New Roman"/>
          <w:color w:val="000000" w:themeColor="text1"/>
          <w:sz w:val="24"/>
        </w:rPr>
        <w:t>telah</w:t>
      </w:r>
      <w:proofErr w:type="spellEnd"/>
      <w:r w:rsidRPr="00EE4DF6">
        <w:rPr>
          <w:rFonts w:ascii="Times New Roman" w:hAnsi="Times New Roman"/>
          <w:color w:val="000000" w:themeColor="text1"/>
          <w:sz w:val="24"/>
        </w:rPr>
        <w:t xml:space="preserve"> lama </w:t>
      </w:r>
      <w:proofErr w:type="spellStart"/>
      <w:r w:rsidRPr="00EE4DF6">
        <w:rPr>
          <w:rFonts w:ascii="Times New Roman" w:hAnsi="Times New Roman"/>
          <w:color w:val="000000" w:themeColor="text1"/>
          <w:sz w:val="24"/>
        </w:rPr>
        <w:t>menerapkan</w:t>
      </w:r>
      <w:proofErr w:type="spellEnd"/>
      <w:r w:rsidRPr="00EE4DF6">
        <w:rPr>
          <w:rFonts w:ascii="Times New Roman" w:hAnsi="Times New Roman"/>
          <w:color w:val="000000" w:themeColor="text1"/>
          <w:sz w:val="24"/>
        </w:rPr>
        <w:t xml:space="preserve"> </w:t>
      </w:r>
      <w:proofErr w:type="spellStart"/>
      <w:r w:rsidRPr="00EE4DF6">
        <w:rPr>
          <w:rFonts w:ascii="Times New Roman" w:hAnsi="Times New Roman"/>
          <w:color w:val="000000" w:themeColor="text1"/>
          <w:sz w:val="24"/>
        </w:rPr>
        <w:t>lingkungan</w:t>
      </w:r>
      <w:proofErr w:type="spellEnd"/>
      <w:r w:rsidRPr="00EE4DF6">
        <w:rPr>
          <w:rFonts w:ascii="Times New Roman" w:hAnsi="Times New Roman"/>
          <w:color w:val="000000" w:themeColor="text1"/>
          <w:sz w:val="24"/>
        </w:rPr>
        <w:t xml:space="preserve"> </w:t>
      </w:r>
      <w:proofErr w:type="spellStart"/>
      <w:r w:rsidRPr="00EE4DF6">
        <w:rPr>
          <w:rFonts w:ascii="Times New Roman" w:hAnsi="Times New Roman"/>
          <w:color w:val="000000" w:themeColor="text1"/>
          <w:sz w:val="24"/>
        </w:rPr>
        <w:t>kerja</w:t>
      </w:r>
      <w:proofErr w:type="spellEnd"/>
      <w:r w:rsidRPr="00EE4DF6">
        <w:rPr>
          <w:rFonts w:ascii="Times New Roman" w:hAnsi="Times New Roman"/>
          <w:color w:val="000000" w:themeColor="text1"/>
          <w:sz w:val="24"/>
        </w:rPr>
        <w:t xml:space="preserve"> </w:t>
      </w:r>
      <w:proofErr w:type="spellStart"/>
      <w:r w:rsidRPr="00EE4DF6">
        <w:rPr>
          <w:rFonts w:ascii="Times New Roman" w:hAnsi="Times New Roman"/>
          <w:color w:val="000000" w:themeColor="text1"/>
          <w:sz w:val="24"/>
        </w:rPr>
        <w:t>multikultural</w:t>
      </w:r>
      <w:proofErr w:type="spellEnd"/>
      <w:r w:rsidRPr="00EE4DF6">
        <w:rPr>
          <w:rFonts w:ascii="Times New Roman" w:hAnsi="Times New Roman"/>
          <w:color w:val="000000" w:themeColor="text1"/>
          <w:sz w:val="24"/>
        </w:rPr>
        <w:t xml:space="preserve"> (</w:t>
      </w:r>
      <w:proofErr w:type="spellStart"/>
      <w:r w:rsidRPr="00EE4DF6">
        <w:rPr>
          <w:rFonts w:ascii="Times New Roman" w:hAnsi="Times New Roman"/>
          <w:color w:val="000000" w:themeColor="text1"/>
          <w:sz w:val="24"/>
        </w:rPr>
        <w:t>Ardani</w:t>
      </w:r>
      <w:proofErr w:type="spellEnd"/>
      <w:r w:rsidRPr="00EE4DF6">
        <w:rPr>
          <w:rFonts w:ascii="Times New Roman" w:hAnsi="Times New Roman"/>
          <w:color w:val="000000" w:themeColor="text1"/>
          <w:sz w:val="24"/>
        </w:rPr>
        <w:t xml:space="preserve"> dan </w:t>
      </w:r>
      <w:proofErr w:type="spellStart"/>
      <w:r w:rsidRPr="00EE4DF6">
        <w:rPr>
          <w:rFonts w:ascii="Times New Roman" w:hAnsi="Times New Roman"/>
          <w:color w:val="000000" w:themeColor="text1"/>
          <w:sz w:val="24"/>
        </w:rPr>
        <w:t>Basalamah</w:t>
      </w:r>
      <w:proofErr w:type="spellEnd"/>
      <w:r w:rsidRPr="00EE4DF6">
        <w:rPr>
          <w:rFonts w:ascii="Times New Roman" w:hAnsi="Times New Roman"/>
          <w:color w:val="000000" w:themeColor="text1"/>
          <w:sz w:val="24"/>
        </w:rPr>
        <w:t>, 2021)</w:t>
      </w:r>
      <w:r w:rsidR="0071026B" w:rsidRPr="00EE4DF6">
        <w:rPr>
          <w:color w:val="000000" w:themeColor="text1"/>
        </w:rPr>
        <w:t xml:space="preserve">. </w:t>
      </w:r>
      <w:r w:rsidR="00332D94" w:rsidRPr="00EE4DF6">
        <w:rPr>
          <w:rFonts w:ascii="Times New Roman" w:hAnsi="Times New Roman"/>
          <w:color w:val="000000" w:themeColor="text1"/>
          <w:sz w:val="24"/>
        </w:rPr>
        <w:t xml:space="preserve">Hal </w:t>
      </w:r>
      <w:proofErr w:type="spellStart"/>
      <w:r w:rsidR="00332D94">
        <w:rPr>
          <w:rFonts w:ascii="Times New Roman" w:hAnsi="Times New Roman"/>
          <w:sz w:val="24"/>
        </w:rPr>
        <w:t>ini</w:t>
      </w:r>
      <w:proofErr w:type="spellEnd"/>
      <w:r w:rsidR="00156FA5">
        <w:rPr>
          <w:rFonts w:ascii="Times New Roman" w:hAnsi="Times New Roman"/>
          <w:sz w:val="24"/>
        </w:rPr>
        <w:t xml:space="preserve"> </w:t>
      </w:r>
      <w:proofErr w:type="spellStart"/>
      <w:r w:rsidR="00156FA5">
        <w:rPr>
          <w:rFonts w:ascii="Times New Roman" w:hAnsi="Times New Roman"/>
          <w:sz w:val="24"/>
        </w:rPr>
        <w:t>menunjukkan</w:t>
      </w:r>
      <w:proofErr w:type="spellEnd"/>
      <w:r w:rsidR="00156FA5">
        <w:rPr>
          <w:rFonts w:ascii="Times New Roman" w:hAnsi="Times New Roman"/>
          <w:sz w:val="24"/>
        </w:rPr>
        <w:t xml:space="preserve"> </w:t>
      </w:r>
      <w:proofErr w:type="spellStart"/>
      <w:r w:rsidR="00156FA5">
        <w:rPr>
          <w:rFonts w:ascii="Times New Roman" w:hAnsi="Times New Roman"/>
          <w:sz w:val="24"/>
        </w:rPr>
        <w:t>bahwa</w:t>
      </w:r>
      <w:proofErr w:type="spellEnd"/>
      <w:r w:rsidR="00156FA5">
        <w:rPr>
          <w:rFonts w:ascii="Times New Roman" w:hAnsi="Times New Roman"/>
          <w:sz w:val="24"/>
        </w:rPr>
        <w:t xml:space="preserve"> </w:t>
      </w:r>
      <w:proofErr w:type="spellStart"/>
      <w:r w:rsidR="00156FA5">
        <w:rPr>
          <w:rFonts w:ascii="Times New Roman" w:hAnsi="Times New Roman"/>
          <w:sz w:val="24"/>
        </w:rPr>
        <w:t>industri</w:t>
      </w:r>
      <w:proofErr w:type="spellEnd"/>
      <w:r w:rsidR="00156FA5">
        <w:rPr>
          <w:rFonts w:ascii="Times New Roman" w:hAnsi="Times New Roman"/>
          <w:sz w:val="24"/>
        </w:rPr>
        <w:t xml:space="preserve"> </w:t>
      </w:r>
      <w:r w:rsidR="00156FA5" w:rsidRPr="00332D94">
        <w:rPr>
          <w:rFonts w:ascii="Times New Roman" w:hAnsi="Times New Roman"/>
          <w:i/>
          <w:iCs/>
          <w:sz w:val="24"/>
        </w:rPr>
        <w:t>hospitality</w:t>
      </w:r>
      <w:r w:rsidR="00156FA5">
        <w:rPr>
          <w:rFonts w:ascii="Times New Roman" w:hAnsi="Times New Roman"/>
          <w:sz w:val="24"/>
        </w:rPr>
        <w:t xml:space="preserve"> </w:t>
      </w:r>
      <w:proofErr w:type="spellStart"/>
      <w:r w:rsidR="00156FA5">
        <w:rPr>
          <w:rFonts w:ascii="Times New Roman" w:hAnsi="Times New Roman"/>
          <w:sz w:val="24"/>
        </w:rPr>
        <w:t>sejak</w:t>
      </w:r>
      <w:proofErr w:type="spellEnd"/>
      <w:r w:rsidR="00156FA5">
        <w:rPr>
          <w:rFonts w:ascii="Times New Roman" w:hAnsi="Times New Roman"/>
          <w:sz w:val="24"/>
        </w:rPr>
        <w:t xml:space="preserve"> lama </w:t>
      </w:r>
      <w:proofErr w:type="spellStart"/>
      <w:r w:rsidR="00156FA5">
        <w:rPr>
          <w:rFonts w:ascii="Times New Roman" w:hAnsi="Times New Roman"/>
          <w:sz w:val="24"/>
        </w:rPr>
        <w:t>bergantung</w:t>
      </w:r>
      <w:proofErr w:type="spellEnd"/>
      <w:r w:rsidR="00156FA5">
        <w:rPr>
          <w:rFonts w:ascii="Times New Roman" w:hAnsi="Times New Roman"/>
          <w:sz w:val="24"/>
        </w:rPr>
        <w:t xml:space="preserve"> pada </w:t>
      </w:r>
      <w:proofErr w:type="spellStart"/>
      <w:r w:rsidR="00156FA5">
        <w:rPr>
          <w:rFonts w:ascii="Times New Roman" w:hAnsi="Times New Roman"/>
          <w:sz w:val="24"/>
        </w:rPr>
        <w:t>lingkungan</w:t>
      </w:r>
      <w:proofErr w:type="spellEnd"/>
      <w:r w:rsidR="00156FA5">
        <w:rPr>
          <w:rFonts w:ascii="Times New Roman" w:hAnsi="Times New Roman"/>
          <w:sz w:val="24"/>
        </w:rPr>
        <w:t xml:space="preserve"> </w:t>
      </w:r>
      <w:proofErr w:type="spellStart"/>
      <w:r w:rsidR="00156FA5">
        <w:rPr>
          <w:rFonts w:ascii="Times New Roman" w:hAnsi="Times New Roman"/>
          <w:sz w:val="24"/>
        </w:rPr>
        <w:t>kerja</w:t>
      </w:r>
      <w:proofErr w:type="spellEnd"/>
      <w:r w:rsidR="00156FA5">
        <w:rPr>
          <w:rFonts w:ascii="Times New Roman" w:hAnsi="Times New Roman"/>
          <w:sz w:val="24"/>
        </w:rPr>
        <w:t xml:space="preserve"> </w:t>
      </w:r>
      <w:proofErr w:type="spellStart"/>
      <w:r w:rsidR="00156FA5">
        <w:rPr>
          <w:rFonts w:ascii="Times New Roman" w:hAnsi="Times New Roman"/>
          <w:sz w:val="24"/>
        </w:rPr>
        <w:t>lintas</w:t>
      </w:r>
      <w:proofErr w:type="spellEnd"/>
      <w:r w:rsidR="00156FA5">
        <w:rPr>
          <w:rFonts w:ascii="Times New Roman" w:hAnsi="Times New Roman"/>
          <w:sz w:val="24"/>
        </w:rPr>
        <w:t xml:space="preserve"> </w:t>
      </w:r>
      <w:proofErr w:type="spellStart"/>
      <w:r w:rsidR="00156FA5">
        <w:rPr>
          <w:rFonts w:ascii="Times New Roman" w:hAnsi="Times New Roman"/>
          <w:sz w:val="24"/>
        </w:rPr>
        <w:t>budaya</w:t>
      </w:r>
      <w:proofErr w:type="spellEnd"/>
      <w:r w:rsidR="00156FA5">
        <w:rPr>
          <w:rFonts w:ascii="Times New Roman" w:hAnsi="Times New Roman"/>
          <w:sz w:val="24"/>
        </w:rPr>
        <w:t xml:space="preserve">. Dalam </w:t>
      </w:r>
      <w:proofErr w:type="spellStart"/>
      <w:r w:rsidR="00156FA5">
        <w:rPr>
          <w:rFonts w:ascii="Times New Roman" w:hAnsi="Times New Roman"/>
          <w:sz w:val="24"/>
        </w:rPr>
        <w:t>praktiknya</w:t>
      </w:r>
      <w:proofErr w:type="spellEnd"/>
      <w:r w:rsidR="00156FA5">
        <w:rPr>
          <w:rFonts w:ascii="Times New Roman" w:hAnsi="Times New Roman"/>
          <w:sz w:val="24"/>
        </w:rPr>
        <w:t xml:space="preserve">, </w:t>
      </w:r>
      <w:proofErr w:type="spellStart"/>
      <w:r w:rsidR="00156FA5">
        <w:rPr>
          <w:rFonts w:ascii="Times New Roman" w:hAnsi="Times New Roman"/>
          <w:sz w:val="24"/>
        </w:rPr>
        <w:t>komunikasi</w:t>
      </w:r>
      <w:proofErr w:type="spellEnd"/>
      <w:r w:rsidR="00156FA5">
        <w:rPr>
          <w:rFonts w:ascii="Times New Roman" w:hAnsi="Times New Roman"/>
          <w:sz w:val="24"/>
        </w:rPr>
        <w:t xml:space="preserve"> </w:t>
      </w:r>
      <w:proofErr w:type="spellStart"/>
      <w:r w:rsidR="00156FA5">
        <w:rPr>
          <w:rFonts w:ascii="Times New Roman" w:hAnsi="Times New Roman"/>
          <w:sz w:val="24"/>
        </w:rPr>
        <w:t>antarbudaya</w:t>
      </w:r>
      <w:proofErr w:type="spellEnd"/>
      <w:r w:rsidR="00156FA5">
        <w:rPr>
          <w:rFonts w:ascii="Times New Roman" w:hAnsi="Times New Roman"/>
          <w:sz w:val="24"/>
        </w:rPr>
        <w:t xml:space="preserve"> </w:t>
      </w:r>
      <w:proofErr w:type="spellStart"/>
      <w:r w:rsidR="00156FA5">
        <w:rPr>
          <w:rFonts w:ascii="Times New Roman" w:hAnsi="Times New Roman"/>
          <w:sz w:val="24"/>
        </w:rPr>
        <w:t>tidak</w:t>
      </w:r>
      <w:proofErr w:type="spellEnd"/>
      <w:r w:rsidR="00156FA5">
        <w:rPr>
          <w:rFonts w:ascii="Times New Roman" w:hAnsi="Times New Roman"/>
          <w:sz w:val="24"/>
        </w:rPr>
        <w:t xml:space="preserve"> </w:t>
      </w:r>
      <w:proofErr w:type="spellStart"/>
      <w:r w:rsidR="00156FA5">
        <w:rPr>
          <w:rFonts w:ascii="Times New Roman" w:hAnsi="Times New Roman"/>
          <w:sz w:val="24"/>
        </w:rPr>
        <w:t>hanya</w:t>
      </w:r>
      <w:proofErr w:type="spellEnd"/>
      <w:r w:rsidR="00156FA5">
        <w:rPr>
          <w:rFonts w:ascii="Times New Roman" w:hAnsi="Times New Roman"/>
          <w:sz w:val="24"/>
        </w:rPr>
        <w:t xml:space="preserve"> </w:t>
      </w:r>
      <w:proofErr w:type="spellStart"/>
      <w:r w:rsidR="00156FA5">
        <w:rPr>
          <w:rFonts w:ascii="Times New Roman" w:hAnsi="Times New Roman"/>
          <w:sz w:val="24"/>
        </w:rPr>
        <w:t>berkaitan</w:t>
      </w:r>
      <w:proofErr w:type="spellEnd"/>
      <w:r w:rsidR="00156FA5">
        <w:rPr>
          <w:rFonts w:ascii="Times New Roman" w:hAnsi="Times New Roman"/>
          <w:sz w:val="24"/>
        </w:rPr>
        <w:t xml:space="preserve"> </w:t>
      </w:r>
      <w:proofErr w:type="spellStart"/>
      <w:r w:rsidR="00156FA5">
        <w:rPr>
          <w:rFonts w:ascii="Times New Roman" w:hAnsi="Times New Roman"/>
          <w:sz w:val="24"/>
        </w:rPr>
        <w:t>dengan</w:t>
      </w:r>
      <w:proofErr w:type="spellEnd"/>
      <w:r w:rsidR="00156FA5">
        <w:rPr>
          <w:rFonts w:ascii="Times New Roman" w:hAnsi="Times New Roman"/>
          <w:sz w:val="24"/>
        </w:rPr>
        <w:t xml:space="preserve"> </w:t>
      </w:r>
      <w:proofErr w:type="spellStart"/>
      <w:r w:rsidR="00156FA5">
        <w:rPr>
          <w:rFonts w:ascii="Times New Roman" w:hAnsi="Times New Roman"/>
          <w:sz w:val="24"/>
        </w:rPr>
        <w:t>penggunaan</w:t>
      </w:r>
      <w:proofErr w:type="spellEnd"/>
      <w:r w:rsidR="00156FA5">
        <w:rPr>
          <w:rFonts w:ascii="Times New Roman" w:hAnsi="Times New Roman"/>
          <w:sz w:val="24"/>
        </w:rPr>
        <w:t xml:space="preserve"> </w:t>
      </w:r>
      <w:proofErr w:type="spellStart"/>
      <w:r w:rsidR="00156FA5">
        <w:rPr>
          <w:rFonts w:ascii="Times New Roman" w:hAnsi="Times New Roman"/>
          <w:sz w:val="24"/>
        </w:rPr>
        <w:t>bahasa</w:t>
      </w:r>
      <w:proofErr w:type="spellEnd"/>
      <w:r w:rsidR="00156FA5">
        <w:rPr>
          <w:rFonts w:ascii="Times New Roman" w:hAnsi="Times New Roman"/>
          <w:sz w:val="24"/>
        </w:rPr>
        <w:t xml:space="preserve">, </w:t>
      </w:r>
      <w:proofErr w:type="spellStart"/>
      <w:r w:rsidR="00156FA5">
        <w:rPr>
          <w:rFonts w:ascii="Times New Roman" w:hAnsi="Times New Roman"/>
          <w:sz w:val="24"/>
        </w:rPr>
        <w:t>tetapi</w:t>
      </w:r>
      <w:proofErr w:type="spellEnd"/>
      <w:r w:rsidR="00156FA5">
        <w:rPr>
          <w:rFonts w:ascii="Times New Roman" w:hAnsi="Times New Roman"/>
          <w:sz w:val="24"/>
        </w:rPr>
        <w:t xml:space="preserve"> juga </w:t>
      </w:r>
      <w:proofErr w:type="spellStart"/>
      <w:r w:rsidR="00156FA5">
        <w:rPr>
          <w:rFonts w:ascii="Times New Roman" w:hAnsi="Times New Roman"/>
          <w:sz w:val="24"/>
        </w:rPr>
        <w:t>melibatkan</w:t>
      </w:r>
      <w:proofErr w:type="spellEnd"/>
      <w:r w:rsidR="00156FA5">
        <w:rPr>
          <w:rFonts w:ascii="Times New Roman" w:hAnsi="Times New Roman"/>
          <w:sz w:val="24"/>
        </w:rPr>
        <w:t xml:space="preserve"> </w:t>
      </w:r>
      <w:proofErr w:type="spellStart"/>
      <w:r w:rsidR="00156FA5">
        <w:rPr>
          <w:rFonts w:ascii="Times New Roman" w:hAnsi="Times New Roman"/>
          <w:sz w:val="24"/>
        </w:rPr>
        <w:t>pemahaman</w:t>
      </w:r>
      <w:proofErr w:type="spellEnd"/>
      <w:r w:rsidR="00156FA5">
        <w:rPr>
          <w:rFonts w:ascii="Times New Roman" w:hAnsi="Times New Roman"/>
          <w:sz w:val="24"/>
        </w:rPr>
        <w:t xml:space="preserve"> </w:t>
      </w:r>
      <w:proofErr w:type="spellStart"/>
      <w:r w:rsidR="00156FA5">
        <w:rPr>
          <w:rFonts w:ascii="Times New Roman" w:hAnsi="Times New Roman"/>
          <w:sz w:val="24"/>
        </w:rPr>
        <w:t>terhadap</w:t>
      </w:r>
      <w:proofErr w:type="spellEnd"/>
      <w:r w:rsidR="00156FA5">
        <w:rPr>
          <w:rFonts w:ascii="Times New Roman" w:hAnsi="Times New Roman"/>
          <w:sz w:val="24"/>
        </w:rPr>
        <w:t xml:space="preserve"> norma </w:t>
      </w:r>
      <w:proofErr w:type="spellStart"/>
      <w:r w:rsidR="00156FA5">
        <w:rPr>
          <w:rFonts w:ascii="Times New Roman" w:hAnsi="Times New Roman"/>
          <w:sz w:val="24"/>
        </w:rPr>
        <w:t>sosial</w:t>
      </w:r>
      <w:proofErr w:type="spellEnd"/>
      <w:r w:rsidR="00156FA5">
        <w:rPr>
          <w:rFonts w:ascii="Times New Roman" w:hAnsi="Times New Roman"/>
          <w:sz w:val="24"/>
        </w:rPr>
        <w:t xml:space="preserve">, </w:t>
      </w:r>
      <w:proofErr w:type="spellStart"/>
      <w:r w:rsidR="00156FA5">
        <w:rPr>
          <w:rFonts w:ascii="Times New Roman" w:hAnsi="Times New Roman"/>
          <w:sz w:val="24"/>
        </w:rPr>
        <w:t>etika</w:t>
      </w:r>
      <w:proofErr w:type="spellEnd"/>
      <w:r w:rsidR="00156FA5">
        <w:rPr>
          <w:rFonts w:ascii="Times New Roman" w:hAnsi="Times New Roman"/>
          <w:sz w:val="24"/>
        </w:rPr>
        <w:t xml:space="preserve"> </w:t>
      </w:r>
      <w:proofErr w:type="spellStart"/>
      <w:r w:rsidR="00156FA5">
        <w:rPr>
          <w:rFonts w:ascii="Times New Roman" w:hAnsi="Times New Roman"/>
          <w:sz w:val="24"/>
        </w:rPr>
        <w:t>kerja</w:t>
      </w:r>
      <w:proofErr w:type="spellEnd"/>
      <w:r w:rsidR="00156FA5">
        <w:rPr>
          <w:rFonts w:ascii="Times New Roman" w:hAnsi="Times New Roman"/>
          <w:sz w:val="24"/>
        </w:rPr>
        <w:t xml:space="preserve">, </w:t>
      </w:r>
      <w:proofErr w:type="spellStart"/>
      <w:r w:rsidR="00156FA5">
        <w:rPr>
          <w:rFonts w:ascii="Times New Roman" w:hAnsi="Times New Roman"/>
          <w:sz w:val="24"/>
        </w:rPr>
        <w:t>kebiasaan</w:t>
      </w:r>
      <w:proofErr w:type="spellEnd"/>
      <w:r w:rsidR="00156FA5">
        <w:rPr>
          <w:rFonts w:ascii="Times New Roman" w:hAnsi="Times New Roman"/>
          <w:sz w:val="24"/>
        </w:rPr>
        <w:t xml:space="preserve"> </w:t>
      </w:r>
      <w:proofErr w:type="spellStart"/>
      <w:r w:rsidR="00156FA5">
        <w:rPr>
          <w:rFonts w:ascii="Times New Roman" w:hAnsi="Times New Roman"/>
          <w:sz w:val="24"/>
        </w:rPr>
        <w:t>komunikasi</w:t>
      </w:r>
      <w:proofErr w:type="spellEnd"/>
      <w:r w:rsidR="00156FA5">
        <w:rPr>
          <w:rFonts w:ascii="Times New Roman" w:hAnsi="Times New Roman"/>
          <w:sz w:val="24"/>
        </w:rPr>
        <w:t xml:space="preserve">, dan </w:t>
      </w:r>
      <w:proofErr w:type="spellStart"/>
      <w:r w:rsidR="00156FA5">
        <w:rPr>
          <w:rFonts w:ascii="Times New Roman" w:hAnsi="Times New Roman"/>
          <w:sz w:val="24"/>
        </w:rPr>
        <w:t>cara</w:t>
      </w:r>
      <w:proofErr w:type="spellEnd"/>
      <w:r w:rsidR="00156FA5">
        <w:rPr>
          <w:rFonts w:ascii="Times New Roman" w:hAnsi="Times New Roman"/>
          <w:sz w:val="24"/>
        </w:rPr>
        <w:t xml:space="preserve"> </w:t>
      </w:r>
      <w:proofErr w:type="spellStart"/>
      <w:r w:rsidR="00156FA5">
        <w:rPr>
          <w:rFonts w:ascii="Times New Roman" w:hAnsi="Times New Roman"/>
          <w:sz w:val="24"/>
        </w:rPr>
        <w:t>individu</w:t>
      </w:r>
      <w:proofErr w:type="spellEnd"/>
      <w:r w:rsidR="00156FA5">
        <w:rPr>
          <w:rFonts w:ascii="Times New Roman" w:hAnsi="Times New Roman"/>
          <w:sz w:val="24"/>
        </w:rPr>
        <w:t xml:space="preserve"> </w:t>
      </w:r>
      <w:proofErr w:type="spellStart"/>
      <w:r w:rsidR="00156FA5">
        <w:rPr>
          <w:rFonts w:ascii="Times New Roman" w:hAnsi="Times New Roman"/>
          <w:sz w:val="24"/>
        </w:rPr>
        <w:t>menyesuaikan</w:t>
      </w:r>
      <w:proofErr w:type="spellEnd"/>
      <w:r w:rsidR="00156FA5">
        <w:rPr>
          <w:rFonts w:ascii="Times New Roman" w:hAnsi="Times New Roman"/>
          <w:sz w:val="24"/>
        </w:rPr>
        <w:t xml:space="preserve"> </w:t>
      </w:r>
      <w:proofErr w:type="spellStart"/>
      <w:r w:rsidR="00156FA5">
        <w:rPr>
          <w:rFonts w:ascii="Times New Roman" w:hAnsi="Times New Roman"/>
          <w:sz w:val="24"/>
        </w:rPr>
        <w:t>diri</w:t>
      </w:r>
      <w:proofErr w:type="spellEnd"/>
      <w:r w:rsidR="00156FA5">
        <w:rPr>
          <w:rFonts w:ascii="Times New Roman" w:hAnsi="Times New Roman"/>
          <w:sz w:val="24"/>
        </w:rPr>
        <w:t xml:space="preserve"> </w:t>
      </w:r>
      <w:proofErr w:type="spellStart"/>
      <w:r w:rsidR="00156FA5">
        <w:rPr>
          <w:rFonts w:ascii="Times New Roman" w:hAnsi="Times New Roman"/>
          <w:sz w:val="24"/>
        </w:rPr>
        <w:t>dengan</w:t>
      </w:r>
      <w:proofErr w:type="spellEnd"/>
      <w:r w:rsidR="00156FA5">
        <w:rPr>
          <w:rFonts w:ascii="Times New Roman" w:hAnsi="Times New Roman"/>
          <w:sz w:val="24"/>
        </w:rPr>
        <w:t xml:space="preserve"> </w:t>
      </w:r>
      <w:proofErr w:type="spellStart"/>
      <w:r w:rsidR="00156FA5">
        <w:rPr>
          <w:rFonts w:ascii="Times New Roman" w:hAnsi="Times New Roman"/>
          <w:sz w:val="24"/>
        </w:rPr>
        <w:t>budaya</w:t>
      </w:r>
      <w:proofErr w:type="spellEnd"/>
      <w:r w:rsidR="00156FA5">
        <w:rPr>
          <w:rFonts w:ascii="Times New Roman" w:hAnsi="Times New Roman"/>
          <w:sz w:val="24"/>
        </w:rPr>
        <w:t xml:space="preserve"> </w:t>
      </w:r>
      <w:proofErr w:type="spellStart"/>
      <w:r w:rsidR="00156FA5">
        <w:rPr>
          <w:rFonts w:ascii="Times New Roman" w:hAnsi="Times New Roman"/>
          <w:sz w:val="24"/>
        </w:rPr>
        <w:t>kerja</w:t>
      </w:r>
      <w:proofErr w:type="spellEnd"/>
      <w:r w:rsidR="00156FA5">
        <w:rPr>
          <w:rFonts w:ascii="Times New Roman" w:hAnsi="Times New Roman"/>
          <w:sz w:val="24"/>
        </w:rPr>
        <w:t xml:space="preserve"> yang </w:t>
      </w:r>
      <w:proofErr w:type="spellStart"/>
      <w:r w:rsidR="00156FA5">
        <w:rPr>
          <w:rFonts w:ascii="Times New Roman" w:hAnsi="Times New Roman"/>
          <w:sz w:val="24"/>
        </w:rPr>
        <w:t>berbeda</w:t>
      </w:r>
      <w:proofErr w:type="spellEnd"/>
      <w:r w:rsidR="00156FA5">
        <w:rPr>
          <w:rFonts w:ascii="Times New Roman" w:hAnsi="Times New Roman"/>
          <w:sz w:val="24"/>
        </w:rPr>
        <w:t xml:space="preserve">. </w:t>
      </w:r>
      <w:proofErr w:type="spellStart"/>
      <w:r w:rsidR="00156FA5">
        <w:rPr>
          <w:rFonts w:ascii="Times New Roman" w:hAnsi="Times New Roman"/>
          <w:sz w:val="24"/>
        </w:rPr>
        <w:t>Perbedaan</w:t>
      </w:r>
      <w:proofErr w:type="spellEnd"/>
      <w:r w:rsidR="00156FA5">
        <w:rPr>
          <w:rFonts w:ascii="Times New Roman" w:hAnsi="Times New Roman"/>
          <w:sz w:val="24"/>
        </w:rPr>
        <w:t xml:space="preserve"> </w:t>
      </w:r>
      <w:proofErr w:type="spellStart"/>
      <w:r w:rsidR="00156FA5">
        <w:rPr>
          <w:rFonts w:ascii="Times New Roman" w:hAnsi="Times New Roman"/>
          <w:sz w:val="24"/>
        </w:rPr>
        <w:t>budaya</w:t>
      </w:r>
      <w:proofErr w:type="spellEnd"/>
      <w:r w:rsidR="00156FA5">
        <w:rPr>
          <w:rFonts w:ascii="Times New Roman" w:hAnsi="Times New Roman"/>
          <w:sz w:val="24"/>
        </w:rPr>
        <w:t xml:space="preserve"> </w:t>
      </w:r>
      <w:proofErr w:type="spellStart"/>
      <w:r w:rsidR="00156FA5">
        <w:rPr>
          <w:rFonts w:ascii="Times New Roman" w:hAnsi="Times New Roman"/>
          <w:sz w:val="24"/>
        </w:rPr>
        <w:t>komunikasi</w:t>
      </w:r>
      <w:proofErr w:type="spellEnd"/>
      <w:r w:rsidR="00156FA5">
        <w:rPr>
          <w:rFonts w:ascii="Times New Roman" w:hAnsi="Times New Roman"/>
          <w:sz w:val="24"/>
        </w:rPr>
        <w:t xml:space="preserve"> </w:t>
      </w:r>
      <w:proofErr w:type="spellStart"/>
      <w:r w:rsidR="00156FA5">
        <w:rPr>
          <w:rFonts w:ascii="Times New Roman" w:hAnsi="Times New Roman"/>
          <w:sz w:val="24"/>
        </w:rPr>
        <w:t>antara</w:t>
      </w:r>
      <w:proofErr w:type="spellEnd"/>
      <w:r w:rsidR="00156FA5">
        <w:rPr>
          <w:rFonts w:ascii="Times New Roman" w:hAnsi="Times New Roman"/>
          <w:sz w:val="24"/>
        </w:rPr>
        <w:t xml:space="preserve"> </w:t>
      </w:r>
      <w:proofErr w:type="spellStart"/>
      <w:r w:rsidR="00156FA5">
        <w:rPr>
          <w:rFonts w:ascii="Times New Roman" w:hAnsi="Times New Roman"/>
          <w:sz w:val="24"/>
        </w:rPr>
        <w:t>tenaga</w:t>
      </w:r>
      <w:proofErr w:type="spellEnd"/>
      <w:r w:rsidR="00156FA5">
        <w:rPr>
          <w:rFonts w:ascii="Times New Roman" w:hAnsi="Times New Roman"/>
          <w:sz w:val="24"/>
        </w:rPr>
        <w:t xml:space="preserve"> </w:t>
      </w:r>
      <w:proofErr w:type="spellStart"/>
      <w:r w:rsidR="00156FA5">
        <w:rPr>
          <w:rFonts w:ascii="Times New Roman" w:hAnsi="Times New Roman"/>
          <w:sz w:val="24"/>
        </w:rPr>
        <w:t>kerja</w:t>
      </w:r>
      <w:proofErr w:type="spellEnd"/>
      <w:r w:rsidR="00156FA5">
        <w:rPr>
          <w:rFonts w:ascii="Times New Roman" w:hAnsi="Times New Roman"/>
          <w:sz w:val="24"/>
        </w:rPr>
        <w:t xml:space="preserve"> </w:t>
      </w:r>
      <w:proofErr w:type="spellStart"/>
      <w:r w:rsidR="00156FA5">
        <w:rPr>
          <w:rFonts w:ascii="Times New Roman" w:hAnsi="Times New Roman"/>
          <w:sz w:val="24"/>
        </w:rPr>
        <w:t>asing</w:t>
      </w:r>
      <w:proofErr w:type="spellEnd"/>
      <w:r w:rsidR="00156FA5">
        <w:rPr>
          <w:rFonts w:ascii="Times New Roman" w:hAnsi="Times New Roman"/>
          <w:sz w:val="24"/>
        </w:rPr>
        <w:t xml:space="preserve"> dan </w:t>
      </w:r>
      <w:proofErr w:type="spellStart"/>
      <w:r w:rsidR="00156FA5">
        <w:rPr>
          <w:rFonts w:ascii="Times New Roman" w:hAnsi="Times New Roman"/>
          <w:sz w:val="24"/>
        </w:rPr>
        <w:t>masyarakat</w:t>
      </w:r>
      <w:proofErr w:type="spellEnd"/>
      <w:r w:rsidR="00156FA5">
        <w:rPr>
          <w:rFonts w:ascii="Times New Roman" w:hAnsi="Times New Roman"/>
          <w:sz w:val="24"/>
        </w:rPr>
        <w:t xml:space="preserve"> </w:t>
      </w:r>
      <w:proofErr w:type="spellStart"/>
      <w:r w:rsidR="00156FA5">
        <w:rPr>
          <w:rFonts w:ascii="Times New Roman" w:hAnsi="Times New Roman"/>
          <w:sz w:val="24"/>
        </w:rPr>
        <w:t>Jepang</w:t>
      </w:r>
      <w:proofErr w:type="spellEnd"/>
      <w:r w:rsidR="00156FA5">
        <w:rPr>
          <w:rFonts w:ascii="Times New Roman" w:hAnsi="Times New Roman"/>
          <w:sz w:val="24"/>
        </w:rPr>
        <w:t xml:space="preserve"> </w:t>
      </w:r>
      <w:proofErr w:type="spellStart"/>
      <w:r w:rsidR="00156FA5">
        <w:rPr>
          <w:rFonts w:ascii="Times New Roman" w:hAnsi="Times New Roman"/>
          <w:sz w:val="24"/>
        </w:rPr>
        <w:t>sering</w:t>
      </w:r>
      <w:proofErr w:type="spellEnd"/>
      <w:r w:rsidR="00156FA5">
        <w:rPr>
          <w:rFonts w:ascii="Times New Roman" w:hAnsi="Times New Roman"/>
          <w:sz w:val="24"/>
        </w:rPr>
        <w:t xml:space="preserve"> kali </w:t>
      </w:r>
      <w:proofErr w:type="spellStart"/>
      <w:r w:rsidR="00156FA5">
        <w:rPr>
          <w:rFonts w:ascii="Times New Roman" w:hAnsi="Times New Roman"/>
          <w:sz w:val="24"/>
        </w:rPr>
        <w:t>menyebabkan</w:t>
      </w:r>
      <w:proofErr w:type="spellEnd"/>
      <w:r w:rsidR="00156FA5">
        <w:rPr>
          <w:rFonts w:ascii="Times New Roman" w:hAnsi="Times New Roman"/>
          <w:sz w:val="24"/>
        </w:rPr>
        <w:t xml:space="preserve"> </w:t>
      </w:r>
      <w:proofErr w:type="spellStart"/>
      <w:r w:rsidR="00156FA5">
        <w:rPr>
          <w:rFonts w:ascii="Times New Roman" w:hAnsi="Times New Roman"/>
          <w:sz w:val="24"/>
        </w:rPr>
        <w:t>hambatan</w:t>
      </w:r>
      <w:proofErr w:type="spellEnd"/>
      <w:r w:rsidR="00156FA5">
        <w:rPr>
          <w:rFonts w:ascii="Times New Roman" w:hAnsi="Times New Roman"/>
          <w:sz w:val="24"/>
        </w:rPr>
        <w:t xml:space="preserve"> </w:t>
      </w:r>
      <w:proofErr w:type="spellStart"/>
      <w:r w:rsidR="00156FA5">
        <w:rPr>
          <w:rFonts w:ascii="Times New Roman" w:hAnsi="Times New Roman"/>
          <w:sz w:val="24"/>
        </w:rPr>
        <w:t>dalam</w:t>
      </w:r>
      <w:proofErr w:type="spellEnd"/>
      <w:r w:rsidR="00156FA5">
        <w:rPr>
          <w:rFonts w:ascii="Times New Roman" w:hAnsi="Times New Roman"/>
          <w:sz w:val="24"/>
        </w:rPr>
        <w:t xml:space="preserve"> proses </w:t>
      </w:r>
      <w:proofErr w:type="spellStart"/>
      <w:r w:rsidR="00156FA5">
        <w:rPr>
          <w:rFonts w:ascii="Times New Roman" w:hAnsi="Times New Roman"/>
          <w:sz w:val="24"/>
        </w:rPr>
        <w:t>kerja</w:t>
      </w:r>
      <w:proofErr w:type="spellEnd"/>
      <w:r w:rsidR="00156FA5">
        <w:rPr>
          <w:rFonts w:ascii="Times New Roman" w:hAnsi="Times New Roman"/>
          <w:sz w:val="24"/>
        </w:rPr>
        <w:t xml:space="preserve"> </w:t>
      </w:r>
      <w:proofErr w:type="spellStart"/>
      <w:r w:rsidR="00156FA5">
        <w:rPr>
          <w:rFonts w:ascii="Times New Roman" w:hAnsi="Times New Roman"/>
          <w:sz w:val="24"/>
        </w:rPr>
        <w:t>maupun</w:t>
      </w:r>
      <w:proofErr w:type="spellEnd"/>
      <w:r w:rsidR="00156FA5">
        <w:rPr>
          <w:rFonts w:ascii="Times New Roman" w:hAnsi="Times New Roman"/>
          <w:sz w:val="24"/>
        </w:rPr>
        <w:t xml:space="preserve"> </w:t>
      </w:r>
      <w:proofErr w:type="spellStart"/>
      <w:r w:rsidR="00156FA5">
        <w:rPr>
          <w:rFonts w:ascii="Times New Roman" w:hAnsi="Times New Roman"/>
          <w:sz w:val="24"/>
        </w:rPr>
        <w:t>pelayanan</w:t>
      </w:r>
      <w:proofErr w:type="spellEnd"/>
      <w:r w:rsidR="00156FA5">
        <w:rPr>
          <w:rFonts w:ascii="Times New Roman" w:hAnsi="Times New Roman"/>
          <w:sz w:val="24"/>
        </w:rPr>
        <w:t xml:space="preserve"> </w:t>
      </w:r>
      <w:proofErr w:type="spellStart"/>
      <w:r w:rsidR="00156FA5">
        <w:rPr>
          <w:rFonts w:ascii="Times New Roman" w:hAnsi="Times New Roman"/>
          <w:sz w:val="24"/>
        </w:rPr>
        <w:t>pelanggan</w:t>
      </w:r>
      <w:proofErr w:type="spellEnd"/>
      <w:r w:rsidR="00156FA5">
        <w:rPr>
          <w:rFonts w:ascii="Times New Roman" w:hAnsi="Times New Roman"/>
          <w:sz w:val="24"/>
        </w:rPr>
        <w:t xml:space="preserve"> di hotel </w:t>
      </w:r>
      <w:proofErr w:type="spellStart"/>
      <w:r w:rsidR="00156FA5">
        <w:rPr>
          <w:rFonts w:ascii="Times New Roman" w:hAnsi="Times New Roman"/>
          <w:sz w:val="24"/>
        </w:rPr>
        <w:t>Jepang</w:t>
      </w:r>
      <w:proofErr w:type="spellEnd"/>
      <w:r w:rsidR="00156FA5">
        <w:rPr>
          <w:rFonts w:ascii="Times New Roman" w:hAnsi="Times New Roman"/>
          <w:sz w:val="24"/>
        </w:rPr>
        <w:t>.</w:t>
      </w:r>
    </w:p>
    <w:p w14:paraId="5E066CB6" w14:textId="77777777" w:rsidR="00332D94" w:rsidRPr="00332D94" w:rsidRDefault="00332D94" w:rsidP="00AA268C">
      <w:pPr>
        <w:autoSpaceDE w:val="0"/>
        <w:autoSpaceDN w:val="0"/>
        <w:adjustRightInd w:val="0"/>
        <w:spacing w:after="0" w:line="360" w:lineRule="auto"/>
        <w:ind w:left="284" w:firstLine="720"/>
        <w:jc w:val="both"/>
        <w:rPr>
          <w:rFonts w:ascii="Times New Roman" w:hAnsi="Times New Roman" w:cs="Times New Roman"/>
          <w:sz w:val="24"/>
          <w:szCs w:val="24"/>
        </w:rPr>
      </w:pPr>
      <w:proofErr w:type="spellStart"/>
      <w:r>
        <w:rPr>
          <w:rFonts w:ascii="Times New Roman" w:hAnsi="Times New Roman" w:cs="Times New Roman"/>
          <w:sz w:val="24"/>
          <w:szCs w:val="24"/>
        </w:rPr>
        <w:t>B</w:t>
      </w:r>
      <w:r w:rsidRPr="00332D94">
        <w:rPr>
          <w:rFonts w:ascii="Times New Roman" w:hAnsi="Times New Roman" w:cs="Times New Roman" w:hint="cs"/>
          <w:sz w:val="24"/>
          <w:szCs w:val="24"/>
        </w:rPr>
        <w:t>udaya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kerja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Jepang</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dikenal</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memiliki</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karakteristik</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disiplin</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tinggi</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ketepatan</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waktu</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loyalitas</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terhadap</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perusahaan</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serta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penghormatan</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terhadap</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senioritas</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dalam</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lingkungan</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kerja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Sistem</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kerja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Jepang</w:t>
      </w:r>
      <w:proofErr w:type="spellEnd"/>
      <w:r w:rsidRPr="00332D94">
        <w:rPr>
          <w:rFonts w:ascii="Times New Roman" w:hAnsi="Times New Roman" w:cs="Times New Roman" w:hint="cs"/>
          <w:sz w:val="24"/>
          <w:szCs w:val="24"/>
        </w:rPr>
        <w:t xml:space="preserve"> juga </w:t>
      </w:r>
      <w:proofErr w:type="spellStart"/>
      <w:r w:rsidRPr="00332D94">
        <w:rPr>
          <w:rFonts w:ascii="Times New Roman" w:hAnsi="Times New Roman" w:cs="Times New Roman" w:hint="cs"/>
          <w:sz w:val="24"/>
          <w:szCs w:val="24"/>
        </w:rPr>
        <w:t>cenderung</w:t>
      </w:r>
      <w:proofErr w:type="spellEnd"/>
      <w:r w:rsidRPr="00332D94">
        <w:rPr>
          <w:rFonts w:ascii="Times New Roman" w:hAnsi="Times New Roman" w:cs="Times New Roman" w:hint="cs"/>
          <w:sz w:val="24"/>
          <w:szCs w:val="24"/>
        </w:rPr>
        <w:t xml:space="preserve"> formal dan </w:t>
      </w:r>
      <w:proofErr w:type="spellStart"/>
      <w:r w:rsidRPr="00332D94">
        <w:rPr>
          <w:rFonts w:ascii="Times New Roman" w:hAnsi="Times New Roman" w:cs="Times New Roman" w:hint="cs"/>
          <w:sz w:val="24"/>
          <w:szCs w:val="24"/>
        </w:rPr>
        <w:t>menekankan</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harmoni</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kelompok</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dalam</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organisasi</w:t>
      </w:r>
      <w:proofErr w:type="spellEnd"/>
      <w:r w:rsidRPr="00332D94">
        <w:rPr>
          <w:rFonts w:ascii="Times New Roman" w:hAnsi="Times New Roman" w:cs="Times New Roman" w:hint="cs"/>
          <w:sz w:val="24"/>
          <w:szCs w:val="24"/>
        </w:rPr>
        <w:t xml:space="preserve">. </w:t>
      </w:r>
      <w:proofErr w:type="spellStart"/>
      <w:r w:rsidR="00B245D4" w:rsidRPr="00EE4DF6">
        <w:rPr>
          <w:rFonts w:ascii="Times New Roman" w:hAnsi="Times New Roman" w:cs="Times New Roman"/>
          <w:color w:val="000000" w:themeColor="text1"/>
          <w:sz w:val="24"/>
          <w:szCs w:val="24"/>
        </w:rPr>
        <w:t>Efektivitas</w:t>
      </w:r>
      <w:proofErr w:type="spellEnd"/>
      <w:r w:rsidR="00B245D4" w:rsidRPr="00EE4DF6">
        <w:rPr>
          <w:rFonts w:ascii="Times New Roman" w:hAnsi="Times New Roman" w:cs="Times New Roman"/>
          <w:color w:val="000000" w:themeColor="text1"/>
          <w:sz w:val="24"/>
          <w:szCs w:val="24"/>
        </w:rPr>
        <w:t xml:space="preserve"> </w:t>
      </w:r>
      <w:proofErr w:type="spellStart"/>
      <w:r w:rsidR="00B245D4" w:rsidRPr="00EE4DF6">
        <w:rPr>
          <w:rFonts w:ascii="Times New Roman" w:hAnsi="Times New Roman" w:cs="Times New Roman"/>
          <w:color w:val="000000" w:themeColor="text1"/>
          <w:sz w:val="24"/>
          <w:szCs w:val="24"/>
        </w:rPr>
        <w:t>komunikasi</w:t>
      </w:r>
      <w:proofErr w:type="spellEnd"/>
      <w:r w:rsidR="00B245D4" w:rsidRPr="00EE4DF6">
        <w:rPr>
          <w:rFonts w:ascii="Times New Roman" w:hAnsi="Times New Roman" w:cs="Times New Roman"/>
          <w:color w:val="000000" w:themeColor="text1"/>
          <w:sz w:val="24"/>
          <w:szCs w:val="24"/>
        </w:rPr>
        <w:t xml:space="preserve"> </w:t>
      </w:r>
      <w:proofErr w:type="spellStart"/>
      <w:r w:rsidR="00B245D4" w:rsidRPr="00EE4DF6">
        <w:rPr>
          <w:rFonts w:ascii="Times New Roman" w:hAnsi="Times New Roman" w:cs="Times New Roman"/>
          <w:color w:val="000000" w:themeColor="text1"/>
          <w:sz w:val="24"/>
          <w:szCs w:val="24"/>
        </w:rPr>
        <w:t>lintas</w:t>
      </w:r>
      <w:proofErr w:type="spellEnd"/>
      <w:r w:rsidR="00B245D4" w:rsidRPr="00EE4DF6">
        <w:rPr>
          <w:rFonts w:ascii="Times New Roman" w:hAnsi="Times New Roman" w:cs="Times New Roman"/>
          <w:color w:val="000000" w:themeColor="text1"/>
          <w:sz w:val="24"/>
          <w:szCs w:val="24"/>
        </w:rPr>
        <w:t xml:space="preserve"> </w:t>
      </w:r>
      <w:proofErr w:type="spellStart"/>
      <w:r w:rsidR="00B245D4" w:rsidRPr="00EE4DF6">
        <w:rPr>
          <w:rFonts w:ascii="Times New Roman" w:hAnsi="Times New Roman" w:cs="Times New Roman"/>
          <w:color w:val="000000" w:themeColor="text1"/>
          <w:sz w:val="24"/>
          <w:szCs w:val="24"/>
        </w:rPr>
        <w:t>budaya</w:t>
      </w:r>
      <w:proofErr w:type="spellEnd"/>
      <w:r w:rsidR="00B245D4" w:rsidRPr="00EE4DF6">
        <w:rPr>
          <w:rFonts w:ascii="Times New Roman" w:hAnsi="Times New Roman" w:cs="Times New Roman"/>
          <w:color w:val="000000" w:themeColor="text1"/>
          <w:sz w:val="24"/>
          <w:szCs w:val="24"/>
        </w:rPr>
        <w:t xml:space="preserve"> </w:t>
      </w:r>
      <w:proofErr w:type="spellStart"/>
      <w:r w:rsidR="00B245D4" w:rsidRPr="00EE4DF6">
        <w:rPr>
          <w:rFonts w:ascii="Times New Roman" w:hAnsi="Times New Roman" w:cs="Times New Roman"/>
          <w:color w:val="000000" w:themeColor="text1"/>
          <w:sz w:val="24"/>
          <w:szCs w:val="24"/>
        </w:rPr>
        <w:t>dalam</w:t>
      </w:r>
      <w:proofErr w:type="spellEnd"/>
      <w:r w:rsidR="00B245D4" w:rsidRPr="00EE4DF6">
        <w:rPr>
          <w:rFonts w:ascii="Times New Roman" w:hAnsi="Times New Roman" w:cs="Times New Roman"/>
          <w:color w:val="000000" w:themeColor="text1"/>
          <w:sz w:val="24"/>
          <w:szCs w:val="24"/>
        </w:rPr>
        <w:t xml:space="preserve"> </w:t>
      </w:r>
      <w:proofErr w:type="spellStart"/>
      <w:r w:rsidR="00B245D4" w:rsidRPr="00EE4DF6">
        <w:rPr>
          <w:rFonts w:ascii="Times New Roman" w:hAnsi="Times New Roman" w:cs="Times New Roman"/>
          <w:color w:val="000000" w:themeColor="text1"/>
          <w:sz w:val="24"/>
          <w:szCs w:val="24"/>
        </w:rPr>
        <w:t>lingkup</w:t>
      </w:r>
      <w:proofErr w:type="spellEnd"/>
      <w:r w:rsidR="00B245D4" w:rsidRPr="00EE4DF6">
        <w:rPr>
          <w:rFonts w:ascii="Times New Roman" w:hAnsi="Times New Roman" w:cs="Times New Roman"/>
          <w:color w:val="000000" w:themeColor="text1"/>
          <w:sz w:val="24"/>
          <w:szCs w:val="24"/>
        </w:rPr>
        <w:t xml:space="preserve"> </w:t>
      </w:r>
      <w:proofErr w:type="spellStart"/>
      <w:r w:rsidR="00B245D4" w:rsidRPr="00EE4DF6">
        <w:rPr>
          <w:rFonts w:ascii="Times New Roman" w:hAnsi="Times New Roman" w:cs="Times New Roman"/>
          <w:color w:val="000000" w:themeColor="text1"/>
          <w:sz w:val="24"/>
          <w:szCs w:val="24"/>
        </w:rPr>
        <w:t>profesional</w:t>
      </w:r>
      <w:proofErr w:type="spellEnd"/>
      <w:r w:rsidR="00B245D4" w:rsidRPr="00EE4DF6">
        <w:rPr>
          <w:rFonts w:ascii="Times New Roman" w:hAnsi="Times New Roman" w:cs="Times New Roman"/>
          <w:color w:val="000000" w:themeColor="text1"/>
          <w:sz w:val="24"/>
          <w:szCs w:val="24"/>
        </w:rPr>
        <w:t xml:space="preserve"> </w:t>
      </w:r>
      <w:proofErr w:type="spellStart"/>
      <w:r w:rsidR="00B245D4" w:rsidRPr="00EE4DF6">
        <w:rPr>
          <w:rFonts w:ascii="Times New Roman" w:hAnsi="Times New Roman" w:cs="Times New Roman"/>
          <w:color w:val="000000" w:themeColor="text1"/>
          <w:sz w:val="24"/>
          <w:szCs w:val="24"/>
        </w:rPr>
        <w:t>dapat</w:t>
      </w:r>
      <w:proofErr w:type="spellEnd"/>
      <w:r w:rsidR="00B245D4" w:rsidRPr="00EE4DF6">
        <w:rPr>
          <w:rFonts w:ascii="Times New Roman" w:hAnsi="Times New Roman" w:cs="Times New Roman"/>
          <w:color w:val="000000" w:themeColor="text1"/>
          <w:sz w:val="24"/>
          <w:szCs w:val="24"/>
        </w:rPr>
        <w:t xml:space="preserve"> </w:t>
      </w:r>
      <w:proofErr w:type="spellStart"/>
      <w:r w:rsidR="00B245D4" w:rsidRPr="00EE4DF6">
        <w:rPr>
          <w:rFonts w:ascii="Times New Roman" w:hAnsi="Times New Roman" w:cs="Times New Roman"/>
          <w:color w:val="000000" w:themeColor="text1"/>
          <w:sz w:val="24"/>
          <w:szCs w:val="24"/>
        </w:rPr>
        <w:t>dipengaruhi</w:t>
      </w:r>
      <w:proofErr w:type="spellEnd"/>
      <w:r w:rsidR="00B245D4" w:rsidRPr="00EE4DF6">
        <w:rPr>
          <w:rFonts w:ascii="Times New Roman" w:hAnsi="Times New Roman" w:cs="Times New Roman"/>
          <w:color w:val="000000" w:themeColor="text1"/>
          <w:sz w:val="24"/>
          <w:szCs w:val="24"/>
        </w:rPr>
        <w:t xml:space="preserve"> oleh </w:t>
      </w:r>
      <w:proofErr w:type="spellStart"/>
      <w:r w:rsidR="00B245D4" w:rsidRPr="00EE4DF6">
        <w:rPr>
          <w:rFonts w:ascii="Times New Roman" w:hAnsi="Times New Roman" w:cs="Times New Roman"/>
          <w:color w:val="000000" w:themeColor="text1"/>
          <w:sz w:val="24"/>
          <w:szCs w:val="24"/>
        </w:rPr>
        <w:t>faktor</w:t>
      </w:r>
      <w:proofErr w:type="spellEnd"/>
      <w:r w:rsidR="00B245D4" w:rsidRPr="00EE4DF6">
        <w:rPr>
          <w:rFonts w:ascii="Times New Roman" w:hAnsi="Times New Roman" w:cs="Times New Roman"/>
          <w:color w:val="000000" w:themeColor="text1"/>
          <w:sz w:val="24"/>
          <w:szCs w:val="24"/>
        </w:rPr>
        <w:t xml:space="preserve"> </w:t>
      </w:r>
      <w:proofErr w:type="spellStart"/>
      <w:r w:rsidR="00B245D4" w:rsidRPr="00EE4DF6">
        <w:rPr>
          <w:rFonts w:ascii="Times New Roman" w:hAnsi="Times New Roman" w:cs="Times New Roman"/>
          <w:color w:val="000000" w:themeColor="text1"/>
          <w:sz w:val="24"/>
          <w:szCs w:val="24"/>
        </w:rPr>
        <w:t>perbedaan</w:t>
      </w:r>
      <w:proofErr w:type="spellEnd"/>
      <w:r w:rsidR="00B245D4" w:rsidRPr="00EE4DF6">
        <w:rPr>
          <w:rFonts w:ascii="Times New Roman" w:hAnsi="Times New Roman" w:cs="Times New Roman"/>
          <w:color w:val="000000" w:themeColor="text1"/>
          <w:sz w:val="24"/>
          <w:szCs w:val="24"/>
        </w:rPr>
        <w:t xml:space="preserve"> </w:t>
      </w:r>
      <w:proofErr w:type="spellStart"/>
      <w:r w:rsidR="00B245D4" w:rsidRPr="00EE4DF6">
        <w:rPr>
          <w:rFonts w:ascii="Times New Roman" w:hAnsi="Times New Roman" w:cs="Times New Roman"/>
          <w:color w:val="000000" w:themeColor="text1"/>
          <w:sz w:val="24"/>
          <w:szCs w:val="24"/>
        </w:rPr>
        <w:t>nilai</w:t>
      </w:r>
      <w:proofErr w:type="spellEnd"/>
      <w:r w:rsidR="00B245D4" w:rsidRPr="00EE4DF6">
        <w:rPr>
          <w:rFonts w:ascii="Times New Roman" w:hAnsi="Times New Roman" w:cs="Times New Roman"/>
          <w:color w:val="000000" w:themeColor="text1"/>
          <w:sz w:val="24"/>
          <w:szCs w:val="24"/>
        </w:rPr>
        <w:t xml:space="preserve"> </w:t>
      </w:r>
      <w:proofErr w:type="spellStart"/>
      <w:r w:rsidR="00B245D4" w:rsidRPr="00EE4DF6">
        <w:rPr>
          <w:rFonts w:ascii="Times New Roman" w:hAnsi="Times New Roman" w:cs="Times New Roman"/>
          <w:color w:val="000000" w:themeColor="text1"/>
          <w:sz w:val="24"/>
          <w:szCs w:val="24"/>
        </w:rPr>
        <w:t>budaya</w:t>
      </w:r>
      <w:proofErr w:type="spellEnd"/>
      <w:r w:rsidR="00B245D4" w:rsidRPr="00EE4DF6">
        <w:rPr>
          <w:rFonts w:ascii="Times New Roman" w:hAnsi="Times New Roman" w:cs="Times New Roman"/>
          <w:color w:val="000000" w:themeColor="text1"/>
          <w:sz w:val="24"/>
          <w:szCs w:val="24"/>
        </w:rPr>
        <w:t xml:space="preserve"> dan </w:t>
      </w:r>
      <w:proofErr w:type="spellStart"/>
      <w:r w:rsidR="00B245D4" w:rsidRPr="00EE4DF6">
        <w:rPr>
          <w:rFonts w:ascii="Times New Roman" w:hAnsi="Times New Roman" w:cs="Times New Roman"/>
          <w:color w:val="000000" w:themeColor="text1"/>
          <w:sz w:val="24"/>
          <w:szCs w:val="24"/>
        </w:rPr>
        <w:t>pola</w:t>
      </w:r>
      <w:proofErr w:type="spellEnd"/>
      <w:r w:rsidR="00B245D4" w:rsidRPr="00EE4DF6">
        <w:rPr>
          <w:rFonts w:ascii="Times New Roman" w:hAnsi="Times New Roman" w:cs="Times New Roman"/>
          <w:color w:val="000000" w:themeColor="text1"/>
          <w:sz w:val="24"/>
          <w:szCs w:val="24"/>
        </w:rPr>
        <w:t xml:space="preserve"> </w:t>
      </w:r>
      <w:proofErr w:type="spellStart"/>
      <w:r w:rsidR="00B245D4" w:rsidRPr="00EE4DF6">
        <w:rPr>
          <w:rFonts w:ascii="Times New Roman" w:hAnsi="Times New Roman" w:cs="Times New Roman"/>
          <w:color w:val="000000" w:themeColor="text1"/>
          <w:sz w:val="24"/>
          <w:szCs w:val="24"/>
        </w:rPr>
        <w:t>kognitif</w:t>
      </w:r>
      <w:proofErr w:type="spellEnd"/>
      <w:r w:rsidR="00B245D4" w:rsidRPr="00EE4DF6">
        <w:rPr>
          <w:rFonts w:ascii="Times New Roman" w:hAnsi="Times New Roman" w:cs="Times New Roman"/>
          <w:color w:val="000000" w:themeColor="text1"/>
          <w:sz w:val="24"/>
          <w:szCs w:val="24"/>
        </w:rPr>
        <w:t xml:space="preserve"> </w:t>
      </w:r>
      <w:proofErr w:type="spellStart"/>
      <w:r w:rsidR="00B245D4" w:rsidRPr="00EE4DF6">
        <w:rPr>
          <w:rFonts w:ascii="Times New Roman" w:hAnsi="Times New Roman" w:cs="Times New Roman"/>
          <w:color w:val="000000" w:themeColor="text1"/>
          <w:sz w:val="24"/>
          <w:szCs w:val="24"/>
        </w:rPr>
        <w:t>individu</w:t>
      </w:r>
      <w:proofErr w:type="spellEnd"/>
      <w:r w:rsidR="00B245D4" w:rsidRPr="00EE4DF6">
        <w:rPr>
          <w:rFonts w:ascii="Times New Roman" w:hAnsi="Times New Roman" w:cs="Times New Roman"/>
          <w:color w:val="000000" w:themeColor="text1"/>
          <w:sz w:val="24"/>
          <w:szCs w:val="24"/>
        </w:rPr>
        <w:t xml:space="preserve"> </w:t>
      </w:r>
      <w:r w:rsidRPr="00EE4DF6">
        <w:rPr>
          <w:rFonts w:ascii="Times New Roman" w:hAnsi="Times New Roman" w:cs="Times New Roman" w:hint="cs"/>
          <w:color w:val="000000" w:themeColor="text1"/>
          <w:sz w:val="24"/>
          <w:szCs w:val="24"/>
        </w:rPr>
        <w:t xml:space="preserve">(Setiawan dan Suryani, 2022). </w:t>
      </w:r>
      <w:r w:rsidRPr="00332D94">
        <w:rPr>
          <w:rFonts w:ascii="Times New Roman" w:hAnsi="Times New Roman" w:cs="Times New Roman" w:hint="cs"/>
          <w:sz w:val="24"/>
          <w:szCs w:val="24"/>
        </w:rPr>
        <w:t xml:space="preserve">Hal </w:t>
      </w:r>
      <w:proofErr w:type="spellStart"/>
      <w:r w:rsidRPr="00332D94">
        <w:rPr>
          <w:rFonts w:ascii="Times New Roman" w:hAnsi="Times New Roman" w:cs="Times New Roman" w:hint="cs"/>
          <w:sz w:val="24"/>
          <w:szCs w:val="24"/>
        </w:rPr>
        <w:t>ini</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menjelaskan</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bahwa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perbedaan</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nilai-nilai</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budaya</w:t>
      </w:r>
      <w:proofErr w:type="spellEnd"/>
      <w:r w:rsidRPr="00332D94">
        <w:rPr>
          <w:rFonts w:ascii="Times New Roman" w:hAnsi="Times New Roman" w:cs="Times New Roman" w:hint="cs"/>
          <w:sz w:val="24"/>
          <w:szCs w:val="24"/>
        </w:rPr>
        <w:t xml:space="preserve"> dan </w:t>
      </w:r>
      <w:proofErr w:type="spellStart"/>
      <w:r w:rsidRPr="00332D94">
        <w:rPr>
          <w:rFonts w:ascii="Times New Roman" w:hAnsi="Times New Roman" w:cs="Times New Roman" w:hint="cs"/>
          <w:sz w:val="24"/>
          <w:szCs w:val="24"/>
        </w:rPr>
        <w:t>persepsi</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dalam</w:t>
      </w:r>
      <w:proofErr w:type="spellEnd"/>
      <w:r w:rsidRPr="00332D94">
        <w:rPr>
          <w:rFonts w:ascii="Times New Roman" w:hAnsi="Times New Roman" w:cs="Times New Roman" w:hint="cs"/>
          <w:sz w:val="24"/>
          <w:szCs w:val="24"/>
        </w:rPr>
        <w:t xml:space="preserve"> dunia </w:t>
      </w:r>
      <w:proofErr w:type="spellStart"/>
      <w:r w:rsidRPr="00332D94">
        <w:rPr>
          <w:rFonts w:ascii="Times New Roman" w:hAnsi="Times New Roman" w:cs="Times New Roman" w:hint="cs"/>
          <w:sz w:val="24"/>
          <w:szCs w:val="24"/>
        </w:rPr>
        <w:t>kerja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sering</w:t>
      </w:r>
      <w:proofErr w:type="spellEnd"/>
      <w:r w:rsidRPr="00332D94">
        <w:rPr>
          <w:rFonts w:ascii="Times New Roman" w:hAnsi="Times New Roman" w:cs="Times New Roman" w:hint="cs"/>
          <w:sz w:val="24"/>
          <w:szCs w:val="24"/>
        </w:rPr>
        <w:t xml:space="preserve"> kali </w:t>
      </w:r>
      <w:proofErr w:type="spellStart"/>
      <w:r w:rsidRPr="00332D94">
        <w:rPr>
          <w:rFonts w:ascii="Times New Roman" w:hAnsi="Times New Roman" w:cs="Times New Roman" w:hint="cs"/>
          <w:sz w:val="24"/>
          <w:szCs w:val="24"/>
        </w:rPr>
        <w:t>memicu</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hambatan</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komunikasi</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antarbudaya</w:t>
      </w:r>
      <w:proofErr w:type="spellEnd"/>
      <w:r w:rsidRPr="00332D94">
        <w:rPr>
          <w:rFonts w:ascii="Times New Roman" w:hAnsi="Times New Roman" w:cs="Times New Roman" w:hint="cs"/>
          <w:sz w:val="24"/>
          <w:szCs w:val="24"/>
        </w:rPr>
        <w:t xml:space="preserve">, di mana </w:t>
      </w:r>
      <w:proofErr w:type="spellStart"/>
      <w:r w:rsidRPr="00332D94">
        <w:rPr>
          <w:rFonts w:ascii="Times New Roman" w:hAnsi="Times New Roman" w:cs="Times New Roman" w:hint="cs"/>
          <w:sz w:val="24"/>
          <w:szCs w:val="24"/>
        </w:rPr>
        <w:t>cara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berpikir</w:t>
      </w:r>
      <w:proofErr w:type="spellEnd"/>
      <w:r w:rsidRPr="00332D94">
        <w:rPr>
          <w:rFonts w:ascii="Times New Roman" w:hAnsi="Times New Roman" w:cs="Times New Roman" w:hint="cs"/>
          <w:sz w:val="24"/>
          <w:szCs w:val="24"/>
        </w:rPr>
        <w:t xml:space="preserve"> dan </w:t>
      </w:r>
      <w:proofErr w:type="spellStart"/>
      <w:r w:rsidRPr="00332D94">
        <w:rPr>
          <w:rFonts w:ascii="Times New Roman" w:hAnsi="Times New Roman" w:cs="Times New Roman" w:hint="cs"/>
          <w:sz w:val="24"/>
          <w:szCs w:val="24"/>
        </w:rPr>
        <w:t>pola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interaksi</w:t>
      </w:r>
      <w:proofErr w:type="spellEnd"/>
      <w:r w:rsidRPr="00332D94">
        <w:rPr>
          <w:rFonts w:ascii="Times New Roman" w:hAnsi="Times New Roman" w:cs="Times New Roman" w:hint="cs"/>
          <w:sz w:val="24"/>
          <w:szCs w:val="24"/>
        </w:rPr>
        <w:t xml:space="preserve"> yang </w:t>
      </w:r>
      <w:proofErr w:type="spellStart"/>
      <w:r w:rsidRPr="00332D94">
        <w:rPr>
          <w:rFonts w:ascii="Times New Roman" w:hAnsi="Times New Roman" w:cs="Times New Roman" w:hint="cs"/>
          <w:sz w:val="24"/>
          <w:szCs w:val="24"/>
        </w:rPr>
        <w:t>berbeda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menuntut</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adaptasi</w:t>
      </w:r>
      <w:proofErr w:type="spellEnd"/>
      <w:r w:rsidRPr="00332D94">
        <w:rPr>
          <w:rFonts w:ascii="Times New Roman" w:hAnsi="Times New Roman" w:cs="Times New Roman" w:hint="cs"/>
          <w:sz w:val="24"/>
          <w:szCs w:val="24"/>
        </w:rPr>
        <w:t xml:space="preserve"> yang </w:t>
      </w:r>
      <w:proofErr w:type="spellStart"/>
      <w:r w:rsidRPr="00332D94">
        <w:rPr>
          <w:rFonts w:ascii="Times New Roman" w:hAnsi="Times New Roman" w:cs="Times New Roman" w:hint="cs"/>
          <w:sz w:val="24"/>
          <w:szCs w:val="24"/>
        </w:rPr>
        <w:t>mendalam</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dari</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tenaga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kerja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asing</w:t>
      </w:r>
      <w:proofErr w:type="spellEnd"/>
      <w:r w:rsidRPr="00332D94">
        <w:rPr>
          <w:rFonts w:ascii="Times New Roman" w:hAnsi="Times New Roman" w:cs="Times New Roman" w:hint="cs"/>
          <w:sz w:val="24"/>
          <w:szCs w:val="24"/>
        </w:rPr>
        <w:t>.</w:t>
      </w:r>
    </w:p>
    <w:p w14:paraId="37856027" w14:textId="77777777" w:rsidR="00332D94" w:rsidRPr="00332D94" w:rsidRDefault="00332D94" w:rsidP="00AA268C">
      <w:pPr>
        <w:spacing w:after="0" w:line="360" w:lineRule="auto"/>
        <w:ind w:left="284" w:firstLine="720"/>
        <w:jc w:val="both"/>
        <w:rPr>
          <w:rFonts w:ascii="Times New Roman" w:hAnsi="Times New Roman" w:cs="Times New Roman"/>
          <w:sz w:val="24"/>
          <w:szCs w:val="24"/>
        </w:rPr>
      </w:pPr>
      <w:proofErr w:type="spellStart"/>
      <w:r w:rsidRPr="00332D94">
        <w:rPr>
          <w:rFonts w:ascii="Times New Roman" w:hAnsi="Times New Roman" w:cs="Times New Roman" w:hint="cs"/>
          <w:sz w:val="24"/>
          <w:szCs w:val="24"/>
        </w:rPr>
        <w:t>Penelitian</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Kaon</w:t>
      </w:r>
      <w:r w:rsidR="0071026B">
        <w:rPr>
          <w:rFonts w:ascii="Times New Roman" w:hAnsi="Times New Roman" w:cs="Times New Roman"/>
          <w:sz w:val="24"/>
          <w:szCs w:val="24"/>
        </w:rPr>
        <w:t>j</w:t>
      </w:r>
      <w:r w:rsidRPr="00332D94">
        <w:rPr>
          <w:rFonts w:ascii="Times New Roman" w:hAnsi="Times New Roman" w:cs="Times New Roman" w:hint="cs"/>
          <w:sz w:val="24"/>
          <w:szCs w:val="24"/>
        </w:rPr>
        <w:t>an</w:t>
      </w:r>
      <w:proofErr w:type="spellEnd"/>
      <w:r>
        <w:rPr>
          <w:rFonts w:ascii="Times New Roman" w:hAnsi="Times New Roman" w:cs="Times New Roman"/>
          <w:sz w:val="24"/>
          <w:szCs w:val="24"/>
        </w:rPr>
        <w:t xml:space="preserve"> </w:t>
      </w:r>
      <w:r w:rsidRPr="00332D94">
        <w:rPr>
          <w:rFonts w:ascii="Times New Roman" w:hAnsi="Times New Roman" w:cs="Times New Roman" w:hint="cs"/>
          <w:sz w:val="24"/>
          <w:szCs w:val="24"/>
        </w:rPr>
        <w:t xml:space="preserve">juga </w:t>
      </w:r>
      <w:proofErr w:type="spellStart"/>
      <w:r w:rsidRPr="00332D94">
        <w:rPr>
          <w:rFonts w:ascii="Times New Roman" w:hAnsi="Times New Roman" w:cs="Times New Roman" w:hint="cs"/>
          <w:sz w:val="24"/>
          <w:szCs w:val="24"/>
        </w:rPr>
        <w:t>menjelaskan</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bahwa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kompetensi</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komunikasi</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antarbudaya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menjadi</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faktor</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penting</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bagi</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individu</w:t>
      </w:r>
      <w:proofErr w:type="spellEnd"/>
      <w:r w:rsidRPr="00332D94">
        <w:rPr>
          <w:rFonts w:ascii="Times New Roman" w:hAnsi="Times New Roman" w:cs="Times New Roman" w:hint="cs"/>
          <w:sz w:val="24"/>
          <w:szCs w:val="24"/>
        </w:rPr>
        <w:t xml:space="preserve"> yang </w:t>
      </w:r>
      <w:proofErr w:type="spellStart"/>
      <w:r w:rsidRPr="00332D94">
        <w:rPr>
          <w:rFonts w:ascii="Times New Roman" w:hAnsi="Times New Roman" w:cs="Times New Roman" w:hint="cs"/>
          <w:sz w:val="24"/>
          <w:szCs w:val="24"/>
        </w:rPr>
        <w:t>bekerja</w:t>
      </w:r>
      <w:proofErr w:type="spellEnd"/>
      <w:r w:rsidRPr="00332D94">
        <w:rPr>
          <w:rFonts w:ascii="Times New Roman" w:hAnsi="Times New Roman" w:cs="Times New Roman" w:hint="cs"/>
          <w:sz w:val="24"/>
          <w:szCs w:val="24"/>
        </w:rPr>
        <w:t xml:space="preserve"> di </w:t>
      </w:r>
      <w:proofErr w:type="spellStart"/>
      <w:r w:rsidRPr="00332D94">
        <w:rPr>
          <w:rFonts w:ascii="Times New Roman" w:hAnsi="Times New Roman" w:cs="Times New Roman" w:hint="cs"/>
          <w:sz w:val="24"/>
          <w:szCs w:val="24"/>
        </w:rPr>
        <w:t>Jepang</w:t>
      </w:r>
      <w:proofErr w:type="spellEnd"/>
      <w:r w:rsidRPr="00332D94">
        <w:rPr>
          <w:rFonts w:ascii="Times New Roman" w:hAnsi="Times New Roman" w:cs="Times New Roman" w:hint="cs"/>
          <w:sz w:val="24"/>
          <w:szCs w:val="24"/>
        </w:rPr>
        <w:t xml:space="preserve">. </w:t>
      </w:r>
      <w:r w:rsidRPr="00EE4DF6">
        <w:rPr>
          <w:rFonts w:ascii="Times New Roman" w:hAnsi="Times New Roman" w:cs="Times New Roman" w:hint="cs"/>
          <w:color w:val="000000" w:themeColor="text1"/>
          <w:sz w:val="24"/>
          <w:szCs w:val="24"/>
        </w:rPr>
        <w:t xml:space="preserve">Dalam </w:t>
      </w:r>
      <w:proofErr w:type="spellStart"/>
      <w:r w:rsidRPr="00EE4DF6">
        <w:rPr>
          <w:rFonts w:ascii="Times New Roman" w:hAnsi="Times New Roman" w:cs="Times New Roman" w:hint="cs"/>
          <w:color w:val="000000" w:themeColor="text1"/>
          <w:sz w:val="24"/>
          <w:szCs w:val="24"/>
        </w:rPr>
        <w:t>penelitiannya</w:t>
      </w:r>
      <w:proofErr w:type="spellEnd"/>
      <w:r w:rsidRPr="00EE4DF6">
        <w:rPr>
          <w:rFonts w:ascii="Times New Roman" w:hAnsi="Times New Roman" w:cs="Times New Roman" w:hint="cs"/>
          <w:color w:val="000000" w:themeColor="text1"/>
          <w:sz w:val="24"/>
          <w:szCs w:val="24"/>
        </w:rPr>
        <w:t xml:space="preserve"> </w:t>
      </w:r>
      <w:proofErr w:type="spellStart"/>
      <w:r w:rsidRPr="00EE4DF6">
        <w:rPr>
          <w:rFonts w:ascii="Times New Roman" w:hAnsi="Times New Roman" w:cs="Times New Roman" w:hint="cs"/>
          <w:color w:val="000000" w:themeColor="text1"/>
          <w:sz w:val="24"/>
          <w:szCs w:val="24"/>
        </w:rPr>
        <w:t>disebutkan</w:t>
      </w:r>
      <w:proofErr w:type="spellEnd"/>
      <w:r w:rsidRPr="00EE4DF6">
        <w:rPr>
          <w:rFonts w:ascii="Times New Roman" w:hAnsi="Times New Roman" w:cs="Times New Roman" w:hint="cs"/>
          <w:color w:val="000000" w:themeColor="text1"/>
          <w:sz w:val="24"/>
          <w:szCs w:val="24"/>
        </w:rPr>
        <w:t xml:space="preserve"> </w:t>
      </w:r>
      <w:proofErr w:type="spellStart"/>
      <w:r w:rsidRPr="00EE4DF6">
        <w:rPr>
          <w:rFonts w:ascii="Times New Roman" w:hAnsi="Times New Roman" w:cs="Times New Roman" w:hint="cs"/>
          <w:color w:val="000000" w:themeColor="text1"/>
          <w:sz w:val="24"/>
          <w:szCs w:val="24"/>
        </w:rPr>
        <w:t>bahwa</w:t>
      </w:r>
      <w:proofErr w:type="spellEnd"/>
      <w:r w:rsidRPr="00EE4DF6">
        <w:rPr>
          <w:rFonts w:ascii="Times New Roman" w:hAnsi="Times New Roman" w:cs="Times New Roman" w:hint="cs"/>
          <w:color w:val="000000" w:themeColor="text1"/>
          <w:sz w:val="24"/>
          <w:szCs w:val="24"/>
        </w:rPr>
        <w:t xml:space="preserve"> </w:t>
      </w:r>
      <w:proofErr w:type="spellStart"/>
      <w:r w:rsidRPr="00EE4DF6">
        <w:rPr>
          <w:rFonts w:ascii="Times New Roman" w:hAnsi="Times New Roman" w:cs="Times New Roman" w:hint="cs"/>
          <w:color w:val="000000" w:themeColor="text1"/>
          <w:sz w:val="24"/>
          <w:szCs w:val="24"/>
        </w:rPr>
        <w:t>kemampuan</w:t>
      </w:r>
      <w:proofErr w:type="spellEnd"/>
      <w:r w:rsidRPr="00EE4DF6">
        <w:rPr>
          <w:rFonts w:ascii="Times New Roman" w:hAnsi="Times New Roman" w:cs="Times New Roman" w:hint="cs"/>
          <w:color w:val="000000" w:themeColor="text1"/>
          <w:sz w:val="24"/>
          <w:szCs w:val="24"/>
        </w:rPr>
        <w:t xml:space="preserve"> </w:t>
      </w:r>
      <w:proofErr w:type="spellStart"/>
      <w:r w:rsidRPr="00EE4DF6">
        <w:rPr>
          <w:rFonts w:ascii="Times New Roman" w:hAnsi="Times New Roman" w:cs="Times New Roman" w:hint="cs"/>
          <w:color w:val="000000" w:themeColor="text1"/>
          <w:sz w:val="24"/>
          <w:szCs w:val="24"/>
        </w:rPr>
        <w:t>bahasa</w:t>
      </w:r>
      <w:proofErr w:type="spellEnd"/>
      <w:r w:rsidRPr="00EE4DF6">
        <w:rPr>
          <w:rFonts w:ascii="Times New Roman" w:hAnsi="Times New Roman" w:cs="Times New Roman" w:hint="cs"/>
          <w:color w:val="000000" w:themeColor="text1"/>
          <w:sz w:val="24"/>
          <w:szCs w:val="24"/>
        </w:rPr>
        <w:t xml:space="preserve">, </w:t>
      </w:r>
      <w:proofErr w:type="spellStart"/>
      <w:r w:rsidRPr="00EE4DF6">
        <w:rPr>
          <w:rFonts w:ascii="Times New Roman" w:hAnsi="Times New Roman" w:cs="Times New Roman" w:hint="cs"/>
          <w:color w:val="000000" w:themeColor="text1"/>
          <w:sz w:val="24"/>
          <w:szCs w:val="24"/>
        </w:rPr>
        <w:t>kesadaran</w:t>
      </w:r>
      <w:proofErr w:type="spellEnd"/>
      <w:r w:rsidRPr="00EE4DF6">
        <w:rPr>
          <w:rFonts w:ascii="Times New Roman" w:hAnsi="Times New Roman" w:cs="Times New Roman" w:hint="cs"/>
          <w:color w:val="000000" w:themeColor="text1"/>
          <w:sz w:val="24"/>
          <w:szCs w:val="24"/>
        </w:rPr>
        <w:t xml:space="preserve"> </w:t>
      </w:r>
      <w:proofErr w:type="spellStart"/>
      <w:r w:rsidRPr="00EE4DF6">
        <w:rPr>
          <w:rFonts w:ascii="Times New Roman" w:hAnsi="Times New Roman" w:cs="Times New Roman" w:hint="cs"/>
          <w:color w:val="000000" w:themeColor="text1"/>
          <w:sz w:val="24"/>
          <w:szCs w:val="24"/>
        </w:rPr>
        <w:t>budaya</w:t>
      </w:r>
      <w:proofErr w:type="spellEnd"/>
      <w:r w:rsidRPr="00EE4DF6">
        <w:rPr>
          <w:rFonts w:ascii="Times New Roman" w:hAnsi="Times New Roman" w:cs="Times New Roman" w:hint="cs"/>
          <w:color w:val="000000" w:themeColor="text1"/>
          <w:sz w:val="24"/>
          <w:szCs w:val="24"/>
        </w:rPr>
        <w:t xml:space="preserve">, dan </w:t>
      </w:r>
      <w:proofErr w:type="spellStart"/>
      <w:r w:rsidRPr="00EE4DF6">
        <w:rPr>
          <w:rFonts w:ascii="Times New Roman" w:hAnsi="Times New Roman" w:cs="Times New Roman" w:hint="cs"/>
          <w:color w:val="000000" w:themeColor="text1"/>
          <w:sz w:val="24"/>
          <w:szCs w:val="24"/>
        </w:rPr>
        <w:t>kemampuan</w:t>
      </w:r>
      <w:proofErr w:type="spellEnd"/>
      <w:r w:rsidRPr="00EE4DF6">
        <w:rPr>
          <w:rFonts w:ascii="Times New Roman" w:hAnsi="Times New Roman" w:cs="Times New Roman" w:hint="cs"/>
          <w:color w:val="000000" w:themeColor="text1"/>
          <w:sz w:val="24"/>
          <w:szCs w:val="24"/>
        </w:rPr>
        <w:t xml:space="preserve"> </w:t>
      </w:r>
      <w:proofErr w:type="spellStart"/>
      <w:r w:rsidRPr="00EE4DF6">
        <w:rPr>
          <w:rFonts w:ascii="Times New Roman" w:hAnsi="Times New Roman" w:cs="Times New Roman" w:hint="cs"/>
          <w:color w:val="000000" w:themeColor="text1"/>
          <w:sz w:val="24"/>
          <w:szCs w:val="24"/>
        </w:rPr>
        <w:t>penyesuaian</w:t>
      </w:r>
      <w:proofErr w:type="spellEnd"/>
      <w:r w:rsidRPr="00EE4DF6">
        <w:rPr>
          <w:rFonts w:ascii="Times New Roman" w:hAnsi="Times New Roman" w:cs="Times New Roman" w:hint="cs"/>
          <w:color w:val="000000" w:themeColor="text1"/>
          <w:sz w:val="24"/>
          <w:szCs w:val="24"/>
        </w:rPr>
        <w:t xml:space="preserve"> </w:t>
      </w:r>
      <w:proofErr w:type="spellStart"/>
      <w:r w:rsidRPr="00EE4DF6">
        <w:rPr>
          <w:rFonts w:ascii="Times New Roman" w:hAnsi="Times New Roman" w:cs="Times New Roman" w:hint="cs"/>
          <w:color w:val="000000" w:themeColor="text1"/>
          <w:sz w:val="24"/>
          <w:szCs w:val="24"/>
        </w:rPr>
        <w:t>diri</w:t>
      </w:r>
      <w:proofErr w:type="spellEnd"/>
      <w:r w:rsidRPr="00EE4DF6">
        <w:rPr>
          <w:rFonts w:ascii="Times New Roman" w:hAnsi="Times New Roman" w:cs="Times New Roman" w:hint="cs"/>
          <w:color w:val="000000" w:themeColor="text1"/>
          <w:sz w:val="24"/>
          <w:szCs w:val="24"/>
        </w:rPr>
        <w:t xml:space="preserve"> </w:t>
      </w:r>
      <w:proofErr w:type="spellStart"/>
      <w:r w:rsidRPr="00EE4DF6">
        <w:rPr>
          <w:rFonts w:ascii="Times New Roman" w:hAnsi="Times New Roman" w:cs="Times New Roman" w:hint="cs"/>
          <w:color w:val="000000" w:themeColor="text1"/>
          <w:sz w:val="24"/>
          <w:szCs w:val="24"/>
        </w:rPr>
        <w:t>menjadi</w:t>
      </w:r>
      <w:proofErr w:type="spellEnd"/>
      <w:r w:rsidRPr="00EE4DF6">
        <w:rPr>
          <w:rFonts w:ascii="Times New Roman" w:hAnsi="Times New Roman" w:cs="Times New Roman" w:hint="cs"/>
          <w:color w:val="000000" w:themeColor="text1"/>
          <w:sz w:val="24"/>
          <w:szCs w:val="24"/>
        </w:rPr>
        <w:t xml:space="preserve"> </w:t>
      </w:r>
      <w:proofErr w:type="spellStart"/>
      <w:r w:rsidRPr="00EE4DF6">
        <w:rPr>
          <w:rFonts w:ascii="Times New Roman" w:hAnsi="Times New Roman" w:cs="Times New Roman" w:hint="cs"/>
          <w:color w:val="000000" w:themeColor="text1"/>
          <w:sz w:val="24"/>
          <w:szCs w:val="24"/>
        </w:rPr>
        <w:t>aspek</w:t>
      </w:r>
      <w:proofErr w:type="spellEnd"/>
      <w:r w:rsidRPr="00EE4DF6">
        <w:rPr>
          <w:rFonts w:ascii="Times New Roman" w:hAnsi="Times New Roman" w:cs="Times New Roman" w:hint="cs"/>
          <w:color w:val="000000" w:themeColor="text1"/>
          <w:sz w:val="24"/>
          <w:szCs w:val="24"/>
        </w:rPr>
        <w:t xml:space="preserve"> </w:t>
      </w:r>
      <w:proofErr w:type="spellStart"/>
      <w:r w:rsidRPr="00EE4DF6">
        <w:rPr>
          <w:rFonts w:ascii="Times New Roman" w:hAnsi="Times New Roman" w:cs="Times New Roman" w:hint="cs"/>
          <w:color w:val="000000" w:themeColor="text1"/>
          <w:sz w:val="24"/>
          <w:szCs w:val="24"/>
        </w:rPr>
        <w:t>penting</w:t>
      </w:r>
      <w:proofErr w:type="spellEnd"/>
      <w:r w:rsidRPr="00EE4DF6">
        <w:rPr>
          <w:rFonts w:ascii="Times New Roman" w:hAnsi="Times New Roman" w:cs="Times New Roman" w:hint="cs"/>
          <w:color w:val="000000" w:themeColor="text1"/>
          <w:sz w:val="24"/>
          <w:szCs w:val="24"/>
        </w:rPr>
        <w:t xml:space="preserve"> </w:t>
      </w:r>
      <w:proofErr w:type="spellStart"/>
      <w:r w:rsidRPr="00EE4DF6">
        <w:rPr>
          <w:rFonts w:ascii="Times New Roman" w:hAnsi="Times New Roman" w:cs="Times New Roman" w:hint="cs"/>
          <w:color w:val="000000" w:themeColor="text1"/>
          <w:sz w:val="24"/>
          <w:szCs w:val="24"/>
        </w:rPr>
        <w:t>dalam</w:t>
      </w:r>
      <w:proofErr w:type="spellEnd"/>
      <w:r w:rsidRPr="00EE4DF6">
        <w:rPr>
          <w:rFonts w:ascii="Times New Roman" w:hAnsi="Times New Roman" w:cs="Times New Roman" w:hint="cs"/>
          <w:color w:val="000000" w:themeColor="text1"/>
          <w:sz w:val="24"/>
          <w:szCs w:val="24"/>
        </w:rPr>
        <w:t xml:space="preserve"> </w:t>
      </w:r>
      <w:proofErr w:type="spellStart"/>
      <w:r w:rsidRPr="00EE4DF6">
        <w:rPr>
          <w:rFonts w:ascii="Times New Roman" w:hAnsi="Times New Roman" w:cs="Times New Roman" w:hint="cs"/>
          <w:color w:val="000000" w:themeColor="text1"/>
          <w:sz w:val="24"/>
          <w:szCs w:val="24"/>
        </w:rPr>
        <w:t>menciptakan</w:t>
      </w:r>
      <w:proofErr w:type="spellEnd"/>
      <w:r w:rsidRPr="00EE4DF6">
        <w:rPr>
          <w:rFonts w:ascii="Times New Roman" w:hAnsi="Times New Roman" w:cs="Times New Roman" w:hint="cs"/>
          <w:color w:val="000000" w:themeColor="text1"/>
          <w:sz w:val="24"/>
          <w:szCs w:val="24"/>
        </w:rPr>
        <w:t xml:space="preserve"> </w:t>
      </w:r>
      <w:proofErr w:type="spellStart"/>
      <w:r w:rsidRPr="00EE4DF6">
        <w:rPr>
          <w:rFonts w:ascii="Times New Roman" w:hAnsi="Times New Roman" w:cs="Times New Roman" w:hint="cs"/>
          <w:color w:val="000000" w:themeColor="text1"/>
          <w:sz w:val="24"/>
          <w:szCs w:val="24"/>
        </w:rPr>
        <w:t>komunikasi</w:t>
      </w:r>
      <w:proofErr w:type="spellEnd"/>
      <w:r w:rsidRPr="00EE4DF6">
        <w:rPr>
          <w:rFonts w:ascii="Times New Roman" w:hAnsi="Times New Roman" w:cs="Times New Roman" w:hint="cs"/>
          <w:color w:val="000000" w:themeColor="text1"/>
          <w:sz w:val="24"/>
          <w:szCs w:val="24"/>
        </w:rPr>
        <w:t xml:space="preserve"> yang </w:t>
      </w:r>
      <w:proofErr w:type="spellStart"/>
      <w:r w:rsidRPr="00EE4DF6">
        <w:rPr>
          <w:rFonts w:ascii="Times New Roman" w:hAnsi="Times New Roman" w:cs="Times New Roman" w:hint="cs"/>
          <w:color w:val="000000" w:themeColor="text1"/>
          <w:sz w:val="24"/>
          <w:szCs w:val="24"/>
        </w:rPr>
        <w:t>efektif</w:t>
      </w:r>
      <w:proofErr w:type="spellEnd"/>
      <w:r w:rsidRPr="00EE4DF6">
        <w:rPr>
          <w:rFonts w:ascii="Times New Roman" w:hAnsi="Times New Roman" w:cs="Times New Roman" w:hint="cs"/>
          <w:color w:val="000000" w:themeColor="text1"/>
          <w:sz w:val="24"/>
          <w:szCs w:val="24"/>
        </w:rPr>
        <w:t xml:space="preserve"> di </w:t>
      </w:r>
      <w:proofErr w:type="spellStart"/>
      <w:r w:rsidRPr="00EE4DF6">
        <w:rPr>
          <w:rFonts w:ascii="Times New Roman" w:hAnsi="Times New Roman" w:cs="Times New Roman" w:hint="cs"/>
          <w:color w:val="000000" w:themeColor="text1"/>
          <w:sz w:val="24"/>
          <w:szCs w:val="24"/>
        </w:rPr>
        <w:t>lingkungan</w:t>
      </w:r>
      <w:proofErr w:type="spellEnd"/>
      <w:r w:rsidRPr="00EE4DF6">
        <w:rPr>
          <w:rFonts w:ascii="Times New Roman" w:hAnsi="Times New Roman" w:cs="Times New Roman" w:hint="cs"/>
          <w:color w:val="000000" w:themeColor="text1"/>
          <w:sz w:val="24"/>
          <w:szCs w:val="24"/>
        </w:rPr>
        <w:t xml:space="preserve"> </w:t>
      </w:r>
      <w:proofErr w:type="spellStart"/>
      <w:r w:rsidRPr="00EE4DF6">
        <w:rPr>
          <w:rFonts w:ascii="Times New Roman" w:hAnsi="Times New Roman" w:cs="Times New Roman" w:hint="cs"/>
          <w:color w:val="000000" w:themeColor="text1"/>
          <w:sz w:val="24"/>
          <w:szCs w:val="24"/>
        </w:rPr>
        <w:t>kerja</w:t>
      </w:r>
      <w:proofErr w:type="spellEnd"/>
      <w:r w:rsidRPr="00EE4DF6">
        <w:rPr>
          <w:rFonts w:ascii="Times New Roman" w:hAnsi="Times New Roman" w:cs="Times New Roman" w:hint="cs"/>
          <w:color w:val="000000" w:themeColor="text1"/>
          <w:sz w:val="24"/>
          <w:szCs w:val="24"/>
        </w:rPr>
        <w:t xml:space="preserve"> </w:t>
      </w:r>
      <w:proofErr w:type="spellStart"/>
      <w:r w:rsidRPr="00EE4DF6">
        <w:rPr>
          <w:rFonts w:ascii="Times New Roman" w:hAnsi="Times New Roman" w:cs="Times New Roman" w:hint="cs"/>
          <w:color w:val="000000" w:themeColor="text1"/>
          <w:sz w:val="24"/>
          <w:szCs w:val="24"/>
        </w:rPr>
        <w:t>Jepang</w:t>
      </w:r>
      <w:proofErr w:type="spellEnd"/>
      <w:r w:rsidR="00B245D4" w:rsidRPr="00EE4DF6">
        <w:rPr>
          <w:rFonts w:ascii="Times New Roman" w:hAnsi="Times New Roman" w:cs="Times New Roman"/>
          <w:color w:val="000000" w:themeColor="text1"/>
          <w:sz w:val="24"/>
          <w:szCs w:val="24"/>
        </w:rPr>
        <w:t xml:space="preserve"> </w:t>
      </w:r>
      <w:r w:rsidRPr="00EE4DF6">
        <w:rPr>
          <w:rFonts w:ascii="Times New Roman" w:hAnsi="Times New Roman" w:cs="Times New Roman" w:hint="cs"/>
          <w:color w:val="000000" w:themeColor="text1"/>
          <w:sz w:val="24"/>
          <w:szCs w:val="24"/>
        </w:rPr>
        <w:t>(</w:t>
      </w:r>
      <w:proofErr w:type="spellStart"/>
      <w:r w:rsidRPr="00EE4DF6">
        <w:rPr>
          <w:rFonts w:ascii="Times New Roman" w:hAnsi="Times New Roman" w:cs="Times New Roman" w:hint="cs"/>
          <w:color w:val="000000" w:themeColor="text1"/>
          <w:sz w:val="24"/>
          <w:szCs w:val="24"/>
        </w:rPr>
        <w:t>Kaonjan</w:t>
      </w:r>
      <w:proofErr w:type="spellEnd"/>
      <w:r w:rsidRPr="00EE4DF6">
        <w:rPr>
          <w:rFonts w:ascii="Times New Roman" w:hAnsi="Times New Roman" w:cs="Times New Roman" w:hint="cs"/>
          <w:color w:val="000000" w:themeColor="text1"/>
          <w:sz w:val="24"/>
          <w:szCs w:val="24"/>
        </w:rPr>
        <w:t>, 2023).</w:t>
      </w:r>
      <w:r w:rsidRPr="0093101B">
        <w:rPr>
          <w:rFonts w:ascii="Times New Roman" w:hAnsi="Times New Roman" w:cs="Times New Roman" w:hint="cs"/>
          <w:color w:val="EE0000"/>
          <w:sz w:val="24"/>
          <w:szCs w:val="24"/>
        </w:rPr>
        <w:t xml:space="preserve"> </w:t>
      </w:r>
      <w:r w:rsidRPr="00332D94">
        <w:rPr>
          <w:rFonts w:ascii="Times New Roman" w:hAnsi="Times New Roman" w:cs="Times New Roman" w:hint="cs"/>
          <w:sz w:val="24"/>
          <w:szCs w:val="24"/>
        </w:rPr>
        <w:t xml:space="preserve">Hal </w:t>
      </w:r>
      <w:proofErr w:type="spellStart"/>
      <w:r w:rsidRPr="00332D94">
        <w:rPr>
          <w:rFonts w:ascii="Times New Roman" w:hAnsi="Times New Roman" w:cs="Times New Roman" w:hint="cs"/>
          <w:sz w:val="24"/>
          <w:szCs w:val="24"/>
        </w:rPr>
        <w:t>ini</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menjelaskan</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bahwa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kesadaran</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antar</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budaya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kepekaan</w:t>
      </w:r>
      <w:proofErr w:type="spellEnd"/>
      <w:r w:rsidRPr="00332D94">
        <w:rPr>
          <w:rFonts w:ascii="Times New Roman" w:hAnsi="Times New Roman" w:cs="Times New Roman" w:hint="cs"/>
          <w:sz w:val="24"/>
          <w:szCs w:val="24"/>
        </w:rPr>
        <w:t xml:space="preserve">, dan </w:t>
      </w:r>
      <w:proofErr w:type="spellStart"/>
      <w:r w:rsidRPr="00332D94">
        <w:rPr>
          <w:rFonts w:ascii="Times New Roman" w:hAnsi="Times New Roman" w:cs="Times New Roman" w:hint="cs"/>
          <w:sz w:val="24"/>
          <w:szCs w:val="24"/>
        </w:rPr>
        <w:t>kompetensi</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bahasa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menjadi</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faktor</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utama</w:t>
      </w:r>
      <w:proofErr w:type="spellEnd"/>
      <w:r w:rsidRPr="00332D94">
        <w:rPr>
          <w:rFonts w:ascii="Times New Roman" w:hAnsi="Times New Roman" w:cs="Times New Roman" w:hint="cs"/>
          <w:sz w:val="24"/>
          <w:szCs w:val="24"/>
        </w:rPr>
        <w:t xml:space="preserve"> yang </w:t>
      </w:r>
      <w:proofErr w:type="spellStart"/>
      <w:r w:rsidRPr="00332D94">
        <w:rPr>
          <w:rFonts w:ascii="Times New Roman" w:hAnsi="Times New Roman" w:cs="Times New Roman" w:hint="cs"/>
          <w:sz w:val="24"/>
          <w:szCs w:val="24"/>
        </w:rPr>
        <w:t>membantu</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tenaga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kerja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asing</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beradaptasi</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dengan</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lingkungan</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kerja</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lintas</w:t>
      </w:r>
      <w:proofErr w:type="spellEnd"/>
      <w:r w:rsidRPr="00332D94">
        <w:rPr>
          <w:rFonts w:ascii="Times New Roman" w:hAnsi="Times New Roman" w:cs="Times New Roman" w:hint="cs"/>
          <w:sz w:val="24"/>
          <w:szCs w:val="24"/>
        </w:rPr>
        <w:t xml:space="preserve"> </w:t>
      </w:r>
      <w:proofErr w:type="spellStart"/>
      <w:r w:rsidRPr="00332D94">
        <w:rPr>
          <w:rFonts w:ascii="Times New Roman" w:hAnsi="Times New Roman" w:cs="Times New Roman" w:hint="cs"/>
          <w:sz w:val="24"/>
          <w:szCs w:val="24"/>
        </w:rPr>
        <w:t>budaya</w:t>
      </w:r>
      <w:proofErr w:type="spellEnd"/>
      <w:r w:rsidRPr="00332D94">
        <w:rPr>
          <w:rFonts w:ascii="Times New Roman" w:hAnsi="Times New Roman" w:cs="Times New Roman" w:hint="cs"/>
          <w:sz w:val="24"/>
          <w:szCs w:val="24"/>
        </w:rPr>
        <w:t xml:space="preserve"> di </w:t>
      </w:r>
      <w:proofErr w:type="spellStart"/>
      <w:r w:rsidRPr="00332D94">
        <w:rPr>
          <w:rFonts w:ascii="Times New Roman" w:hAnsi="Times New Roman" w:cs="Times New Roman" w:hint="cs"/>
          <w:sz w:val="24"/>
          <w:szCs w:val="24"/>
        </w:rPr>
        <w:t>Jepang</w:t>
      </w:r>
      <w:proofErr w:type="spellEnd"/>
      <w:r w:rsidRPr="00332D94">
        <w:rPr>
          <w:rFonts w:ascii="Times New Roman" w:hAnsi="Times New Roman" w:cs="Times New Roman" w:hint="cs"/>
          <w:sz w:val="24"/>
          <w:szCs w:val="24"/>
        </w:rPr>
        <w:t>.</w:t>
      </w:r>
    </w:p>
    <w:p w14:paraId="12C69070" w14:textId="77777777" w:rsidR="006006FE" w:rsidRDefault="00156FA5" w:rsidP="00AA268C">
      <w:pPr>
        <w:spacing w:after="0" w:line="360" w:lineRule="auto"/>
        <w:ind w:left="284" w:firstLine="720"/>
        <w:jc w:val="both"/>
      </w:pPr>
      <w:r>
        <w:rPr>
          <w:rFonts w:ascii="Times New Roman" w:hAnsi="Times New Roman"/>
          <w:sz w:val="24"/>
        </w:rPr>
        <w:t xml:space="preserve">Dalam </w:t>
      </w:r>
      <w:proofErr w:type="spellStart"/>
      <w:r>
        <w:rPr>
          <w:rFonts w:ascii="Times New Roman" w:hAnsi="Times New Roman"/>
          <w:sz w:val="24"/>
        </w:rPr>
        <w:t>menghadapi</w:t>
      </w:r>
      <w:proofErr w:type="spellEnd"/>
      <w:r>
        <w:rPr>
          <w:rFonts w:ascii="Times New Roman" w:hAnsi="Times New Roman"/>
          <w:sz w:val="24"/>
        </w:rPr>
        <w:t xml:space="preserve"> </w:t>
      </w:r>
      <w:proofErr w:type="spellStart"/>
      <w:r>
        <w:rPr>
          <w:rFonts w:ascii="Times New Roman" w:hAnsi="Times New Roman"/>
          <w:sz w:val="24"/>
        </w:rPr>
        <w:t>berbagai</w:t>
      </w:r>
      <w:proofErr w:type="spellEnd"/>
      <w:r>
        <w:rPr>
          <w:rFonts w:ascii="Times New Roman" w:hAnsi="Times New Roman"/>
          <w:sz w:val="24"/>
        </w:rPr>
        <w:t xml:space="preserve"> </w:t>
      </w:r>
      <w:proofErr w:type="spellStart"/>
      <w:r>
        <w:rPr>
          <w:rFonts w:ascii="Times New Roman" w:hAnsi="Times New Roman"/>
          <w:sz w:val="24"/>
        </w:rPr>
        <w:t>tantangan</w:t>
      </w:r>
      <w:proofErr w:type="spellEnd"/>
      <w:r>
        <w:rPr>
          <w:rFonts w:ascii="Times New Roman" w:hAnsi="Times New Roman"/>
          <w:sz w:val="24"/>
        </w:rPr>
        <w:t xml:space="preserve"> </w:t>
      </w:r>
      <w:proofErr w:type="spellStart"/>
      <w:r>
        <w:rPr>
          <w:rFonts w:ascii="Times New Roman" w:hAnsi="Times New Roman"/>
          <w:sz w:val="24"/>
        </w:rPr>
        <w:t>tersebut</w:t>
      </w:r>
      <w:proofErr w:type="spellEnd"/>
      <w:r>
        <w:rPr>
          <w:rFonts w:ascii="Times New Roman" w:hAnsi="Times New Roman"/>
          <w:sz w:val="24"/>
        </w:rPr>
        <w:t xml:space="preserve">, </w:t>
      </w:r>
      <w:proofErr w:type="spellStart"/>
      <w:r>
        <w:rPr>
          <w:rFonts w:ascii="Times New Roman" w:hAnsi="Times New Roman"/>
          <w:sz w:val="24"/>
        </w:rPr>
        <w:t>tenaga</w:t>
      </w:r>
      <w:proofErr w:type="spellEnd"/>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w:t>
      </w:r>
      <w:proofErr w:type="spellStart"/>
      <w:r>
        <w:rPr>
          <w:rFonts w:ascii="Times New Roman" w:hAnsi="Times New Roman"/>
          <w:sz w:val="24"/>
        </w:rPr>
        <w:t>asing</w:t>
      </w:r>
      <w:proofErr w:type="spellEnd"/>
      <w:r>
        <w:rPr>
          <w:rFonts w:ascii="Times New Roman" w:hAnsi="Times New Roman"/>
          <w:sz w:val="24"/>
        </w:rPr>
        <w:t xml:space="preserve"> </w:t>
      </w:r>
      <w:proofErr w:type="spellStart"/>
      <w:r>
        <w:rPr>
          <w:rFonts w:ascii="Times New Roman" w:hAnsi="Times New Roman"/>
          <w:sz w:val="24"/>
        </w:rPr>
        <w:t>perlu</w:t>
      </w:r>
      <w:proofErr w:type="spellEnd"/>
      <w:r>
        <w:rPr>
          <w:rFonts w:ascii="Times New Roman" w:hAnsi="Times New Roman"/>
          <w:sz w:val="24"/>
        </w:rPr>
        <w:t xml:space="preserve"> </w:t>
      </w:r>
      <w:proofErr w:type="spellStart"/>
      <w:r>
        <w:rPr>
          <w:rFonts w:ascii="Times New Roman" w:hAnsi="Times New Roman"/>
          <w:sz w:val="24"/>
        </w:rPr>
        <w:t>melakukan</w:t>
      </w:r>
      <w:proofErr w:type="spellEnd"/>
      <w:r>
        <w:rPr>
          <w:rFonts w:ascii="Times New Roman" w:hAnsi="Times New Roman"/>
          <w:sz w:val="24"/>
        </w:rPr>
        <w:t xml:space="preserve"> strategi </w:t>
      </w:r>
      <w:proofErr w:type="spellStart"/>
      <w:r>
        <w:rPr>
          <w:rFonts w:ascii="Times New Roman" w:hAnsi="Times New Roman"/>
          <w:sz w:val="24"/>
        </w:rPr>
        <w:t>adaptasi</w:t>
      </w:r>
      <w:proofErr w:type="spellEnd"/>
      <w:r>
        <w:rPr>
          <w:rFonts w:ascii="Times New Roman" w:hAnsi="Times New Roman"/>
          <w:sz w:val="24"/>
        </w:rPr>
        <w:t xml:space="preserve"> </w:t>
      </w:r>
      <w:proofErr w:type="spellStart"/>
      <w:r>
        <w:rPr>
          <w:rFonts w:ascii="Times New Roman" w:hAnsi="Times New Roman"/>
          <w:sz w:val="24"/>
        </w:rPr>
        <w:t>budaya</w:t>
      </w:r>
      <w:proofErr w:type="spellEnd"/>
      <w:r>
        <w:rPr>
          <w:rFonts w:ascii="Times New Roman" w:hAnsi="Times New Roman"/>
          <w:sz w:val="24"/>
        </w:rPr>
        <w:t xml:space="preserve"> agar </w:t>
      </w:r>
      <w:proofErr w:type="spellStart"/>
      <w:r>
        <w:rPr>
          <w:rFonts w:ascii="Times New Roman" w:hAnsi="Times New Roman"/>
          <w:sz w:val="24"/>
        </w:rPr>
        <w:t>dapat</w:t>
      </w:r>
      <w:proofErr w:type="spellEnd"/>
      <w:r>
        <w:rPr>
          <w:rFonts w:ascii="Times New Roman" w:hAnsi="Times New Roman"/>
          <w:sz w:val="24"/>
        </w:rPr>
        <w:t xml:space="preserve"> </w:t>
      </w:r>
      <w:proofErr w:type="spellStart"/>
      <w:r>
        <w:rPr>
          <w:rFonts w:ascii="Times New Roman" w:hAnsi="Times New Roman"/>
          <w:sz w:val="24"/>
        </w:rPr>
        <w:t>bertahan</w:t>
      </w:r>
      <w:proofErr w:type="spellEnd"/>
      <w:r>
        <w:rPr>
          <w:rFonts w:ascii="Times New Roman" w:hAnsi="Times New Roman"/>
          <w:sz w:val="24"/>
        </w:rPr>
        <w:t xml:space="preserve"> dan </w:t>
      </w:r>
      <w:proofErr w:type="spellStart"/>
      <w:r>
        <w:rPr>
          <w:rFonts w:ascii="Times New Roman" w:hAnsi="Times New Roman"/>
          <w:sz w:val="24"/>
        </w:rPr>
        <w:t>bekerja</w:t>
      </w:r>
      <w:proofErr w:type="spellEnd"/>
      <w:r>
        <w:rPr>
          <w:rFonts w:ascii="Times New Roman" w:hAnsi="Times New Roman"/>
          <w:sz w:val="24"/>
        </w:rPr>
        <w:t xml:space="preserve"> </w:t>
      </w:r>
      <w:proofErr w:type="spellStart"/>
      <w:r>
        <w:rPr>
          <w:rFonts w:ascii="Times New Roman" w:hAnsi="Times New Roman"/>
          <w:sz w:val="24"/>
        </w:rPr>
        <w:t>secara</w:t>
      </w:r>
      <w:proofErr w:type="spellEnd"/>
      <w:r>
        <w:rPr>
          <w:rFonts w:ascii="Times New Roman" w:hAnsi="Times New Roman"/>
          <w:sz w:val="24"/>
        </w:rPr>
        <w:t xml:space="preserve"> </w:t>
      </w:r>
      <w:proofErr w:type="spellStart"/>
      <w:r>
        <w:rPr>
          <w:rFonts w:ascii="Times New Roman" w:hAnsi="Times New Roman"/>
          <w:sz w:val="24"/>
        </w:rPr>
        <w:t>profesional</w:t>
      </w:r>
      <w:proofErr w:type="spellEnd"/>
      <w:r>
        <w:rPr>
          <w:rFonts w:ascii="Times New Roman" w:hAnsi="Times New Roman"/>
          <w:sz w:val="24"/>
        </w:rPr>
        <w:t xml:space="preserve"> di </w:t>
      </w:r>
      <w:proofErr w:type="spellStart"/>
      <w:r>
        <w:rPr>
          <w:rFonts w:ascii="Times New Roman" w:hAnsi="Times New Roman"/>
          <w:sz w:val="24"/>
        </w:rPr>
        <w:t>lingkungan</w:t>
      </w:r>
      <w:proofErr w:type="spellEnd"/>
      <w:r>
        <w:rPr>
          <w:rFonts w:ascii="Times New Roman" w:hAnsi="Times New Roman"/>
          <w:sz w:val="24"/>
        </w:rPr>
        <w:t xml:space="preserve"> </w:t>
      </w:r>
      <w:r w:rsidRPr="00EB64E7">
        <w:rPr>
          <w:rFonts w:ascii="Times New Roman" w:hAnsi="Times New Roman"/>
          <w:i/>
          <w:iCs/>
          <w:sz w:val="24"/>
        </w:rPr>
        <w:t xml:space="preserve">hospitality </w:t>
      </w:r>
      <w:proofErr w:type="spellStart"/>
      <w:r w:rsidRPr="00EB64E7">
        <w:rPr>
          <w:rFonts w:ascii="Times New Roman" w:hAnsi="Times New Roman"/>
          <w:sz w:val="24"/>
        </w:rPr>
        <w:t>internasional</w:t>
      </w:r>
      <w:proofErr w:type="spellEnd"/>
      <w:r>
        <w:rPr>
          <w:rFonts w:ascii="Times New Roman" w:hAnsi="Times New Roman"/>
          <w:sz w:val="24"/>
        </w:rPr>
        <w:t xml:space="preserve">. Strategi </w:t>
      </w:r>
      <w:proofErr w:type="spellStart"/>
      <w:r>
        <w:rPr>
          <w:rFonts w:ascii="Times New Roman" w:hAnsi="Times New Roman"/>
          <w:sz w:val="24"/>
        </w:rPr>
        <w:t>adaptasi</w:t>
      </w:r>
      <w:proofErr w:type="spellEnd"/>
      <w:r>
        <w:rPr>
          <w:rFonts w:ascii="Times New Roman" w:hAnsi="Times New Roman"/>
          <w:sz w:val="24"/>
        </w:rPr>
        <w:t xml:space="preserve"> </w:t>
      </w:r>
      <w:proofErr w:type="spellStart"/>
      <w:r>
        <w:rPr>
          <w:rFonts w:ascii="Times New Roman" w:hAnsi="Times New Roman"/>
          <w:sz w:val="24"/>
        </w:rPr>
        <w:t>dapat</w:t>
      </w:r>
      <w:proofErr w:type="spellEnd"/>
      <w:r>
        <w:rPr>
          <w:rFonts w:ascii="Times New Roman" w:hAnsi="Times New Roman"/>
          <w:sz w:val="24"/>
        </w:rPr>
        <w:t xml:space="preserve"> </w:t>
      </w:r>
      <w:proofErr w:type="spellStart"/>
      <w:r>
        <w:rPr>
          <w:rFonts w:ascii="Times New Roman" w:hAnsi="Times New Roman"/>
          <w:sz w:val="24"/>
        </w:rPr>
        <w:t>dilakukan</w:t>
      </w:r>
      <w:proofErr w:type="spellEnd"/>
      <w:r>
        <w:rPr>
          <w:rFonts w:ascii="Times New Roman" w:hAnsi="Times New Roman"/>
          <w:sz w:val="24"/>
        </w:rPr>
        <w:t xml:space="preserve"> </w:t>
      </w:r>
      <w:proofErr w:type="spellStart"/>
      <w:r>
        <w:rPr>
          <w:rFonts w:ascii="Times New Roman" w:hAnsi="Times New Roman"/>
          <w:sz w:val="24"/>
        </w:rPr>
        <w:t>melalui</w:t>
      </w:r>
      <w:proofErr w:type="spellEnd"/>
      <w:r>
        <w:rPr>
          <w:rFonts w:ascii="Times New Roman" w:hAnsi="Times New Roman"/>
          <w:sz w:val="24"/>
        </w:rPr>
        <w:t xml:space="preserve"> </w:t>
      </w:r>
      <w:proofErr w:type="spellStart"/>
      <w:r>
        <w:rPr>
          <w:rFonts w:ascii="Times New Roman" w:hAnsi="Times New Roman"/>
          <w:sz w:val="24"/>
        </w:rPr>
        <w:t>pembelajaran</w:t>
      </w:r>
      <w:proofErr w:type="spellEnd"/>
      <w:r>
        <w:rPr>
          <w:rFonts w:ascii="Times New Roman" w:hAnsi="Times New Roman"/>
          <w:sz w:val="24"/>
        </w:rPr>
        <w:t xml:space="preserve"> </w:t>
      </w:r>
      <w:proofErr w:type="spellStart"/>
      <w:r>
        <w:rPr>
          <w:rFonts w:ascii="Times New Roman" w:hAnsi="Times New Roman"/>
          <w:sz w:val="24"/>
        </w:rPr>
        <w:t>bahasa</w:t>
      </w:r>
      <w:proofErr w:type="spellEnd"/>
      <w:r>
        <w:rPr>
          <w:rFonts w:ascii="Times New Roman" w:hAnsi="Times New Roman"/>
          <w:sz w:val="24"/>
        </w:rPr>
        <w:t xml:space="preserve"> </w:t>
      </w:r>
      <w:proofErr w:type="spellStart"/>
      <w:r>
        <w:rPr>
          <w:rFonts w:ascii="Times New Roman" w:hAnsi="Times New Roman"/>
          <w:sz w:val="24"/>
        </w:rPr>
        <w:t>Jepang</w:t>
      </w:r>
      <w:proofErr w:type="spellEnd"/>
      <w:r>
        <w:rPr>
          <w:rFonts w:ascii="Times New Roman" w:hAnsi="Times New Roman"/>
          <w:sz w:val="24"/>
        </w:rPr>
        <w:t xml:space="preserve">, </w:t>
      </w:r>
      <w:proofErr w:type="spellStart"/>
      <w:r>
        <w:rPr>
          <w:rFonts w:ascii="Times New Roman" w:hAnsi="Times New Roman"/>
          <w:sz w:val="24"/>
        </w:rPr>
        <w:t>memahami</w:t>
      </w:r>
      <w:proofErr w:type="spellEnd"/>
      <w:r>
        <w:rPr>
          <w:rFonts w:ascii="Times New Roman" w:hAnsi="Times New Roman"/>
          <w:sz w:val="24"/>
        </w:rPr>
        <w:t xml:space="preserve"> </w:t>
      </w:r>
      <w:proofErr w:type="spellStart"/>
      <w:r>
        <w:rPr>
          <w:rFonts w:ascii="Times New Roman" w:hAnsi="Times New Roman"/>
          <w:sz w:val="24"/>
        </w:rPr>
        <w:t>budaya</w:t>
      </w:r>
      <w:proofErr w:type="spellEnd"/>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w:t>
      </w:r>
      <w:proofErr w:type="spellStart"/>
      <w:r>
        <w:rPr>
          <w:rFonts w:ascii="Times New Roman" w:hAnsi="Times New Roman"/>
          <w:sz w:val="24"/>
        </w:rPr>
        <w:t>Jepang</w:t>
      </w:r>
      <w:proofErr w:type="spellEnd"/>
      <w:r>
        <w:rPr>
          <w:rFonts w:ascii="Times New Roman" w:hAnsi="Times New Roman"/>
          <w:sz w:val="24"/>
        </w:rPr>
        <w:t xml:space="preserve">, </w:t>
      </w:r>
      <w:proofErr w:type="spellStart"/>
      <w:r>
        <w:rPr>
          <w:rFonts w:ascii="Times New Roman" w:hAnsi="Times New Roman"/>
          <w:sz w:val="24"/>
        </w:rPr>
        <w:t>meningkatkan</w:t>
      </w:r>
      <w:proofErr w:type="spellEnd"/>
      <w:r>
        <w:rPr>
          <w:rFonts w:ascii="Times New Roman" w:hAnsi="Times New Roman"/>
          <w:sz w:val="24"/>
        </w:rPr>
        <w:t xml:space="preserve"> </w:t>
      </w:r>
      <w:proofErr w:type="spellStart"/>
      <w:r>
        <w:rPr>
          <w:rFonts w:ascii="Times New Roman" w:hAnsi="Times New Roman"/>
          <w:sz w:val="24"/>
        </w:rPr>
        <w:t>kemampuan</w:t>
      </w:r>
      <w:proofErr w:type="spellEnd"/>
      <w:r>
        <w:rPr>
          <w:rFonts w:ascii="Times New Roman" w:hAnsi="Times New Roman"/>
          <w:sz w:val="24"/>
        </w:rPr>
        <w:t xml:space="preserve"> </w:t>
      </w:r>
      <w:proofErr w:type="spellStart"/>
      <w:r>
        <w:rPr>
          <w:rFonts w:ascii="Times New Roman" w:hAnsi="Times New Roman"/>
          <w:sz w:val="24"/>
        </w:rPr>
        <w:t>komunikasi</w:t>
      </w:r>
      <w:proofErr w:type="spellEnd"/>
      <w:r>
        <w:rPr>
          <w:rFonts w:ascii="Times New Roman" w:hAnsi="Times New Roman"/>
          <w:sz w:val="24"/>
        </w:rPr>
        <w:t xml:space="preserve"> interpersonal, </w:t>
      </w:r>
      <w:proofErr w:type="spellStart"/>
      <w:r>
        <w:rPr>
          <w:rFonts w:ascii="Times New Roman" w:hAnsi="Times New Roman"/>
          <w:sz w:val="24"/>
        </w:rPr>
        <w:t>serta</w:t>
      </w:r>
      <w:proofErr w:type="spellEnd"/>
      <w:r>
        <w:rPr>
          <w:rFonts w:ascii="Times New Roman" w:hAnsi="Times New Roman"/>
          <w:sz w:val="24"/>
        </w:rPr>
        <w:t xml:space="preserve"> </w:t>
      </w:r>
      <w:proofErr w:type="spellStart"/>
      <w:r>
        <w:rPr>
          <w:rFonts w:ascii="Times New Roman" w:hAnsi="Times New Roman"/>
          <w:sz w:val="24"/>
        </w:rPr>
        <w:t>membangun</w:t>
      </w:r>
      <w:proofErr w:type="spellEnd"/>
      <w:r>
        <w:rPr>
          <w:rFonts w:ascii="Times New Roman" w:hAnsi="Times New Roman"/>
          <w:sz w:val="24"/>
        </w:rPr>
        <w:t xml:space="preserve"> </w:t>
      </w:r>
      <w:proofErr w:type="spellStart"/>
      <w:r>
        <w:rPr>
          <w:rFonts w:ascii="Times New Roman" w:hAnsi="Times New Roman"/>
          <w:sz w:val="24"/>
        </w:rPr>
        <w:t>hubungan</w:t>
      </w:r>
      <w:proofErr w:type="spellEnd"/>
      <w:r>
        <w:rPr>
          <w:rFonts w:ascii="Times New Roman" w:hAnsi="Times New Roman"/>
          <w:sz w:val="24"/>
        </w:rPr>
        <w:t xml:space="preserve"> </w:t>
      </w:r>
      <w:proofErr w:type="spellStart"/>
      <w:r>
        <w:rPr>
          <w:rFonts w:ascii="Times New Roman" w:hAnsi="Times New Roman"/>
          <w:sz w:val="24"/>
        </w:rPr>
        <w:t>sosial</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lingkungan</w:t>
      </w:r>
      <w:proofErr w:type="spellEnd"/>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w:t>
      </w:r>
      <w:proofErr w:type="spellStart"/>
      <w:r>
        <w:rPr>
          <w:rFonts w:ascii="Times New Roman" w:hAnsi="Times New Roman"/>
          <w:sz w:val="24"/>
        </w:rPr>
        <w:t>Penelitian</w:t>
      </w:r>
      <w:proofErr w:type="spellEnd"/>
      <w:r>
        <w:rPr>
          <w:rFonts w:ascii="Times New Roman" w:hAnsi="Times New Roman"/>
          <w:sz w:val="24"/>
        </w:rPr>
        <w:t xml:space="preserve"> </w:t>
      </w:r>
      <w:proofErr w:type="spellStart"/>
      <w:r>
        <w:rPr>
          <w:rFonts w:ascii="Times New Roman" w:hAnsi="Times New Roman"/>
          <w:sz w:val="24"/>
        </w:rPr>
        <w:t>mengenai</w:t>
      </w:r>
      <w:proofErr w:type="spellEnd"/>
      <w:r>
        <w:rPr>
          <w:rFonts w:ascii="Times New Roman" w:hAnsi="Times New Roman"/>
          <w:sz w:val="24"/>
        </w:rPr>
        <w:t xml:space="preserve"> strategi </w:t>
      </w:r>
      <w:proofErr w:type="spellStart"/>
      <w:r>
        <w:rPr>
          <w:rFonts w:ascii="Times New Roman" w:hAnsi="Times New Roman"/>
          <w:sz w:val="24"/>
        </w:rPr>
        <w:t>komunikasi</w:t>
      </w:r>
      <w:proofErr w:type="spellEnd"/>
      <w:r>
        <w:rPr>
          <w:rFonts w:ascii="Times New Roman" w:hAnsi="Times New Roman"/>
          <w:sz w:val="24"/>
        </w:rPr>
        <w:t xml:space="preserve"> </w:t>
      </w:r>
      <w:proofErr w:type="spellStart"/>
      <w:r>
        <w:rPr>
          <w:rFonts w:ascii="Times New Roman" w:hAnsi="Times New Roman"/>
          <w:sz w:val="24"/>
        </w:rPr>
        <w:t>lintas</w:t>
      </w:r>
      <w:proofErr w:type="spellEnd"/>
      <w:r>
        <w:rPr>
          <w:rFonts w:ascii="Times New Roman" w:hAnsi="Times New Roman"/>
          <w:sz w:val="24"/>
        </w:rPr>
        <w:t xml:space="preserve"> </w:t>
      </w:r>
      <w:proofErr w:type="spellStart"/>
      <w:r>
        <w:rPr>
          <w:rFonts w:ascii="Times New Roman" w:hAnsi="Times New Roman"/>
          <w:sz w:val="24"/>
        </w:rPr>
        <w:t>budaya</w:t>
      </w:r>
      <w:proofErr w:type="spellEnd"/>
      <w:r>
        <w:rPr>
          <w:rFonts w:ascii="Times New Roman" w:hAnsi="Times New Roman"/>
          <w:sz w:val="24"/>
        </w:rPr>
        <w:t xml:space="preserve"> Indonesia dan </w:t>
      </w:r>
      <w:proofErr w:type="spellStart"/>
      <w:r>
        <w:rPr>
          <w:rFonts w:ascii="Times New Roman" w:hAnsi="Times New Roman"/>
          <w:sz w:val="24"/>
        </w:rPr>
        <w:t>Jepang</w:t>
      </w:r>
      <w:proofErr w:type="spellEnd"/>
      <w:r>
        <w:rPr>
          <w:rFonts w:ascii="Times New Roman" w:hAnsi="Times New Roman"/>
          <w:sz w:val="24"/>
        </w:rPr>
        <w:t xml:space="preserve"> </w:t>
      </w:r>
      <w:proofErr w:type="spellStart"/>
      <w:r>
        <w:rPr>
          <w:rFonts w:ascii="Times New Roman" w:hAnsi="Times New Roman"/>
          <w:sz w:val="24"/>
        </w:rPr>
        <w:t>menunjukkan</w:t>
      </w:r>
      <w:proofErr w:type="spellEnd"/>
      <w:r>
        <w:rPr>
          <w:rFonts w:ascii="Times New Roman" w:hAnsi="Times New Roman"/>
          <w:sz w:val="24"/>
        </w:rPr>
        <w:t xml:space="preserve"> </w:t>
      </w:r>
      <w:proofErr w:type="spellStart"/>
      <w:r>
        <w:rPr>
          <w:rFonts w:ascii="Times New Roman" w:hAnsi="Times New Roman"/>
          <w:sz w:val="24"/>
        </w:rPr>
        <w:t>bahwa</w:t>
      </w:r>
      <w:proofErr w:type="spellEnd"/>
      <w:r>
        <w:rPr>
          <w:rFonts w:ascii="Times New Roman" w:hAnsi="Times New Roman"/>
          <w:sz w:val="24"/>
        </w:rPr>
        <w:t xml:space="preserve"> </w:t>
      </w:r>
      <w:proofErr w:type="spellStart"/>
      <w:r>
        <w:rPr>
          <w:rFonts w:ascii="Times New Roman" w:hAnsi="Times New Roman"/>
          <w:sz w:val="24"/>
        </w:rPr>
        <w:t>kemampuan</w:t>
      </w:r>
      <w:proofErr w:type="spellEnd"/>
      <w:r>
        <w:rPr>
          <w:rFonts w:ascii="Times New Roman" w:hAnsi="Times New Roman"/>
          <w:sz w:val="24"/>
        </w:rPr>
        <w:t xml:space="preserve"> </w:t>
      </w:r>
      <w:proofErr w:type="spellStart"/>
      <w:r>
        <w:rPr>
          <w:rFonts w:ascii="Times New Roman" w:hAnsi="Times New Roman"/>
          <w:sz w:val="24"/>
        </w:rPr>
        <w:t>memahami</w:t>
      </w:r>
      <w:proofErr w:type="spellEnd"/>
      <w:r>
        <w:rPr>
          <w:rFonts w:ascii="Times New Roman" w:hAnsi="Times New Roman"/>
          <w:sz w:val="24"/>
        </w:rPr>
        <w:t xml:space="preserve"> </w:t>
      </w:r>
      <w:proofErr w:type="spellStart"/>
      <w:r>
        <w:rPr>
          <w:rFonts w:ascii="Times New Roman" w:hAnsi="Times New Roman"/>
          <w:sz w:val="24"/>
        </w:rPr>
        <w:t>budaya</w:t>
      </w:r>
      <w:proofErr w:type="spellEnd"/>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w:t>
      </w:r>
      <w:proofErr w:type="spellStart"/>
      <w:r>
        <w:rPr>
          <w:rFonts w:ascii="Times New Roman" w:hAnsi="Times New Roman"/>
          <w:sz w:val="24"/>
        </w:rPr>
        <w:t>Jepang</w:t>
      </w:r>
      <w:proofErr w:type="spellEnd"/>
      <w:r>
        <w:rPr>
          <w:rFonts w:ascii="Times New Roman" w:hAnsi="Times New Roman"/>
          <w:sz w:val="24"/>
        </w:rPr>
        <w:t xml:space="preserve"> </w:t>
      </w:r>
      <w:proofErr w:type="spellStart"/>
      <w:r>
        <w:rPr>
          <w:rFonts w:ascii="Times New Roman" w:hAnsi="Times New Roman"/>
          <w:sz w:val="24"/>
        </w:rPr>
        <w:t>dapat</w:t>
      </w:r>
      <w:proofErr w:type="spellEnd"/>
      <w:r>
        <w:rPr>
          <w:rFonts w:ascii="Times New Roman" w:hAnsi="Times New Roman"/>
          <w:sz w:val="24"/>
        </w:rPr>
        <w:t xml:space="preserve"> </w:t>
      </w:r>
      <w:proofErr w:type="spellStart"/>
      <w:r>
        <w:rPr>
          <w:rFonts w:ascii="Times New Roman" w:hAnsi="Times New Roman"/>
          <w:sz w:val="24"/>
        </w:rPr>
        <w:t>meningkatkan</w:t>
      </w:r>
      <w:proofErr w:type="spellEnd"/>
      <w:r>
        <w:rPr>
          <w:rFonts w:ascii="Times New Roman" w:hAnsi="Times New Roman"/>
          <w:sz w:val="24"/>
        </w:rPr>
        <w:t xml:space="preserve"> </w:t>
      </w:r>
      <w:proofErr w:type="spellStart"/>
      <w:r>
        <w:rPr>
          <w:rFonts w:ascii="Times New Roman" w:hAnsi="Times New Roman"/>
          <w:sz w:val="24"/>
        </w:rPr>
        <w:t>kualitas</w:t>
      </w:r>
      <w:proofErr w:type="spellEnd"/>
      <w:r>
        <w:rPr>
          <w:rFonts w:ascii="Times New Roman" w:hAnsi="Times New Roman"/>
          <w:sz w:val="24"/>
        </w:rPr>
        <w:t xml:space="preserve"> </w:t>
      </w:r>
      <w:r w:rsidRPr="00EB64E7">
        <w:rPr>
          <w:rFonts w:ascii="Times New Roman" w:hAnsi="Times New Roman"/>
          <w:i/>
          <w:iCs/>
          <w:sz w:val="24"/>
        </w:rPr>
        <w:t>hospitality</w:t>
      </w:r>
      <w:r>
        <w:rPr>
          <w:rFonts w:ascii="Times New Roman" w:hAnsi="Times New Roman"/>
          <w:sz w:val="24"/>
        </w:rPr>
        <w:t xml:space="preserve"> dan </w:t>
      </w:r>
      <w:proofErr w:type="spellStart"/>
      <w:r>
        <w:rPr>
          <w:rFonts w:ascii="Times New Roman" w:hAnsi="Times New Roman"/>
          <w:sz w:val="24"/>
        </w:rPr>
        <w:t>membantu</w:t>
      </w:r>
      <w:proofErr w:type="spellEnd"/>
      <w:r>
        <w:rPr>
          <w:rFonts w:ascii="Times New Roman" w:hAnsi="Times New Roman"/>
          <w:sz w:val="24"/>
        </w:rPr>
        <w:t xml:space="preserve"> </w:t>
      </w:r>
      <w:proofErr w:type="spellStart"/>
      <w:r>
        <w:rPr>
          <w:rFonts w:ascii="Times New Roman" w:hAnsi="Times New Roman"/>
          <w:sz w:val="24"/>
        </w:rPr>
        <w:t>individu</w:t>
      </w:r>
      <w:proofErr w:type="spellEnd"/>
      <w:r>
        <w:rPr>
          <w:rFonts w:ascii="Times New Roman" w:hAnsi="Times New Roman"/>
          <w:sz w:val="24"/>
        </w:rPr>
        <w:t xml:space="preserve"> </w:t>
      </w:r>
      <w:proofErr w:type="spellStart"/>
      <w:r>
        <w:rPr>
          <w:rFonts w:ascii="Times New Roman" w:hAnsi="Times New Roman"/>
          <w:sz w:val="24"/>
        </w:rPr>
        <w:t>menyesuaikan</w:t>
      </w:r>
      <w:proofErr w:type="spellEnd"/>
      <w:r>
        <w:rPr>
          <w:rFonts w:ascii="Times New Roman" w:hAnsi="Times New Roman"/>
          <w:sz w:val="24"/>
        </w:rPr>
        <w:t xml:space="preserve"> </w:t>
      </w:r>
      <w:proofErr w:type="spellStart"/>
      <w:r>
        <w:rPr>
          <w:rFonts w:ascii="Times New Roman" w:hAnsi="Times New Roman"/>
          <w:sz w:val="24"/>
        </w:rPr>
        <w:t>diri</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lingkungan</w:t>
      </w:r>
      <w:proofErr w:type="spellEnd"/>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w:t>
      </w:r>
      <w:proofErr w:type="spellStart"/>
      <w:r>
        <w:rPr>
          <w:rFonts w:ascii="Times New Roman" w:hAnsi="Times New Roman"/>
          <w:sz w:val="24"/>
        </w:rPr>
        <w:t>internasional</w:t>
      </w:r>
      <w:proofErr w:type="spellEnd"/>
      <w:r>
        <w:rPr>
          <w:rFonts w:ascii="Times New Roman" w:hAnsi="Times New Roman"/>
          <w:sz w:val="24"/>
        </w:rPr>
        <w:t>.</w:t>
      </w:r>
    </w:p>
    <w:p w14:paraId="669FCB1D" w14:textId="77777777" w:rsidR="006006FE" w:rsidRDefault="00332D94" w:rsidP="00AA268C">
      <w:pPr>
        <w:spacing w:after="0" w:line="360" w:lineRule="auto"/>
        <w:ind w:left="284" w:firstLine="720"/>
        <w:jc w:val="both"/>
      </w:pPr>
      <w:r>
        <w:rPr>
          <w:rFonts w:ascii="Times New Roman" w:hAnsi="Times New Roman"/>
          <w:sz w:val="24"/>
        </w:rPr>
        <w:t xml:space="preserve">Oleh </w:t>
      </w:r>
      <w:proofErr w:type="spellStart"/>
      <w:r>
        <w:rPr>
          <w:rFonts w:ascii="Times New Roman" w:hAnsi="Times New Roman"/>
          <w:sz w:val="24"/>
        </w:rPr>
        <w:t>karena</w:t>
      </w:r>
      <w:proofErr w:type="spellEnd"/>
      <w:r>
        <w:rPr>
          <w:rFonts w:ascii="Times New Roman" w:hAnsi="Times New Roman"/>
          <w:sz w:val="24"/>
        </w:rPr>
        <w:t xml:space="preserve"> </w:t>
      </w:r>
      <w:proofErr w:type="spellStart"/>
      <w:r>
        <w:rPr>
          <w:rFonts w:ascii="Times New Roman" w:hAnsi="Times New Roman"/>
          <w:sz w:val="24"/>
        </w:rPr>
        <w:t>itu</w:t>
      </w:r>
      <w:proofErr w:type="spellEnd"/>
      <w:r>
        <w:rPr>
          <w:rFonts w:ascii="Times New Roman" w:hAnsi="Times New Roman"/>
          <w:sz w:val="24"/>
        </w:rPr>
        <w:t xml:space="preserve"> </w:t>
      </w:r>
      <w:proofErr w:type="spellStart"/>
      <w:r>
        <w:rPr>
          <w:rFonts w:ascii="Times New Roman" w:hAnsi="Times New Roman"/>
          <w:sz w:val="24"/>
        </w:rPr>
        <w:t>calon</w:t>
      </w:r>
      <w:proofErr w:type="spellEnd"/>
      <w:r>
        <w:rPr>
          <w:rFonts w:ascii="Times New Roman" w:hAnsi="Times New Roman"/>
          <w:sz w:val="24"/>
        </w:rPr>
        <w:t xml:space="preserve"> </w:t>
      </w:r>
      <w:proofErr w:type="spellStart"/>
      <w:r>
        <w:rPr>
          <w:rFonts w:ascii="Times New Roman" w:hAnsi="Times New Roman"/>
          <w:sz w:val="24"/>
        </w:rPr>
        <w:t>tenaga</w:t>
      </w:r>
      <w:proofErr w:type="spellEnd"/>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w:t>
      </w:r>
      <w:proofErr w:type="spellStart"/>
      <w:r>
        <w:rPr>
          <w:rFonts w:ascii="Times New Roman" w:hAnsi="Times New Roman"/>
          <w:sz w:val="24"/>
        </w:rPr>
        <w:t>internasional</w:t>
      </w:r>
      <w:proofErr w:type="spellEnd"/>
      <w:r>
        <w:rPr>
          <w:rFonts w:ascii="Times New Roman" w:hAnsi="Times New Roman"/>
          <w:sz w:val="24"/>
        </w:rPr>
        <w:t xml:space="preserve"> </w:t>
      </w:r>
      <w:proofErr w:type="spellStart"/>
      <w:r>
        <w:rPr>
          <w:rFonts w:ascii="Times New Roman" w:hAnsi="Times New Roman"/>
          <w:sz w:val="24"/>
        </w:rPr>
        <w:t>perlu</w:t>
      </w:r>
      <w:proofErr w:type="spellEnd"/>
      <w:r>
        <w:rPr>
          <w:rFonts w:ascii="Times New Roman" w:hAnsi="Times New Roman"/>
          <w:sz w:val="24"/>
        </w:rPr>
        <w:t xml:space="preserve"> </w:t>
      </w:r>
      <w:proofErr w:type="spellStart"/>
      <w:r>
        <w:rPr>
          <w:rFonts w:ascii="Times New Roman" w:hAnsi="Times New Roman"/>
          <w:sz w:val="24"/>
        </w:rPr>
        <w:t>memahami</w:t>
      </w:r>
      <w:proofErr w:type="spellEnd"/>
      <w:r>
        <w:rPr>
          <w:rFonts w:ascii="Times New Roman" w:hAnsi="Times New Roman"/>
          <w:sz w:val="24"/>
        </w:rPr>
        <w:t xml:space="preserve"> </w:t>
      </w:r>
      <w:proofErr w:type="spellStart"/>
      <w:r>
        <w:rPr>
          <w:rFonts w:ascii="Times New Roman" w:hAnsi="Times New Roman"/>
          <w:sz w:val="24"/>
        </w:rPr>
        <w:t>bagaimana</w:t>
      </w:r>
      <w:proofErr w:type="spellEnd"/>
      <w:r>
        <w:rPr>
          <w:rFonts w:ascii="Times New Roman" w:hAnsi="Times New Roman"/>
          <w:sz w:val="24"/>
        </w:rPr>
        <w:t xml:space="preserve"> </w:t>
      </w:r>
      <w:proofErr w:type="spellStart"/>
      <w:r>
        <w:rPr>
          <w:rFonts w:ascii="Times New Roman" w:hAnsi="Times New Roman"/>
          <w:sz w:val="24"/>
        </w:rPr>
        <w:t>komunikasi</w:t>
      </w:r>
      <w:proofErr w:type="spellEnd"/>
      <w:r>
        <w:rPr>
          <w:rFonts w:ascii="Times New Roman" w:hAnsi="Times New Roman"/>
          <w:sz w:val="24"/>
        </w:rPr>
        <w:t xml:space="preserve"> </w:t>
      </w:r>
      <w:proofErr w:type="spellStart"/>
      <w:r>
        <w:rPr>
          <w:rFonts w:ascii="Times New Roman" w:hAnsi="Times New Roman"/>
          <w:sz w:val="24"/>
        </w:rPr>
        <w:t>antarbudaya</w:t>
      </w:r>
      <w:proofErr w:type="spellEnd"/>
      <w:r>
        <w:rPr>
          <w:rFonts w:ascii="Times New Roman" w:hAnsi="Times New Roman"/>
          <w:sz w:val="24"/>
        </w:rPr>
        <w:t xml:space="preserve"> </w:t>
      </w:r>
      <w:proofErr w:type="spellStart"/>
      <w:r>
        <w:rPr>
          <w:rFonts w:ascii="Times New Roman" w:hAnsi="Times New Roman"/>
          <w:sz w:val="24"/>
        </w:rPr>
        <w:t>diterapkan</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dunia </w:t>
      </w:r>
      <w:proofErr w:type="spellStart"/>
      <w:r>
        <w:rPr>
          <w:rFonts w:ascii="Times New Roman" w:hAnsi="Times New Roman"/>
          <w:sz w:val="24"/>
        </w:rPr>
        <w:t>kerja</w:t>
      </w:r>
      <w:proofErr w:type="spellEnd"/>
      <w:r>
        <w:rPr>
          <w:rFonts w:ascii="Times New Roman" w:hAnsi="Times New Roman"/>
          <w:sz w:val="24"/>
        </w:rPr>
        <w:t xml:space="preserve"> global, </w:t>
      </w:r>
      <w:proofErr w:type="spellStart"/>
      <w:r>
        <w:rPr>
          <w:rFonts w:ascii="Times New Roman" w:hAnsi="Times New Roman"/>
          <w:sz w:val="24"/>
        </w:rPr>
        <w:t>khususnya</w:t>
      </w:r>
      <w:proofErr w:type="spellEnd"/>
      <w:r>
        <w:rPr>
          <w:rFonts w:ascii="Times New Roman" w:hAnsi="Times New Roman"/>
          <w:sz w:val="24"/>
        </w:rPr>
        <w:t xml:space="preserve"> di </w:t>
      </w:r>
      <w:proofErr w:type="spellStart"/>
      <w:r>
        <w:rPr>
          <w:rFonts w:ascii="Times New Roman" w:hAnsi="Times New Roman"/>
          <w:sz w:val="24"/>
        </w:rPr>
        <w:t>Jepang</w:t>
      </w:r>
      <w:proofErr w:type="spellEnd"/>
      <w:r>
        <w:rPr>
          <w:rFonts w:ascii="Times New Roman" w:hAnsi="Times New Roman"/>
          <w:sz w:val="24"/>
        </w:rPr>
        <w:t xml:space="preserve">. Calon </w:t>
      </w:r>
      <w:proofErr w:type="spellStart"/>
      <w:r>
        <w:rPr>
          <w:rFonts w:ascii="Times New Roman" w:hAnsi="Times New Roman"/>
          <w:sz w:val="24"/>
        </w:rPr>
        <w:t>tenaga</w:t>
      </w:r>
      <w:proofErr w:type="spellEnd"/>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international </w:t>
      </w:r>
      <w:proofErr w:type="spellStart"/>
      <w:r>
        <w:rPr>
          <w:rFonts w:ascii="Times New Roman" w:hAnsi="Times New Roman"/>
          <w:sz w:val="24"/>
        </w:rPr>
        <w:t>dituntut</w:t>
      </w:r>
      <w:proofErr w:type="spellEnd"/>
      <w:r>
        <w:rPr>
          <w:rFonts w:ascii="Times New Roman" w:hAnsi="Times New Roman"/>
          <w:sz w:val="24"/>
        </w:rPr>
        <w:t xml:space="preserve"> </w:t>
      </w:r>
      <w:proofErr w:type="spellStart"/>
      <w:r>
        <w:rPr>
          <w:rFonts w:ascii="Times New Roman" w:hAnsi="Times New Roman"/>
          <w:sz w:val="24"/>
        </w:rPr>
        <w:t>memiliki</w:t>
      </w:r>
      <w:proofErr w:type="spellEnd"/>
      <w:r>
        <w:rPr>
          <w:rFonts w:ascii="Times New Roman" w:hAnsi="Times New Roman"/>
          <w:sz w:val="24"/>
        </w:rPr>
        <w:t xml:space="preserve"> </w:t>
      </w:r>
      <w:proofErr w:type="spellStart"/>
      <w:r>
        <w:rPr>
          <w:rFonts w:ascii="Times New Roman" w:hAnsi="Times New Roman"/>
          <w:sz w:val="24"/>
        </w:rPr>
        <w:t>kemampuan</w:t>
      </w:r>
      <w:proofErr w:type="spellEnd"/>
      <w:r>
        <w:rPr>
          <w:rFonts w:ascii="Times New Roman" w:hAnsi="Times New Roman"/>
          <w:sz w:val="24"/>
        </w:rPr>
        <w:t xml:space="preserve"> </w:t>
      </w:r>
      <w:proofErr w:type="spellStart"/>
      <w:r>
        <w:rPr>
          <w:rFonts w:ascii="Times New Roman" w:hAnsi="Times New Roman"/>
          <w:sz w:val="24"/>
        </w:rPr>
        <w:t>bahasa</w:t>
      </w:r>
      <w:proofErr w:type="spellEnd"/>
      <w:r>
        <w:rPr>
          <w:rFonts w:ascii="Times New Roman" w:hAnsi="Times New Roman"/>
          <w:sz w:val="24"/>
        </w:rPr>
        <w:t xml:space="preserve"> </w:t>
      </w:r>
      <w:proofErr w:type="spellStart"/>
      <w:r>
        <w:rPr>
          <w:rFonts w:ascii="Times New Roman" w:hAnsi="Times New Roman"/>
          <w:sz w:val="24"/>
        </w:rPr>
        <w:t>asing</w:t>
      </w:r>
      <w:proofErr w:type="spellEnd"/>
      <w:r>
        <w:rPr>
          <w:rFonts w:ascii="Times New Roman" w:hAnsi="Times New Roman"/>
          <w:sz w:val="24"/>
        </w:rPr>
        <w:t xml:space="preserve">, </w:t>
      </w:r>
      <w:proofErr w:type="spellStart"/>
      <w:r>
        <w:rPr>
          <w:rFonts w:ascii="Times New Roman" w:hAnsi="Times New Roman"/>
          <w:sz w:val="24"/>
        </w:rPr>
        <w:t>komunikasi</w:t>
      </w:r>
      <w:proofErr w:type="spellEnd"/>
      <w:r>
        <w:rPr>
          <w:rFonts w:ascii="Times New Roman" w:hAnsi="Times New Roman"/>
          <w:sz w:val="24"/>
        </w:rPr>
        <w:t xml:space="preserve"> </w:t>
      </w:r>
      <w:proofErr w:type="spellStart"/>
      <w:r>
        <w:rPr>
          <w:rFonts w:ascii="Times New Roman" w:hAnsi="Times New Roman"/>
          <w:sz w:val="24"/>
        </w:rPr>
        <w:t>lintas</w:t>
      </w:r>
      <w:proofErr w:type="spellEnd"/>
      <w:r>
        <w:rPr>
          <w:rFonts w:ascii="Times New Roman" w:hAnsi="Times New Roman"/>
          <w:sz w:val="24"/>
        </w:rPr>
        <w:t xml:space="preserve"> </w:t>
      </w:r>
      <w:proofErr w:type="spellStart"/>
      <w:r>
        <w:rPr>
          <w:rFonts w:ascii="Times New Roman" w:hAnsi="Times New Roman"/>
          <w:sz w:val="24"/>
        </w:rPr>
        <w:t>budaya</w:t>
      </w:r>
      <w:proofErr w:type="spellEnd"/>
      <w:r>
        <w:rPr>
          <w:rFonts w:ascii="Times New Roman" w:hAnsi="Times New Roman"/>
          <w:sz w:val="24"/>
        </w:rPr>
        <w:t xml:space="preserve">, </w:t>
      </w:r>
      <w:proofErr w:type="spellStart"/>
      <w:r>
        <w:rPr>
          <w:rFonts w:ascii="Times New Roman" w:hAnsi="Times New Roman"/>
          <w:sz w:val="24"/>
        </w:rPr>
        <w:t>serta</w:t>
      </w:r>
      <w:proofErr w:type="spellEnd"/>
      <w:r>
        <w:rPr>
          <w:rFonts w:ascii="Times New Roman" w:hAnsi="Times New Roman"/>
          <w:sz w:val="24"/>
        </w:rPr>
        <w:t xml:space="preserve"> </w:t>
      </w:r>
      <w:proofErr w:type="spellStart"/>
      <w:r>
        <w:rPr>
          <w:rFonts w:ascii="Times New Roman" w:hAnsi="Times New Roman"/>
          <w:sz w:val="24"/>
        </w:rPr>
        <w:t>kemampuan</w:t>
      </w:r>
      <w:proofErr w:type="spellEnd"/>
      <w:r>
        <w:rPr>
          <w:rFonts w:ascii="Times New Roman" w:hAnsi="Times New Roman"/>
          <w:sz w:val="24"/>
        </w:rPr>
        <w:t xml:space="preserve"> </w:t>
      </w:r>
      <w:proofErr w:type="spellStart"/>
      <w:r>
        <w:rPr>
          <w:rFonts w:ascii="Times New Roman" w:hAnsi="Times New Roman"/>
          <w:sz w:val="24"/>
        </w:rPr>
        <w:t>adaptasi</w:t>
      </w:r>
      <w:proofErr w:type="spellEnd"/>
      <w:r>
        <w:rPr>
          <w:rFonts w:ascii="Times New Roman" w:hAnsi="Times New Roman"/>
          <w:sz w:val="24"/>
        </w:rPr>
        <w:t xml:space="preserve"> </w:t>
      </w:r>
      <w:proofErr w:type="spellStart"/>
      <w:r>
        <w:rPr>
          <w:rFonts w:ascii="Times New Roman" w:hAnsi="Times New Roman"/>
          <w:sz w:val="24"/>
        </w:rPr>
        <w:t>budaya</w:t>
      </w:r>
      <w:proofErr w:type="spellEnd"/>
      <w:r>
        <w:rPr>
          <w:rFonts w:ascii="Times New Roman" w:hAnsi="Times New Roman"/>
          <w:sz w:val="24"/>
        </w:rPr>
        <w:t xml:space="preserve"> yang </w:t>
      </w:r>
      <w:proofErr w:type="spellStart"/>
      <w:r>
        <w:rPr>
          <w:rFonts w:ascii="Times New Roman" w:hAnsi="Times New Roman"/>
          <w:sz w:val="24"/>
        </w:rPr>
        <w:t>baik</w:t>
      </w:r>
      <w:proofErr w:type="spellEnd"/>
      <w:r>
        <w:rPr>
          <w:rFonts w:ascii="Times New Roman" w:hAnsi="Times New Roman"/>
          <w:sz w:val="24"/>
        </w:rPr>
        <w:t xml:space="preserve"> </w:t>
      </w:r>
      <w:proofErr w:type="spellStart"/>
      <w:r>
        <w:rPr>
          <w:rFonts w:ascii="Times New Roman" w:hAnsi="Times New Roman"/>
          <w:sz w:val="24"/>
        </w:rPr>
        <w:t>sebelum</w:t>
      </w:r>
      <w:proofErr w:type="spellEnd"/>
      <w:r>
        <w:rPr>
          <w:rFonts w:ascii="Times New Roman" w:hAnsi="Times New Roman"/>
          <w:sz w:val="24"/>
        </w:rPr>
        <w:t xml:space="preserve"> </w:t>
      </w:r>
      <w:proofErr w:type="spellStart"/>
      <w:r>
        <w:rPr>
          <w:rFonts w:ascii="Times New Roman" w:hAnsi="Times New Roman"/>
          <w:sz w:val="24"/>
        </w:rPr>
        <w:t>memasuki</w:t>
      </w:r>
      <w:proofErr w:type="spellEnd"/>
      <w:r>
        <w:rPr>
          <w:rFonts w:ascii="Times New Roman" w:hAnsi="Times New Roman"/>
          <w:sz w:val="24"/>
        </w:rPr>
        <w:t xml:space="preserve"> dunia </w:t>
      </w:r>
      <w:proofErr w:type="spellStart"/>
      <w:r>
        <w:rPr>
          <w:rFonts w:ascii="Times New Roman" w:hAnsi="Times New Roman"/>
          <w:sz w:val="24"/>
        </w:rPr>
        <w:t>kerja</w:t>
      </w:r>
      <w:proofErr w:type="spellEnd"/>
      <w:r>
        <w:rPr>
          <w:rFonts w:ascii="Times New Roman" w:hAnsi="Times New Roman"/>
          <w:sz w:val="24"/>
        </w:rPr>
        <w:t xml:space="preserve"> </w:t>
      </w:r>
      <w:proofErr w:type="spellStart"/>
      <w:r>
        <w:rPr>
          <w:rFonts w:ascii="Times New Roman" w:hAnsi="Times New Roman"/>
          <w:sz w:val="24"/>
        </w:rPr>
        <w:t>internasional</w:t>
      </w:r>
      <w:proofErr w:type="spellEnd"/>
      <w:r>
        <w:rPr>
          <w:rFonts w:ascii="Times New Roman" w:hAnsi="Times New Roman"/>
          <w:sz w:val="24"/>
        </w:rPr>
        <w:t xml:space="preserve">. </w:t>
      </w:r>
      <w:proofErr w:type="spellStart"/>
      <w:r>
        <w:rPr>
          <w:rFonts w:ascii="Times New Roman" w:hAnsi="Times New Roman"/>
          <w:sz w:val="24"/>
        </w:rPr>
        <w:t>Pemahaman</w:t>
      </w:r>
      <w:proofErr w:type="spellEnd"/>
      <w:r>
        <w:rPr>
          <w:rFonts w:ascii="Times New Roman" w:hAnsi="Times New Roman"/>
          <w:sz w:val="24"/>
        </w:rPr>
        <w:t xml:space="preserve"> </w:t>
      </w:r>
      <w:proofErr w:type="spellStart"/>
      <w:r>
        <w:rPr>
          <w:rFonts w:ascii="Times New Roman" w:hAnsi="Times New Roman"/>
          <w:sz w:val="24"/>
        </w:rPr>
        <w:t>mengenai</w:t>
      </w:r>
      <w:proofErr w:type="spellEnd"/>
      <w:r>
        <w:rPr>
          <w:rFonts w:ascii="Times New Roman" w:hAnsi="Times New Roman"/>
          <w:sz w:val="24"/>
        </w:rPr>
        <w:t xml:space="preserve"> </w:t>
      </w:r>
      <w:proofErr w:type="spellStart"/>
      <w:r>
        <w:rPr>
          <w:rFonts w:ascii="Times New Roman" w:hAnsi="Times New Roman"/>
          <w:sz w:val="24"/>
        </w:rPr>
        <w:t>tantangan</w:t>
      </w:r>
      <w:proofErr w:type="spellEnd"/>
      <w:r>
        <w:rPr>
          <w:rFonts w:ascii="Times New Roman" w:hAnsi="Times New Roman"/>
          <w:sz w:val="24"/>
        </w:rPr>
        <w:t xml:space="preserve"> </w:t>
      </w:r>
      <w:proofErr w:type="spellStart"/>
      <w:r>
        <w:rPr>
          <w:rFonts w:ascii="Times New Roman" w:hAnsi="Times New Roman"/>
          <w:sz w:val="24"/>
        </w:rPr>
        <w:t>bahasa</w:t>
      </w:r>
      <w:proofErr w:type="spellEnd"/>
      <w:r>
        <w:rPr>
          <w:rFonts w:ascii="Times New Roman" w:hAnsi="Times New Roman"/>
          <w:sz w:val="24"/>
        </w:rPr>
        <w:t xml:space="preserve">, </w:t>
      </w:r>
      <w:proofErr w:type="spellStart"/>
      <w:r>
        <w:rPr>
          <w:rFonts w:ascii="Times New Roman" w:hAnsi="Times New Roman"/>
          <w:sz w:val="24"/>
        </w:rPr>
        <w:t>etika</w:t>
      </w:r>
      <w:proofErr w:type="spellEnd"/>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w:t>
      </w:r>
      <w:proofErr w:type="spellStart"/>
      <w:r>
        <w:rPr>
          <w:rFonts w:ascii="Times New Roman" w:hAnsi="Times New Roman"/>
          <w:sz w:val="24"/>
        </w:rPr>
        <w:t>Jepang</w:t>
      </w:r>
      <w:proofErr w:type="spellEnd"/>
      <w:r>
        <w:rPr>
          <w:rFonts w:ascii="Times New Roman" w:hAnsi="Times New Roman"/>
          <w:sz w:val="24"/>
        </w:rPr>
        <w:t xml:space="preserve">, dan strategi </w:t>
      </w:r>
      <w:proofErr w:type="spellStart"/>
      <w:r>
        <w:rPr>
          <w:rFonts w:ascii="Times New Roman" w:hAnsi="Times New Roman"/>
          <w:sz w:val="24"/>
        </w:rPr>
        <w:t>adaptasi</w:t>
      </w:r>
      <w:proofErr w:type="spellEnd"/>
      <w:r>
        <w:rPr>
          <w:rFonts w:ascii="Times New Roman" w:hAnsi="Times New Roman"/>
          <w:sz w:val="24"/>
        </w:rPr>
        <w:t xml:space="preserve"> </w:t>
      </w:r>
      <w:proofErr w:type="spellStart"/>
      <w:r>
        <w:rPr>
          <w:rFonts w:ascii="Times New Roman" w:hAnsi="Times New Roman"/>
          <w:sz w:val="24"/>
        </w:rPr>
        <w:t>budaya</w:t>
      </w:r>
      <w:proofErr w:type="spellEnd"/>
      <w:r>
        <w:rPr>
          <w:rFonts w:ascii="Times New Roman" w:hAnsi="Times New Roman"/>
          <w:sz w:val="24"/>
        </w:rPr>
        <w:t xml:space="preserve"> </w:t>
      </w:r>
      <w:proofErr w:type="spellStart"/>
      <w:r>
        <w:rPr>
          <w:rFonts w:ascii="Times New Roman" w:hAnsi="Times New Roman"/>
          <w:sz w:val="24"/>
        </w:rPr>
        <w:t>menjadi</w:t>
      </w:r>
      <w:proofErr w:type="spellEnd"/>
      <w:r>
        <w:rPr>
          <w:rFonts w:ascii="Times New Roman" w:hAnsi="Times New Roman"/>
          <w:sz w:val="24"/>
        </w:rPr>
        <w:t xml:space="preserve"> </w:t>
      </w:r>
      <w:proofErr w:type="spellStart"/>
      <w:r>
        <w:rPr>
          <w:rFonts w:ascii="Times New Roman" w:hAnsi="Times New Roman"/>
          <w:sz w:val="24"/>
        </w:rPr>
        <w:t>penting</w:t>
      </w:r>
      <w:proofErr w:type="spellEnd"/>
      <w:r>
        <w:rPr>
          <w:rFonts w:ascii="Times New Roman" w:hAnsi="Times New Roman"/>
          <w:sz w:val="24"/>
        </w:rPr>
        <w:t xml:space="preserve"> agar </w:t>
      </w:r>
      <w:proofErr w:type="spellStart"/>
      <w:r>
        <w:rPr>
          <w:rFonts w:ascii="Times New Roman" w:hAnsi="Times New Roman"/>
          <w:sz w:val="24"/>
        </w:rPr>
        <w:t>calon</w:t>
      </w:r>
      <w:proofErr w:type="spellEnd"/>
      <w:r>
        <w:rPr>
          <w:rFonts w:ascii="Times New Roman" w:hAnsi="Times New Roman"/>
          <w:sz w:val="24"/>
        </w:rPr>
        <w:t xml:space="preserve"> </w:t>
      </w:r>
      <w:proofErr w:type="spellStart"/>
      <w:r>
        <w:rPr>
          <w:rFonts w:ascii="Times New Roman" w:hAnsi="Times New Roman"/>
          <w:sz w:val="24"/>
        </w:rPr>
        <w:t>tenaga</w:t>
      </w:r>
      <w:proofErr w:type="spellEnd"/>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w:t>
      </w:r>
      <w:proofErr w:type="spellStart"/>
      <w:r>
        <w:rPr>
          <w:rFonts w:ascii="Times New Roman" w:hAnsi="Times New Roman"/>
          <w:sz w:val="24"/>
        </w:rPr>
        <w:t>tersebut</w:t>
      </w:r>
      <w:proofErr w:type="spellEnd"/>
      <w:r>
        <w:rPr>
          <w:rFonts w:ascii="Times New Roman" w:hAnsi="Times New Roman"/>
          <w:sz w:val="24"/>
        </w:rPr>
        <w:t xml:space="preserve"> </w:t>
      </w:r>
      <w:proofErr w:type="spellStart"/>
      <w:r>
        <w:rPr>
          <w:rFonts w:ascii="Times New Roman" w:hAnsi="Times New Roman"/>
          <w:sz w:val="24"/>
        </w:rPr>
        <w:t>memiliki</w:t>
      </w:r>
      <w:proofErr w:type="spellEnd"/>
      <w:r>
        <w:rPr>
          <w:rFonts w:ascii="Times New Roman" w:hAnsi="Times New Roman"/>
          <w:sz w:val="24"/>
        </w:rPr>
        <w:t xml:space="preserve"> </w:t>
      </w:r>
      <w:proofErr w:type="spellStart"/>
      <w:r>
        <w:rPr>
          <w:rFonts w:ascii="Times New Roman" w:hAnsi="Times New Roman"/>
          <w:sz w:val="24"/>
        </w:rPr>
        <w:t>kesiapan</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menghadapi</w:t>
      </w:r>
      <w:proofErr w:type="spellEnd"/>
      <w:r>
        <w:rPr>
          <w:rFonts w:ascii="Times New Roman" w:hAnsi="Times New Roman"/>
          <w:sz w:val="24"/>
        </w:rPr>
        <w:t xml:space="preserve"> </w:t>
      </w:r>
      <w:proofErr w:type="spellStart"/>
      <w:r>
        <w:rPr>
          <w:rFonts w:ascii="Times New Roman" w:hAnsi="Times New Roman"/>
          <w:sz w:val="24"/>
        </w:rPr>
        <w:t>lingkungan</w:t>
      </w:r>
      <w:proofErr w:type="spellEnd"/>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w:t>
      </w:r>
      <w:r w:rsidRPr="00EB64E7">
        <w:rPr>
          <w:rFonts w:ascii="Times New Roman" w:hAnsi="Times New Roman"/>
          <w:i/>
          <w:iCs/>
          <w:sz w:val="24"/>
        </w:rPr>
        <w:t>hospitality</w:t>
      </w:r>
      <w:r>
        <w:rPr>
          <w:rFonts w:ascii="Times New Roman" w:hAnsi="Times New Roman"/>
          <w:sz w:val="24"/>
        </w:rPr>
        <w:t xml:space="preserve"> </w:t>
      </w:r>
      <w:proofErr w:type="spellStart"/>
      <w:r>
        <w:rPr>
          <w:rFonts w:ascii="Times New Roman" w:hAnsi="Times New Roman"/>
          <w:sz w:val="24"/>
        </w:rPr>
        <w:t>internasional</w:t>
      </w:r>
      <w:proofErr w:type="spellEnd"/>
      <w:r>
        <w:rPr>
          <w:rFonts w:ascii="Times New Roman" w:hAnsi="Times New Roman"/>
          <w:sz w:val="24"/>
        </w:rPr>
        <w:t xml:space="preserve"> di masa </w:t>
      </w:r>
      <w:proofErr w:type="spellStart"/>
      <w:r>
        <w:rPr>
          <w:rFonts w:ascii="Times New Roman" w:hAnsi="Times New Roman"/>
          <w:sz w:val="24"/>
        </w:rPr>
        <w:t>depan</w:t>
      </w:r>
      <w:proofErr w:type="spellEnd"/>
      <w:r>
        <w:rPr>
          <w:rFonts w:ascii="Times New Roman" w:hAnsi="Times New Roman"/>
          <w:sz w:val="24"/>
        </w:rPr>
        <w:t>.</w:t>
      </w:r>
    </w:p>
    <w:p w14:paraId="1B3FFABE" w14:textId="77777777" w:rsidR="006006FE" w:rsidRDefault="00156FA5" w:rsidP="00AA268C">
      <w:pPr>
        <w:spacing w:after="0" w:line="360" w:lineRule="auto"/>
        <w:ind w:left="284" w:firstLine="720"/>
        <w:jc w:val="both"/>
      </w:pPr>
      <w:proofErr w:type="spellStart"/>
      <w:r>
        <w:rPr>
          <w:rFonts w:ascii="Times New Roman" w:hAnsi="Times New Roman"/>
          <w:sz w:val="24"/>
        </w:rPr>
        <w:t>Penelitian</w:t>
      </w:r>
      <w:proofErr w:type="spellEnd"/>
      <w:r>
        <w:rPr>
          <w:rFonts w:ascii="Times New Roman" w:hAnsi="Times New Roman"/>
          <w:sz w:val="24"/>
        </w:rPr>
        <w:t xml:space="preserve"> </w:t>
      </w:r>
      <w:proofErr w:type="spellStart"/>
      <w:r>
        <w:rPr>
          <w:rFonts w:ascii="Times New Roman" w:hAnsi="Times New Roman"/>
          <w:sz w:val="24"/>
        </w:rPr>
        <w:t>mengenai</w:t>
      </w:r>
      <w:proofErr w:type="spellEnd"/>
      <w:r>
        <w:rPr>
          <w:rFonts w:ascii="Times New Roman" w:hAnsi="Times New Roman"/>
          <w:sz w:val="24"/>
        </w:rPr>
        <w:t xml:space="preserve"> </w:t>
      </w:r>
      <w:proofErr w:type="spellStart"/>
      <w:r>
        <w:rPr>
          <w:rFonts w:ascii="Times New Roman" w:hAnsi="Times New Roman"/>
          <w:sz w:val="24"/>
        </w:rPr>
        <w:t>komunikasi</w:t>
      </w:r>
      <w:proofErr w:type="spellEnd"/>
      <w:r>
        <w:rPr>
          <w:rFonts w:ascii="Times New Roman" w:hAnsi="Times New Roman"/>
          <w:sz w:val="24"/>
        </w:rPr>
        <w:t xml:space="preserve"> </w:t>
      </w:r>
      <w:proofErr w:type="spellStart"/>
      <w:r>
        <w:rPr>
          <w:rFonts w:ascii="Times New Roman" w:hAnsi="Times New Roman"/>
          <w:sz w:val="24"/>
        </w:rPr>
        <w:t>antarbudaya</w:t>
      </w:r>
      <w:proofErr w:type="spellEnd"/>
      <w:r>
        <w:rPr>
          <w:rFonts w:ascii="Times New Roman" w:hAnsi="Times New Roman"/>
          <w:sz w:val="24"/>
        </w:rPr>
        <w:t xml:space="preserve"> </w:t>
      </w:r>
      <w:proofErr w:type="spellStart"/>
      <w:r>
        <w:rPr>
          <w:rFonts w:ascii="Times New Roman" w:hAnsi="Times New Roman"/>
          <w:sz w:val="24"/>
        </w:rPr>
        <w:t>tenaga</w:t>
      </w:r>
      <w:proofErr w:type="spellEnd"/>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w:t>
      </w:r>
      <w:proofErr w:type="spellStart"/>
      <w:r>
        <w:rPr>
          <w:rFonts w:ascii="Times New Roman" w:hAnsi="Times New Roman"/>
          <w:sz w:val="24"/>
        </w:rPr>
        <w:t>asing</w:t>
      </w:r>
      <w:proofErr w:type="spellEnd"/>
      <w:r>
        <w:rPr>
          <w:rFonts w:ascii="Times New Roman" w:hAnsi="Times New Roman"/>
          <w:sz w:val="24"/>
        </w:rPr>
        <w:t xml:space="preserve"> di </w:t>
      </w:r>
      <w:proofErr w:type="spellStart"/>
      <w:r>
        <w:rPr>
          <w:rFonts w:ascii="Times New Roman" w:hAnsi="Times New Roman"/>
          <w:sz w:val="24"/>
        </w:rPr>
        <w:t>Jepang</w:t>
      </w:r>
      <w:proofErr w:type="spellEnd"/>
      <w:r>
        <w:rPr>
          <w:rFonts w:ascii="Times New Roman" w:hAnsi="Times New Roman"/>
          <w:sz w:val="24"/>
        </w:rPr>
        <w:t xml:space="preserve"> </w:t>
      </w:r>
      <w:proofErr w:type="spellStart"/>
      <w:r>
        <w:rPr>
          <w:rFonts w:ascii="Times New Roman" w:hAnsi="Times New Roman"/>
          <w:sz w:val="24"/>
        </w:rPr>
        <w:t>sebenarnya</w:t>
      </w:r>
      <w:proofErr w:type="spellEnd"/>
      <w:r>
        <w:rPr>
          <w:rFonts w:ascii="Times New Roman" w:hAnsi="Times New Roman"/>
          <w:sz w:val="24"/>
        </w:rPr>
        <w:t xml:space="preserve"> </w:t>
      </w:r>
      <w:proofErr w:type="spellStart"/>
      <w:r>
        <w:rPr>
          <w:rFonts w:ascii="Times New Roman" w:hAnsi="Times New Roman"/>
          <w:sz w:val="24"/>
        </w:rPr>
        <w:t>telah</w:t>
      </w:r>
      <w:proofErr w:type="spellEnd"/>
      <w:r>
        <w:rPr>
          <w:rFonts w:ascii="Times New Roman" w:hAnsi="Times New Roman"/>
          <w:sz w:val="24"/>
        </w:rPr>
        <w:t xml:space="preserve"> </w:t>
      </w:r>
      <w:proofErr w:type="spellStart"/>
      <w:r>
        <w:rPr>
          <w:rFonts w:ascii="Times New Roman" w:hAnsi="Times New Roman"/>
          <w:sz w:val="24"/>
        </w:rPr>
        <w:t>dilakukan</w:t>
      </w:r>
      <w:proofErr w:type="spellEnd"/>
      <w:r>
        <w:rPr>
          <w:rFonts w:ascii="Times New Roman" w:hAnsi="Times New Roman"/>
          <w:sz w:val="24"/>
        </w:rPr>
        <w:t xml:space="preserve"> oleh </w:t>
      </w:r>
      <w:proofErr w:type="spellStart"/>
      <w:r>
        <w:rPr>
          <w:rFonts w:ascii="Times New Roman" w:hAnsi="Times New Roman"/>
          <w:sz w:val="24"/>
        </w:rPr>
        <w:t>beberapa</w:t>
      </w:r>
      <w:proofErr w:type="spellEnd"/>
      <w:r>
        <w:rPr>
          <w:rFonts w:ascii="Times New Roman" w:hAnsi="Times New Roman"/>
          <w:sz w:val="24"/>
        </w:rPr>
        <w:t xml:space="preserve"> </w:t>
      </w:r>
      <w:proofErr w:type="spellStart"/>
      <w:r>
        <w:rPr>
          <w:rFonts w:ascii="Times New Roman" w:hAnsi="Times New Roman"/>
          <w:sz w:val="24"/>
        </w:rPr>
        <w:t>peneliti</w:t>
      </w:r>
      <w:proofErr w:type="spellEnd"/>
      <w:r>
        <w:rPr>
          <w:rFonts w:ascii="Times New Roman" w:hAnsi="Times New Roman"/>
          <w:sz w:val="24"/>
        </w:rPr>
        <w:t xml:space="preserve"> </w:t>
      </w:r>
      <w:proofErr w:type="spellStart"/>
      <w:r>
        <w:rPr>
          <w:rFonts w:ascii="Times New Roman" w:hAnsi="Times New Roman"/>
          <w:sz w:val="24"/>
        </w:rPr>
        <w:t>sebelumnya</w:t>
      </w:r>
      <w:proofErr w:type="spellEnd"/>
      <w:r>
        <w:rPr>
          <w:rFonts w:ascii="Times New Roman" w:hAnsi="Times New Roman"/>
          <w:sz w:val="24"/>
        </w:rPr>
        <w:t xml:space="preserve">. </w:t>
      </w:r>
      <w:proofErr w:type="spellStart"/>
      <w:r>
        <w:rPr>
          <w:rFonts w:ascii="Times New Roman" w:hAnsi="Times New Roman"/>
          <w:sz w:val="24"/>
        </w:rPr>
        <w:t>Namun</w:t>
      </w:r>
      <w:proofErr w:type="spellEnd"/>
      <w:r>
        <w:rPr>
          <w:rFonts w:ascii="Times New Roman" w:hAnsi="Times New Roman"/>
          <w:sz w:val="24"/>
        </w:rPr>
        <w:t xml:space="preserve">, </w:t>
      </w:r>
      <w:proofErr w:type="spellStart"/>
      <w:r>
        <w:rPr>
          <w:rFonts w:ascii="Times New Roman" w:hAnsi="Times New Roman"/>
          <w:sz w:val="24"/>
        </w:rPr>
        <w:t>sebagian</w:t>
      </w:r>
      <w:proofErr w:type="spellEnd"/>
      <w:r>
        <w:rPr>
          <w:rFonts w:ascii="Times New Roman" w:hAnsi="Times New Roman"/>
          <w:sz w:val="24"/>
        </w:rPr>
        <w:t xml:space="preserve"> </w:t>
      </w:r>
      <w:proofErr w:type="spellStart"/>
      <w:r>
        <w:rPr>
          <w:rFonts w:ascii="Times New Roman" w:hAnsi="Times New Roman"/>
          <w:sz w:val="24"/>
        </w:rPr>
        <w:t>besar</w:t>
      </w:r>
      <w:proofErr w:type="spellEnd"/>
      <w:r>
        <w:rPr>
          <w:rFonts w:ascii="Times New Roman" w:hAnsi="Times New Roman"/>
          <w:sz w:val="24"/>
        </w:rPr>
        <w:t xml:space="preserve"> </w:t>
      </w:r>
      <w:proofErr w:type="spellStart"/>
      <w:r>
        <w:rPr>
          <w:rFonts w:ascii="Times New Roman" w:hAnsi="Times New Roman"/>
          <w:sz w:val="24"/>
        </w:rPr>
        <w:t>penelitian</w:t>
      </w:r>
      <w:proofErr w:type="spellEnd"/>
      <w:r>
        <w:rPr>
          <w:rFonts w:ascii="Times New Roman" w:hAnsi="Times New Roman"/>
          <w:sz w:val="24"/>
        </w:rPr>
        <w:t xml:space="preserve"> </w:t>
      </w:r>
      <w:proofErr w:type="spellStart"/>
      <w:r>
        <w:rPr>
          <w:rFonts w:ascii="Times New Roman" w:hAnsi="Times New Roman"/>
          <w:sz w:val="24"/>
        </w:rPr>
        <w:t>lebih</w:t>
      </w:r>
      <w:proofErr w:type="spellEnd"/>
      <w:r>
        <w:rPr>
          <w:rFonts w:ascii="Times New Roman" w:hAnsi="Times New Roman"/>
          <w:sz w:val="24"/>
        </w:rPr>
        <w:t xml:space="preserve"> </w:t>
      </w:r>
      <w:proofErr w:type="spellStart"/>
      <w:r>
        <w:rPr>
          <w:rFonts w:ascii="Times New Roman" w:hAnsi="Times New Roman"/>
          <w:sz w:val="24"/>
        </w:rPr>
        <w:t>berfokus</w:t>
      </w:r>
      <w:proofErr w:type="spellEnd"/>
      <w:r>
        <w:rPr>
          <w:rFonts w:ascii="Times New Roman" w:hAnsi="Times New Roman"/>
          <w:sz w:val="24"/>
        </w:rPr>
        <w:t xml:space="preserve"> pada </w:t>
      </w:r>
      <w:proofErr w:type="spellStart"/>
      <w:r>
        <w:rPr>
          <w:rFonts w:ascii="Times New Roman" w:hAnsi="Times New Roman"/>
          <w:sz w:val="24"/>
        </w:rPr>
        <w:t>sektor</w:t>
      </w:r>
      <w:proofErr w:type="spellEnd"/>
      <w:r>
        <w:rPr>
          <w:rFonts w:ascii="Times New Roman" w:hAnsi="Times New Roman"/>
          <w:sz w:val="24"/>
        </w:rPr>
        <w:t xml:space="preserve"> </w:t>
      </w:r>
      <w:proofErr w:type="spellStart"/>
      <w:r>
        <w:rPr>
          <w:rFonts w:ascii="Times New Roman" w:hAnsi="Times New Roman"/>
          <w:sz w:val="24"/>
        </w:rPr>
        <w:t>manufaktur</w:t>
      </w:r>
      <w:proofErr w:type="spellEnd"/>
      <w:r>
        <w:rPr>
          <w:rFonts w:ascii="Times New Roman" w:hAnsi="Times New Roman"/>
          <w:sz w:val="24"/>
        </w:rPr>
        <w:t xml:space="preserve">, </w:t>
      </w:r>
      <w:proofErr w:type="spellStart"/>
      <w:r>
        <w:rPr>
          <w:rFonts w:ascii="Times New Roman" w:hAnsi="Times New Roman"/>
          <w:sz w:val="24"/>
        </w:rPr>
        <w:t>perusahaan</w:t>
      </w:r>
      <w:proofErr w:type="spellEnd"/>
      <w:r>
        <w:rPr>
          <w:rFonts w:ascii="Times New Roman" w:hAnsi="Times New Roman"/>
          <w:sz w:val="24"/>
        </w:rPr>
        <w:t xml:space="preserve"> </w:t>
      </w:r>
      <w:proofErr w:type="spellStart"/>
      <w:r>
        <w:rPr>
          <w:rFonts w:ascii="Times New Roman" w:hAnsi="Times New Roman"/>
          <w:sz w:val="24"/>
        </w:rPr>
        <w:t>multinasional</w:t>
      </w:r>
      <w:proofErr w:type="spellEnd"/>
      <w:r>
        <w:rPr>
          <w:rFonts w:ascii="Times New Roman" w:hAnsi="Times New Roman"/>
          <w:sz w:val="24"/>
        </w:rPr>
        <w:t xml:space="preserve">, </w:t>
      </w:r>
      <w:proofErr w:type="spellStart"/>
      <w:r>
        <w:rPr>
          <w:rFonts w:ascii="Times New Roman" w:hAnsi="Times New Roman"/>
          <w:sz w:val="24"/>
        </w:rPr>
        <w:t>atau</w:t>
      </w:r>
      <w:proofErr w:type="spellEnd"/>
      <w:r>
        <w:rPr>
          <w:rFonts w:ascii="Times New Roman" w:hAnsi="Times New Roman"/>
          <w:sz w:val="24"/>
        </w:rPr>
        <w:t xml:space="preserve"> </w:t>
      </w:r>
      <w:proofErr w:type="spellStart"/>
      <w:r>
        <w:rPr>
          <w:rFonts w:ascii="Times New Roman" w:hAnsi="Times New Roman"/>
          <w:sz w:val="24"/>
        </w:rPr>
        <w:t>pekerja</w:t>
      </w:r>
      <w:proofErr w:type="spellEnd"/>
      <w:r>
        <w:rPr>
          <w:rFonts w:ascii="Times New Roman" w:hAnsi="Times New Roman"/>
          <w:sz w:val="24"/>
        </w:rPr>
        <w:t xml:space="preserve"> </w:t>
      </w:r>
      <w:proofErr w:type="spellStart"/>
      <w:r>
        <w:rPr>
          <w:rFonts w:ascii="Times New Roman" w:hAnsi="Times New Roman"/>
          <w:sz w:val="24"/>
        </w:rPr>
        <w:t>migran</w:t>
      </w:r>
      <w:proofErr w:type="spellEnd"/>
      <w:r>
        <w:rPr>
          <w:rFonts w:ascii="Times New Roman" w:hAnsi="Times New Roman"/>
          <w:sz w:val="24"/>
        </w:rPr>
        <w:t xml:space="preserve"> </w:t>
      </w:r>
      <w:proofErr w:type="spellStart"/>
      <w:r>
        <w:rPr>
          <w:rFonts w:ascii="Times New Roman" w:hAnsi="Times New Roman"/>
          <w:sz w:val="24"/>
        </w:rPr>
        <w:t>secara</w:t>
      </w:r>
      <w:proofErr w:type="spellEnd"/>
      <w:r>
        <w:rPr>
          <w:rFonts w:ascii="Times New Roman" w:hAnsi="Times New Roman"/>
          <w:sz w:val="24"/>
        </w:rPr>
        <w:t xml:space="preserve"> </w:t>
      </w:r>
      <w:proofErr w:type="spellStart"/>
      <w:r>
        <w:rPr>
          <w:rFonts w:ascii="Times New Roman" w:hAnsi="Times New Roman"/>
          <w:sz w:val="24"/>
        </w:rPr>
        <w:t>umum</w:t>
      </w:r>
      <w:proofErr w:type="spellEnd"/>
      <w:r>
        <w:rPr>
          <w:rFonts w:ascii="Times New Roman" w:hAnsi="Times New Roman"/>
          <w:sz w:val="24"/>
        </w:rPr>
        <w:t xml:space="preserve">. </w:t>
      </w:r>
      <w:proofErr w:type="spellStart"/>
      <w:r>
        <w:rPr>
          <w:rFonts w:ascii="Times New Roman" w:hAnsi="Times New Roman"/>
          <w:sz w:val="24"/>
        </w:rPr>
        <w:t>Penelitian</w:t>
      </w:r>
      <w:proofErr w:type="spellEnd"/>
      <w:r>
        <w:rPr>
          <w:rFonts w:ascii="Times New Roman" w:hAnsi="Times New Roman"/>
          <w:sz w:val="24"/>
        </w:rPr>
        <w:t xml:space="preserve"> yang </w:t>
      </w:r>
      <w:proofErr w:type="spellStart"/>
      <w:r>
        <w:rPr>
          <w:rFonts w:ascii="Times New Roman" w:hAnsi="Times New Roman"/>
          <w:sz w:val="24"/>
        </w:rPr>
        <w:t>secara</w:t>
      </w:r>
      <w:proofErr w:type="spellEnd"/>
      <w:r>
        <w:rPr>
          <w:rFonts w:ascii="Times New Roman" w:hAnsi="Times New Roman"/>
          <w:sz w:val="24"/>
        </w:rPr>
        <w:t xml:space="preserve"> </w:t>
      </w:r>
      <w:proofErr w:type="spellStart"/>
      <w:r>
        <w:rPr>
          <w:rFonts w:ascii="Times New Roman" w:hAnsi="Times New Roman"/>
          <w:sz w:val="24"/>
        </w:rPr>
        <w:t>khusus</w:t>
      </w:r>
      <w:proofErr w:type="spellEnd"/>
      <w:r>
        <w:rPr>
          <w:rFonts w:ascii="Times New Roman" w:hAnsi="Times New Roman"/>
          <w:sz w:val="24"/>
        </w:rPr>
        <w:t xml:space="preserve"> </w:t>
      </w:r>
      <w:proofErr w:type="spellStart"/>
      <w:r>
        <w:rPr>
          <w:rFonts w:ascii="Times New Roman" w:hAnsi="Times New Roman"/>
          <w:sz w:val="24"/>
        </w:rPr>
        <w:t>membahas</w:t>
      </w:r>
      <w:proofErr w:type="spellEnd"/>
      <w:r>
        <w:rPr>
          <w:rFonts w:ascii="Times New Roman" w:hAnsi="Times New Roman"/>
          <w:sz w:val="24"/>
        </w:rPr>
        <w:t xml:space="preserve"> </w:t>
      </w:r>
      <w:proofErr w:type="spellStart"/>
      <w:r>
        <w:rPr>
          <w:rFonts w:ascii="Times New Roman" w:hAnsi="Times New Roman"/>
          <w:sz w:val="24"/>
        </w:rPr>
        <w:t>komunikasi</w:t>
      </w:r>
      <w:proofErr w:type="spellEnd"/>
      <w:r>
        <w:rPr>
          <w:rFonts w:ascii="Times New Roman" w:hAnsi="Times New Roman"/>
          <w:sz w:val="24"/>
        </w:rPr>
        <w:t xml:space="preserve"> </w:t>
      </w:r>
      <w:proofErr w:type="spellStart"/>
      <w:r>
        <w:rPr>
          <w:rFonts w:ascii="Times New Roman" w:hAnsi="Times New Roman"/>
          <w:sz w:val="24"/>
        </w:rPr>
        <w:t>antarbudaya</w:t>
      </w:r>
      <w:proofErr w:type="spellEnd"/>
      <w:r>
        <w:rPr>
          <w:rFonts w:ascii="Times New Roman" w:hAnsi="Times New Roman"/>
          <w:sz w:val="24"/>
        </w:rPr>
        <w:t xml:space="preserve"> pada </w:t>
      </w:r>
      <w:proofErr w:type="spellStart"/>
      <w:r>
        <w:rPr>
          <w:rFonts w:ascii="Times New Roman" w:hAnsi="Times New Roman"/>
          <w:sz w:val="24"/>
        </w:rPr>
        <w:t>lingkungan</w:t>
      </w:r>
      <w:proofErr w:type="spellEnd"/>
      <w:r>
        <w:rPr>
          <w:rFonts w:ascii="Times New Roman" w:hAnsi="Times New Roman"/>
          <w:sz w:val="24"/>
        </w:rPr>
        <w:t xml:space="preserve"> hotel </w:t>
      </w:r>
      <w:proofErr w:type="spellStart"/>
      <w:r>
        <w:rPr>
          <w:rFonts w:ascii="Times New Roman" w:hAnsi="Times New Roman"/>
          <w:sz w:val="24"/>
        </w:rPr>
        <w:t>Jepang</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fokus</w:t>
      </w:r>
      <w:proofErr w:type="spellEnd"/>
      <w:r>
        <w:rPr>
          <w:rFonts w:ascii="Times New Roman" w:hAnsi="Times New Roman"/>
          <w:sz w:val="24"/>
        </w:rPr>
        <w:t xml:space="preserve"> pada </w:t>
      </w:r>
      <w:proofErr w:type="spellStart"/>
      <w:r>
        <w:rPr>
          <w:rFonts w:ascii="Times New Roman" w:hAnsi="Times New Roman"/>
          <w:sz w:val="24"/>
        </w:rPr>
        <w:t>tantangan</w:t>
      </w:r>
      <w:proofErr w:type="spellEnd"/>
      <w:r>
        <w:rPr>
          <w:rFonts w:ascii="Times New Roman" w:hAnsi="Times New Roman"/>
          <w:sz w:val="24"/>
        </w:rPr>
        <w:t xml:space="preserve"> </w:t>
      </w:r>
      <w:proofErr w:type="spellStart"/>
      <w:r>
        <w:rPr>
          <w:rFonts w:ascii="Times New Roman" w:hAnsi="Times New Roman"/>
          <w:sz w:val="24"/>
        </w:rPr>
        <w:t>bahasa</w:t>
      </w:r>
      <w:proofErr w:type="spellEnd"/>
      <w:r>
        <w:rPr>
          <w:rFonts w:ascii="Times New Roman" w:hAnsi="Times New Roman"/>
          <w:sz w:val="24"/>
        </w:rPr>
        <w:t xml:space="preserve">, </w:t>
      </w:r>
      <w:proofErr w:type="spellStart"/>
      <w:r>
        <w:rPr>
          <w:rFonts w:ascii="Times New Roman" w:hAnsi="Times New Roman"/>
          <w:sz w:val="24"/>
        </w:rPr>
        <w:t>etika</w:t>
      </w:r>
      <w:proofErr w:type="spellEnd"/>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dan strategi </w:t>
      </w:r>
      <w:proofErr w:type="spellStart"/>
      <w:r>
        <w:rPr>
          <w:rFonts w:ascii="Times New Roman" w:hAnsi="Times New Roman"/>
          <w:sz w:val="24"/>
        </w:rPr>
        <w:t>adaptasi</w:t>
      </w:r>
      <w:proofErr w:type="spellEnd"/>
      <w:r>
        <w:rPr>
          <w:rFonts w:ascii="Times New Roman" w:hAnsi="Times New Roman"/>
          <w:sz w:val="24"/>
        </w:rPr>
        <w:t xml:space="preserve"> </w:t>
      </w:r>
      <w:proofErr w:type="spellStart"/>
      <w:r>
        <w:rPr>
          <w:rFonts w:ascii="Times New Roman" w:hAnsi="Times New Roman"/>
          <w:sz w:val="24"/>
        </w:rPr>
        <w:t>masih</w:t>
      </w:r>
      <w:proofErr w:type="spellEnd"/>
      <w:r>
        <w:rPr>
          <w:rFonts w:ascii="Times New Roman" w:hAnsi="Times New Roman"/>
          <w:sz w:val="24"/>
        </w:rPr>
        <w:t xml:space="preserve"> </w:t>
      </w:r>
      <w:proofErr w:type="spellStart"/>
      <w:r>
        <w:rPr>
          <w:rFonts w:ascii="Times New Roman" w:hAnsi="Times New Roman"/>
          <w:sz w:val="24"/>
        </w:rPr>
        <w:t>relatif</w:t>
      </w:r>
      <w:proofErr w:type="spellEnd"/>
      <w:r>
        <w:rPr>
          <w:rFonts w:ascii="Times New Roman" w:hAnsi="Times New Roman"/>
          <w:sz w:val="24"/>
        </w:rPr>
        <w:t xml:space="preserve"> </w:t>
      </w:r>
      <w:proofErr w:type="spellStart"/>
      <w:r>
        <w:rPr>
          <w:rFonts w:ascii="Times New Roman" w:hAnsi="Times New Roman"/>
          <w:sz w:val="24"/>
        </w:rPr>
        <w:t>terbatas</w:t>
      </w:r>
      <w:proofErr w:type="spellEnd"/>
      <w:r>
        <w:rPr>
          <w:rFonts w:ascii="Times New Roman" w:hAnsi="Times New Roman"/>
          <w:sz w:val="24"/>
        </w:rPr>
        <w:t xml:space="preserve">. Oleh </w:t>
      </w:r>
      <w:proofErr w:type="spellStart"/>
      <w:r>
        <w:rPr>
          <w:rFonts w:ascii="Times New Roman" w:hAnsi="Times New Roman"/>
          <w:sz w:val="24"/>
        </w:rPr>
        <w:t>karena</w:t>
      </w:r>
      <w:proofErr w:type="spellEnd"/>
      <w:r>
        <w:rPr>
          <w:rFonts w:ascii="Times New Roman" w:hAnsi="Times New Roman"/>
          <w:sz w:val="24"/>
        </w:rPr>
        <w:t xml:space="preserve"> </w:t>
      </w:r>
      <w:proofErr w:type="spellStart"/>
      <w:r>
        <w:rPr>
          <w:rFonts w:ascii="Times New Roman" w:hAnsi="Times New Roman"/>
          <w:sz w:val="24"/>
        </w:rPr>
        <w:t>itu</w:t>
      </w:r>
      <w:proofErr w:type="spellEnd"/>
      <w:r>
        <w:rPr>
          <w:rFonts w:ascii="Times New Roman" w:hAnsi="Times New Roman"/>
          <w:sz w:val="24"/>
        </w:rPr>
        <w:t xml:space="preserve">, </w:t>
      </w:r>
      <w:proofErr w:type="spellStart"/>
      <w:r>
        <w:rPr>
          <w:rFonts w:ascii="Times New Roman" w:hAnsi="Times New Roman"/>
          <w:sz w:val="24"/>
        </w:rPr>
        <w:t>penelitian</w:t>
      </w:r>
      <w:proofErr w:type="spellEnd"/>
      <w:r>
        <w:rPr>
          <w:rFonts w:ascii="Times New Roman" w:hAnsi="Times New Roman"/>
          <w:sz w:val="24"/>
        </w:rPr>
        <w:t xml:space="preserve"> </w:t>
      </w:r>
      <w:proofErr w:type="spellStart"/>
      <w:r>
        <w:rPr>
          <w:rFonts w:ascii="Times New Roman" w:hAnsi="Times New Roman"/>
          <w:sz w:val="24"/>
        </w:rPr>
        <w:t>ini</w:t>
      </w:r>
      <w:proofErr w:type="spellEnd"/>
      <w:r>
        <w:rPr>
          <w:rFonts w:ascii="Times New Roman" w:hAnsi="Times New Roman"/>
          <w:sz w:val="24"/>
        </w:rPr>
        <w:t xml:space="preserve"> </w:t>
      </w:r>
      <w:proofErr w:type="spellStart"/>
      <w:r w:rsidR="00332D94">
        <w:rPr>
          <w:rFonts w:ascii="Times New Roman" w:hAnsi="Times New Roman"/>
          <w:sz w:val="24"/>
        </w:rPr>
        <w:t>bertujuan</w:t>
      </w:r>
      <w:proofErr w:type="spellEnd"/>
      <w:r>
        <w:rPr>
          <w:rFonts w:ascii="Times New Roman" w:hAnsi="Times New Roman"/>
          <w:sz w:val="24"/>
        </w:rPr>
        <w:t xml:space="preserve">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memberikan</w:t>
      </w:r>
      <w:proofErr w:type="spellEnd"/>
      <w:r>
        <w:rPr>
          <w:rFonts w:ascii="Times New Roman" w:hAnsi="Times New Roman"/>
          <w:sz w:val="24"/>
        </w:rPr>
        <w:t xml:space="preserve"> </w:t>
      </w:r>
      <w:proofErr w:type="spellStart"/>
      <w:r>
        <w:rPr>
          <w:rFonts w:ascii="Times New Roman" w:hAnsi="Times New Roman"/>
          <w:sz w:val="24"/>
        </w:rPr>
        <w:t>pemahaman</w:t>
      </w:r>
      <w:proofErr w:type="spellEnd"/>
      <w:r>
        <w:rPr>
          <w:rFonts w:ascii="Times New Roman" w:hAnsi="Times New Roman"/>
          <w:sz w:val="24"/>
        </w:rPr>
        <w:t xml:space="preserve"> yang </w:t>
      </w:r>
      <w:proofErr w:type="spellStart"/>
      <w:r>
        <w:rPr>
          <w:rFonts w:ascii="Times New Roman" w:hAnsi="Times New Roman"/>
          <w:sz w:val="24"/>
        </w:rPr>
        <w:t>lebih</w:t>
      </w:r>
      <w:proofErr w:type="spellEnd"/>
      <w:r>
        <w:rPr>
          <w:rFonts w:ascii="Times New Roman" w:hAnsi="Times New Roman"/>
          <w:sz w:val="24"/>
        </w:rPr>
        <w:t xml:space="preserve"> </w:t>
      </w:r>
      <w:proofErr w:type="spellStart"/>
      <w:r>
        <w:rPr>
          <w:rFonts w:ascii="Times New Roman" w:hAnsi="Times New Roman"/>
          <w:sz w:val="24"/>
        </w:rPr>
        <w:t>mendalam</w:t>
      </w:r>
      <w:proofErr w:type="spellEnd"/>
      <w:r>
        <w:rPr>
          <w:rFonts w:ascii="Times New Roman" w:hAnsi="Times New Roman"/>
          <w:sz w:val="24"/>
        </w:rPr>
        <w:t xml:space="preserve"> </w:t>
      </w:r>
      <w:proofErr w:type="spellStart"/>
      <w:r>
        <w:rPr>
          <w:rFonts w:ascii="Times New Roman" w:hAnsi="Times New Roman"/>
          <w:sz w:val="24"/>
        </w:rPr>
        <w:t>mengenai</w:t>
      </w:r>
      <w:proofErr w:type="spellEnd"/>
      <w:r>
        <w:rPr>
          <w:rFonts w:ascii="Times New Roman" w:hAnsi="Times New Roman"/>
          <w:sz w:val="24"/>
        </w:rPr>
        <w:t xml:space="preserve"> </w:t>
      </w:r>
      <w:proofErr w:type="spellStart"/>
      <w:r>
        <w:rPr>
          <w:rFonts w:ascii="Times New Roman" w:hAnsi="Times New Roman"/>
          <w:sz w:val="24"/>
        </w:rPr>
        <w:t>komunikasi</w:t>
      </w:r>
      <w:proofErr w:type="spellEnd"/>
      <w:r>
        <w:rPr>
          <w:rFonts w:ascii="Times New Roman" w:hAnsi="Times New Roman"/>
          <w:sz w:val="24"/>
        </w:rPr>
        <w:t xml:space="preserve"> </w:t>
      </w:r>
      <w:proofErr w:type="spellStart"/>
      <w:r>
        <w:rPr>
          <w:rFonts w:ascii="Times New Roman" w:hAnsi="Times New Roman"/>
          <w:sz w:val="24"/>
        </w:rPr>
        <w:t>antarbudaya</w:t>
      </w:r>
      <w:proofErr w:type="spellEnd"/>
      <w:r>
        <w:rPr>
          <w:rFonts w:ascii="Times New Roman" w:hAnsi="Times New Roman"/>
          <w:sz w:val="24"/>
        </w:rPr>
        <w:t xml:space="preserve"> </w:t>
      </w:r>
      <w:proofErr w:type="spellStart"/>
      <w:r>
        <w:rPr>
          <w:rFonts w:ascii="Times New Roman" w:hAnsi="Times New Roman"/>
          <w:sz w:val="24"/>
        </w:rPr>
        <w:t>tenaga</w:t>
      </w:r>
      <w:proofErr w:type="spellEnd"/>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w:t>
      </w:r>
      <w:proofErr w:type="spellStart"/>
      <w:r>
        <w:rPr>
          <w:rFonts w:ascii="Times New Roman" w:hAnsi="Times New Roman"/>
          <w:sz w:val="24"/>
        </w:rPr>
        <w:t>asing</w:t>
      </w:r>
      <w:proofErr w:type="spellEnd"/>
      <w:r>
        <w:rPr>
          <w:rFonts w:ascii="Times New Roman" w:hAnsi="Times New Roman"/>
          <w:sz w:val="24"/>
        </w:rPr>
        <w:t xml:space="preserve"> </w:t>
      </w:r>
      <w:proofErr w:type="spellStart"/>
      <w:r w:rsidR="00332D94">
        <w:rPr>
          <w:rFonts w:ascii="Times New Roman" w:hAnsi="Times New Roman"/>
          <w:sz w:val="24"/>
        </w:rPr>
        <w:t>meliputi</w:t>
      </w:r>
      <w:proofErr w:type="spellEnd"/>
      <w:r w:rsidR="00332D94">
        <w:rPr>
          <w:rFonts w:ascii="Times New Roman" w:hAnsi="Times New Roman"/>
          <w:sz w:val="24"/>
        </w:rPr>
        <w:t xml:space="preserve"> </w:t>
      </w:r>
      <w:proofErr w:type="spellStart"/>
      <w:r w:rsidR="00332D94">
        <w:rPr>
          <w:rFonts w:ascii="Times New Roman" w:hAnsi="Times New Roman"/>
          <w:sz w:val="24"/>
        </w:rPr>
        <w:t>tantangan</w:t>
      </w:r>
      <w:proofErr w:type="spellEnd"/>
      <w:r w:rsidR="00332D94">
        <w:rPr>
          <w:rFonts w:ascii="Times New Roman" w:hAnsi="Times New Roman"/>
          <w:sz w:val="24"/>
        </w:rPr>
        <w:t xml:space="preserve"> Bahasa, </w:t>
      </w:r>
      <w:proofErr w:type="spellStart"/>
      <w:r w:rsidR="00332D94">
        <w:rPr>
          <w:rFonts w:ascii="Times New Roman" w:hAnsi="Times New Roman"/>
          <w:sz w:val="24"/>
        </w:rPr>
        <w:t>etika</w:t>
      </w:r>
      <w:proofErr w:type="spellEnd"/>
      <w:r w:rsidR="00332D94">
        <w:rPr>
          <w:rFonts w:ascii="Times New Roman" w:hAnsi="Times New Roman"/>
          <w:sz w:val="24"/>
        </w:rPr>
        <w:t xml:space="preserve"> </w:t>
      </w:r>
      <w:proofErr w:type="spellStart"/>
      <w:r w:rsidR="00332D94">
        <w:rPr>
          <w:rFonts w:ascii="Times New Roman" w:hAnsi="Times New Roman"/>
          <w:sz w:val="24"/>
        </w:rPr>
        <w:t>kerja</w:t>
      </w:r>
      <w:proofErr w:type="spellEnd"/>
      <w:r w:rsidR="00332D94">
        <w:rPr>
          <w:rFonts w:ascii="Times New Roman" w:hAnsi="Times New Roman"/>
          <w:sz w:val="24"/>
        </w:rPr>
        <w:t xml:space="preserve"> dan strategi </w:t>
      </w:r>
      <w:proofErr w:type="spellStart"/>
      <w:r w:rsidR="00332D94">
        <w:rPr>
          <w:rFonts w:ascii="Times New Roman" w:hAnsi="Times New Roman"/>
          <w:sz w:val="24"/>
        </w:rPr>
        <w:t>adaptasi</w:t>
      </w:r>
      <w:proofErr w:type="spellEnd"/>
      <w:r w:rsidR="00332D94">
        <w:rPr>
          <w:rFonts w:ascii="Times New Roman" w:hAnsi="Times New Roman"/>
          <w:sz w:val="24"/>
        </w:rPr>
        <w:t xml:space="preserve"> </w:t>
      </w:r>
      <w:r>
        <w:rPr>
          <w:rFonts w:ascii="Times New Roman" w:hAnsi="Times New Roman"/>
          <w:sz w:val="24"/>
        </w:rPr>
        <w:t xml:space="preserve">di </w:t>
      </w:r>
      <w:proofErr w:type="spellStart"/>
      <w:r>
        <w:rPr>
          <w:rFonts w:ascii="Times New Roman" w:hAnsi="Times New Roman"/>
          <w:sz w:val="24"/>
        </w:rPr>
        <w:t>lingkungan</w:t>
      </w:r>
      <w:proofErr w:type="spellEnd"/>
      <w:r>
        <w:rPr>
          <w:rFonts w:ascii="Times New Roman" w:hAnsi="Times New Roman"/>
          <w:sz w:val="24"/>
        </w:rPr>
        <w:t xml:space="preserve"> </w:t>
      </w:r>
      <w:r w:rsidRPr="00EB64E7">
        <w:rPr>
          <w:rFonts w:ascii="Times New Roman" w:hAnsi="Times New Roman"/>
          <w:i/>
          <w:iCs/>
          <w:sz w:val="24"/>
        </w:rPr>
        <w:t>hospitality</w:t>
      </w:r>
      <w:r>
        <w:rPr>
          <w:rFonts w:ascii="Times New Roman" w:hAnsi="Times New Roman"/>
          <w:sz w:val="24"/>
        </w:rPr>
        <w:t xml:space="preserve"> </w:t>
      </w:r>
      <w:proofErr w:type="spellStart"/>
      <w:r>
        <w:rPr>
          <w:rFonts w:ascii="Times New Roman" w:hAnsi="Times New Roman"/>
          <w:sz w:val="24"/>
        </w:rPr>
        <w:t>Jepang</w:t>
      </w:r>
      <w:proofErr w:type="spellEnd"/>
      <w:r w:rsidR="00332D94">
        <w:rPr>
          <w:rFonts w:ascii="Times New Roman" w:hAnsi="Times New Roman"/>
          <w:sz w:val="24"/>
        </w:rPr>
        <w:t>.</w:t>
      </w:r>
      <w:r>
        <w:rPr>
          <w:rFonts w:ascii="Times New Roman" w:hAnsi="Times New Roman"/>
          <w:sz w:val="24"/>
        </w:rPr>
        <w:t xml:space="preserve"> </w:t>
      </w:r>
      <w:proofErr w:type="spellStart"/>
      <w:r>
        <w:rPr>
          <w:rFonts w:ascii="Times New Roman" w:hAnsi="Times New Roman"/>
          <w:sz w:val="24"/>
        </w:rPr>
        <w:t>Berdasarkan</w:t>
      </w:r>
      <w:proofErr w:type="spellEnd"/>
      <w:r>
        <w:rPr>
          <w:rFonts w:ascii="Times New Roman" w:hAnsi="Times New Roman"/>
          <w:sz w:val="24"/>
        </w:rPr>
        <w:t xml:space="preserve"> </w:t>
      </w:r>
      <w:proofErr w:type="spellStart"/>
      <w:r>
        <w:rPr>
          <w:rFonts w:ascii="Times New Roman" w:hAnsi="Times New Roman"/>
          <w:sz w:val="24"/>
        </w:rPr>
        <w:t>uraian</w:t>
      </w:r>
      <w:proofErr w:type="spellEnd"/>
      <w:r>
        <w:rPr>
          <w:rFonts w:ascii="Times New Roman" w:hAnsi="Times New Roman"/>
          <w:sz w:val="24"/>
        </w:rPr>
        <w:t xml:space="preserve"> </w:t>
      </w:r>
      <w:proofErr w:type="spellStart"/>
      <w:r>
        <w:rPr>
          <w:rFonts w:ascii="Times New Roman" w:hAnsi="Times New Roman"/>
          <w:sz w:val="24"/>
        </w:rPr>
        <w:t>tersebut</w:t>
      </w:r>
      <w:proofErr w:type="spellEnd"/>
      <w:r>
        <w:rPr>
          <w:rFonts w:ascii="Times New Roman" w:hAnsi="Times New Roman"/>
          <w:sz w:val="24"/>
        </w:rPr>
        <w:t xml:space="preserve">, </w:t>
      </w:r>
      <w:proofErr w:type="spellStart"/>
      <w:r>
        <w:rPr>
          <w:rFonts w:ascii="Times New Roman" w:hAnsi="Times New Roman"/>
          <w:sz w:val="24"/>
        </w:rPr>
        <w:t>peneliti</w:t>
      </w:r>
      <w:proofErr w:type="spellEnd"/>
      <w:r>
        <w:rPr>
          <w:rFonts w:ascii="Times New Roman" w:hAnsi="Times New Roman"/>
          <w:sz w:val="24"/>
        </w:rPr>
        <w:t xml:space="preserve"> </w:t>
      </w:r>
      <w:proofErr w:type="spellStart"/>
      <w:r>
        <w:rPr>
          <w:rFonts w:ascii="Times New Roman" w:hAnsi="Times New Roman"/>
          <w:sz w:val="24"/>
        </w:rPr>
        <w:t>tertarik</w:t>
      </w:r>
      <w:proofErr w:type="spellEnd"/>
      <w:r>
        <w:rPr>
          <w:rFonts w:ascii="Times New Roman" w:hAnsi="Times New Roman"/>
          <w:sz w:val="24"/>
        </w:rPr>
        <w:t xml:space="preserve">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melakukan</w:t>
      </w:r>
      <w:proofErr w:type="spellEnd"/>
      <w:r>
        <w:rPr>
          <w:rFonts w:ascii="Times New Roman" w:hAnsi="Times New Roman"/>
          <w:sz w:val="24"/>
        </w:rPr>
        <w:t xml:space="preserve"> </w:t>
      </w:r>
      <w:proofErr w:type="spellStart"/>
      <w:r>
        <w:rPr>
          <w:rFonts w:ascii="Times New Roman" w:hAnsi="Times New Roman"/>
          <w:sz w:val="24"/>
        </w:rPr>
        <w:t>penelitian</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judul</w:t>
      </w:r>
      <w:proofErr w:type="spellEnd"/>
      <w:r>
        <w:rPr>
          <w:rFonts w:ascii="Times New Roman" w:hAnsi="Times New Roman"/>
          <w:sz w:val="24"/>
        </w:rPr>
        <w:t xml:space="preserve"> “</w:t>
      </w:r>
      <w:proofErr w:type="spellStart"/>
      <w:r>
        <w:rPr>
          <w:rFonts w:ascii="Times New Roman" w:hAnsi="Times New Roman"/>
          <w:sz w:val="24"/>
        </w:rPr>
        <w:t>Analisis</w:t>
      </w:r>
      <w:proofErr w:type="spellEnd"/>
      <w:r>
        <w:rPr>
          <w:rFonts w:ascii="Times New Roman" w:hAnsi="Times New Roman"/>
          <w:sz w:val="24"/>
        </w:rPr>
        <w:t xml:space="preserve"> </w:t>
      </w:r>
      <w:proofErr w:type="spellStart"/>
      <w:r>
        <w:rPr>
          <w:rFonts w:ascii="Times New Roman" w:hAnsi="Times New Roman"/>
          <w:sz w:val="24"/>
        </w:rPr>
        <w:t>Komunikasi</w:t>
      </w:r>
      <w:proofErr w:type="spellEnd"/>
      <w:r>
        <w:rPr>
          <w:rFonts w:ascii="Times New Roman" w:hAnsi="Times New Roman"/>
          <w:sz w:val="24"/>
        </w:rPr>
        <w:t xml:space="preserve"> </w:t>
      </w:r>
      <w:proofErr w:type="spellStart"/>
      <w:r>
        <w:rPr>
          <w:rFonts w:ascii="Times New Roman" w:hAnsi="Times New Roman"/>
          <w:sz w:val="24"/>
        </w:rPr>
        <w:t>Antarbudaya</w:t>
      </w:r>
      <w:proofErr w:type="spellEnd"/>
      <w:r>
        <w:rPr>
          <w:rFonts w:ascii="Times New Roman" w:hAnsi="Times New Roman"/>
          <w:sz w:val="24"/>
        </w:rPr>
        <w:t xml:space="preserve"> Tenaga </w:t>
      </w:r>
      <w:proofErr w:type="spellStart"/>
      <w:r>
        <w:rPr>
          <w:rFonts w:ascii="Times New Roman" w:hAnsi="Times New Roman"/>
          <w:sz w:val="24"/>
        </w:rPr>
        <w:t>Kerja</w:t>
      </w:r>
      <w:proofErr w:type="spellEnd"/>
      <w:r>
        <w:rPr>
          <w:rFonts w:ascii="Times New Roman" w:hAnsi="Times New Roman"/>
          <w:sz w:val="24"/>
        </w:rPr>
        <w:t xml:space="preserve"> Asing di Hotel </w:t>
      </w:r>
      <w:proofErr w:type="spellStart"/>
      <w:r>
        <w:rPr>
          <w:rFonts w:ascii="Times New Roman" w:hAnsi="Times New Roman"/>
          <w:sz w:val="24"/>
        </w:rPr>
        <w:t>Jepang</w:t>
      </w:r>
      <w:proofErr w:type="spellEnd"/>
      <w:r>
        <w:rPr>
          <w:rFonts w:ascii="Times New Roman" w:hAnsi="Times New Roman"/>
          <w:sz w:val="24"/>
        </w:rPr>
        <w:t xml:space="preserve">: </w:t>
      </w:r>
      <w:proofErr w:type="spellStart"/>
      <w:r>
        <w:rPr>
          <w:rFonts w:ascii="Times New Roman" w:hAnsi="Times New Roman"/>
          <w:sz w:val="24"/>
        </w:rPr>
        <w:t>Tantangan</w:t>
      </w:r>
      <w:proofErr w:type="spellEnd"/>
      <w:r>
        <w:rPr>
          <w:rFonts w:ascii="Times New Roman" w:hAnsi="Times New Roman"/>
          <w:sz w:val="24"/>
        </w:rPr>
        <w:t xml:space="preserve"> Bahasa, Etika Kerja, dan Strategi Adaptasi di </w:t>
      </w:r>
      <w:proofErr w:type="spellStart"/>
      <w:r>
        <w:rPr>
          <w:rFonts w:ascii="Times New Roman" w:hAnsi="Times New Roman"/>
          <w:sz w:val="24"/>
        </w:rPr>
        <w:t>Lingkungan</w:t>
      </w:r>
      <w:proofErr w:type="spellEnd"/>
      <w:r>
        <w:rPr>
          <w:rFonts w:ascii="Times New Roman" w:hAnsi="Times New Roman"/>
          <w:sz w:val="24"/>
        </w:rPr>
        <w:t xml:space="preserve"> </w:t>
      </w:r>
      <w:r w:rsidRPr="00332D94">
        <w:rPr>
          <w:rFonts w:ascii="Times New Roman" w:hAnsi="Times New Roman"/>
          <w:i/>
          <w:iCs/>
          <w:sz w:val="24"/>
        </w:rPr>
        <w:t xml:space="preserve">Hospitality </w:t>
      </w:r>
      <w:r w:rsidRPr="00EB64E7">
        <w:rPr>
          <w:rFonts w:ascii="Times New Roman" w:hAnsi="Times New Roman"/>
          <w:sz w:val="24"/>
        </w:rPr>
        <w:t>Internasional.</w:t>
      </w:r>
      <w:r>
        <w:rPr>
          <w:rFonts w:ascii="Times New Roman" w:hAnsi="Times New Roman"/>
          <w:sz w:val="24"/>
        </w:rPr>
        <w:t>”</w:t>
      </w:r>
    </w:p>
    <w:p w14:paraId="00831163" w14:textId="77777777" w:rsidR="006006FE" w:rsidRPr="00AA268C" w:rsidRDefault="0068688D">
      <w:pPr>
        <w:pStyle w:val="Heading2"/>
        <w:numPr>
          <w:ilvl w:val="0"/>
          <w:numId w:val="10"/>
        </w:numPr>
        <w:spacing w:before="0" w:line="360" w:lineRule="auto"/>
        <w:ind w:left="284"/>
        <w:rPr>
          <w:rFonts w:ascii="Times New Roman" w:hAnsi="Times New Roman" w:cs="Times New Roman"/>
          <w:color w:val="auto"/>
          <w:sz w:val="24"/>
          <w:szCs w:val="24"/>
        </w:rPr>
      </w:pPr>
      <w:bookmarkStart w:id="13" w:name="_Toc238448283"/>
      <w:proofErr w:type="spellStart"/>
      <w:r w:rsidRPr="00EB64E7">
        <w:rPr>
          <w:color w:val="auto"/>
        </w:rPr>
        <w:t>R</w:t>
      </w:r>
      <w:r w:rsidR="00156FA5" w:rsidRPr="00AA268C">
        <w:rPr>
          <w:rFonts w:ascii="Times New Roman" w:hAnsi="Times New Roman" w:cs="Times New Roman"/>
          <w:color w:val="auto"/>
          <w:sz w:val="24"/>
          <w:szCs w:val="24"/>
        </w:rPr>
        <w:t>umusan</w:t>
      </w:r>
      <w:proofErr w:type="spellEnd"/>
      <w:r w:rsidR="00156FA5" w:rsidRPr="00AA268C">
        <w:rPr>
          <w:rFonts w:ascii="Times New Roman" w:hAnsi="Times New Roman" w:cs="Times New Roman"/>
          <w:color w:val="auto"/>
          <w:sz w:val="24"/>
          <w:szCs w:val="24"/>
        </w:rPr>
        <w:t xml:space="preserve"> </w:t>
      </w:r>
      <w:proofErr w:type="spellStart"/>
      <w:r w:rsidR="00156FA5" w:rsidRPr="00AA268C">
        <w:rPr>
          <w:rFonts w:ascii="Times New Roman" w:hAnsi="Times New Roman" w:cs="Times New Roman"/>
          <w:color w:val="auto"/>
          <w:sz w:val="24"/>
          <w:szCs w:val="24"/>
        </w:rPr>
        <w:t>Masalah</w:t>
      </w:r>
      <w:bookmarkEnd w:id="13"/>
      <w:proofErr w:type="spellEnd"/>
    </w:p>
    <w:p w14:paraId="3F3EA595" w14:textId="77777777" w:rsidR="006006FE" w:rsidRPr="00AA268C" w:rsidRDefault="00156FA5" w:rsidP="00AA268C">
      <w:pPr>
        <w:spacing w:after="0" w:line="360" w:lineRule="auto"/>
        <w:ind w:left="284" w:firstLine="567"/>
        <w:jc w:val="both"/>
        <w:rPr>
          <w:rFonts w:ascii="Times New Roman" w:hAnsi="Times New Roman" w:cs="Times New Roman"/>
          <w:sz w:val="24"/>
          <w:szCs w:val="24"/>
        </w:rPr>
      </w:pPr>
      <w:proofErr w:type="spellStart"/>
      <w:r w:rsidRPr="00AA268C">
        <w:rPr>
          <w:rFonts w:ascii="Times New Roman" w:hAnsi="Times New Roman" w:cs="Times New Roman"/>
          <w:sz w:val="24"/>
          <w:szCs w:val="24"/>
        </w:rPr>
        <w:t>Berdasarkan</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latar</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belakang</w:t>
      </w:r>
      <w:proofErr w:type="spellEnd"/>
      <w:r w:rsidRPr="00AA268C">
        <w:rPr>
          <w:rFonts w:ascii="Times New Roman" w:hAnsi="Times New Roman" w:cs="Times New Roman"/>
          <w:sz w:val="24"/>
          <w:szCs w:val="24"/>
        </w:rPr>
        <w:t xml:space="preserve"> yang </w:t>
      </w:r>
      <w:proofErr w:type="spellStart"/>
      <w:r w:rsidRPr="00AA268C">
        <w:rPr>
          <w:rFonts w:ascii="Times New Roman" w:hAnsi="Times New Roman" w:cs="Times New Roman"/>
          <w:sz w:val="24"/>
          <w:szCs w:val="24"/>
        </w:rPr>
        <w:t>telah</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diuraikan</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maka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rumusan</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masalah</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dalam</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penelitian</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ini</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adalah</w:t>
      </w:r>
      <w:proofErr w:type="spellEnd"/>
      <w:r w:rsidRPr="00AA268C">
        <w:rPr>
          <w:rFonts w:ascii="Times New Roman" w:hAnsi="Times New Roman" w:cs="Times New Roman"/>
          <w:sz w:val="24"/>
          <w:szCs w:val="24"/>
        </w:rPr>
        <w:t>:</w:t>
      </w:r>
    </w:p>
    <w:p w14:paraId="61631BD2" w14:textId="77777777" w:rsidR="0035275F" w:rsidRPr="00AA268C" w:rsidRDefault="00332D94">
      <w:pPr>
        <w:pStyle w:val="ListParagraph"/>
        <w:numPr>
          <w:ilvl w:val="0"/>
          <w:numId w:val="7"/>
        </w:numPr>
        <w:spacing w:after="0" w:line="360" w:lineRule="auto"/>
        <w:ind w:left="851"/>
        <w:jc w:val="both"/>
        <w:rPr>
          <w:rFonts w:ascii="Times New Roman" w:hAnsi="Times New Roman" w:cs="Times New Roman"/>
          <w:sz w:val="24"/>
          <w:szCs w:val="24"/>
        </w:rPr>
      </w:pPr>
      <w:proofErr w:type="spellStart"/>
      <w:r w:rsidRPr="00AA268C">
        <w:rPr>
          <w:rFonts w:ascii="Times New Roman" w:hAnsi="Times New Roman" w:cs="Times New Roman"/>
          <w:sz w:val="24"/>
          <w:szCs w:val="24"/>
        </w:rPr>
        <w:t>Bagaimana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tantangan</w:t>
      </w:r>
      <w:proofErr w:type="spellEnd"/>
      <w:r w:rsidRPr="00AA268C">
        <w:rPr>
          <w:rFonts w:ascii="Times New Roman" w:hAnsi="Times New Roman" w:cs="Times New Roman"/>
          <w:sz w:val="24"/>
          <w:szCs w:val="24"/>
        </w:rPr>
        <w:t xml:space="preserve"> Bahasa yang </w:t>
      </w:r>
      <w:proofErr w:type="spellStart"/>
      <w:r w:rsidRPr="00AA268C">
        <w:rPr>
          <w:rFonts w:ascii="Times New Roman" w:hAnsi="Times New Roman" w:cs="Times New Roman"/>
          <w:sz w:val="24"/>
          <w:szCs w:val="24"/>
        </w:rPr>
        <w:t>dialami</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tenaga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kerja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asing</w:t>
      </w:r>
      <w:proofErr w:type="spellEnd"/>
      <w:r w:rsidRPr="00AA268C">
        <w:rPr>
          <w:rFonts w:ascii="Times New Roman" w:hAnsi="Times New Roman" w:cs="Times New Roman"/>
          <w:sz w:val="24"/>
          <w:szCs w:val="24"/>
        </w:rPr>
        <w:t xml:space="preserve"> di hotel </w:t>
      </w:r>
      <w:proofErr w:type="spellStart"/>
      <w:r w:rsidR="00E157C0">
        <w:rPr>
          <w:rFonts w:ascii="Times New Roman" w:hAnsi="Times New Roman" w:cs="Times New Roman"/>
          <w:sz w:val="24"/>
          <w:szCs w:val="24"/>
        </w:rPr>
        <w:t>J</w:t>
      </w:r>
      <w:r w:rsidRPr="00AA268C">
        <w:rPr>
          <w:rFonts w:ascii="Times New Roman" w:hAnsi="Times New Roman" w:cs="Times New Roman"/>
          <w:sz w:val="24"/>
          <w:szCs w:val="24"/>
        </w:rPr>
        <w:t>epang</w:t>
      </w:r>
      <w:proofErr w:type="spellEnd"/>
      <w:r w:rsidRPr="00AA268C">
        <w:rPr>
          <w:rFonts w:ascii="Times New Roman" w:hAnsi="Times New Roman" w:cs="Times New Roman"/>
          <w:sz w:val="24"/>
          <w:szCs w:val="24"/>
        </w:rPr>
        <w:t>?</w:t>
      </w:r>
    </w:p>
    <w:p w14:paraId="322F32AA" w14:textId="77777777" w:rsidR="0035275F" w:rsidRPr="00AA268C" w:rsidRDefault="00332D94">
      <w:pPr>
        <w:pStyle w:val="ListParagraph"/>
        <w:numPr>
          <w:ilvl w:val="0"/>
          <w:numId w:val="7"/>
        </w:numPr>
        <w:spacing w:after="0" w:line="360" w:lineRule="auto"/>
        <w:ind w:left="851"/>
        <w:jc w:val="both"/>
        <w:rPr>
          <w:rFonts w:ascii="Times New Roman" w:hAnsi="Times New Roman" w:cs="Times New Roman"/>
          <w:sz w:val="24"/>
          <w:szCs w:val="24"/>
        </w:rPr>
      </w:pPr>
      <w:proofErr w:type="spellStart"/>
      <w:r w:rsidRPr="00AA268C">
        <w:rPr>
          <w:rFonts w:ascii="Times New Roman" w:hAnsi="Times New Roman" w:cs="Times New Roman"/>
          <w:sz w:val="24"/>
          <w:szCs w:val="24"/>
        </w:rPr>
        <w:t>Bagaimana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pengaruh</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etika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kerja</w:t>
      </w:r>
      <w:proofErr w:type="spellEnd"/>
      <w:r w:rsidRPr="00AA268C">
        <w:rPr>
          <w:rFonts w:ascii="Times New Roman" w:hAnsi="Times New Roman" w:cs="Times New Roman"/>
          <w:sz w:val="24"/>
          <w:szCs w:val="24"/>
        </w:rPr>
        <w:t xml:space="preserve"> </w:t>
      </w:r>
      <w:proofErr w:type="spellStart"/>
      <w:r w:rsidR="00E157C0">
        <w:rPr>
          <w:rFonts w:ascii="Times New Roman" w:hAnsi="Times New Roman" w:cs="Times New Roman"/>
          <w:sz w:val="24"/>
          <w:szCs w:val="24"/>
        </w:rPr>
        <w:t>J</w:t>
      </w:r>
      <w:r w:rsidRPr="00AA268C">
        <w:rPr>
          <w:rFonts w:ascii="Times New Roman" w:hAnsi="Times New Roman" w:cs="Times New Roman"/>
          <w:sz w:val="24"/>
          <w:szCs w:val="24"/>
        </w:rPr>
        <w:t>epang</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terhadap</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komunikasi</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tenaga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kerja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asing</w:t>
      </w:r>
      <w:proofErr w:type="spellEnd"/>
      <w:r w:rsidRPr="00AA268C">
        <w:rPr>
          <w:rFonts w:ascii="Times New Roman" w:hAnsi="Times New Roman" w:cs="Times New Roman"/>
          <w:sz w:val="24"/>
          <w:szCs w:val="24"/>
        </w:rPr>
        <w:t>?</w:t>
      </w:r>
    </w:p>
    <w:p w14:paraId="57B76266" w14:textId="77777777" w:rsidR="00332D94" w:rsidRPr="00AA268C" w:rsidRDefault="00332D94">
      <w:pPr>
        <w:pStyle w:val="ListParagraph"/>
        <w:numPr>
          <w:ilvl w:val="0"/>
          <w:numId w:val="7"/>
        </w:numPr>
        <w:spacing w:after="0" w:line="360" w:lineRule="auto"/>
        <w:ind w:left="851"/>
        <w:jc w:val="both"/>
        <w:rPr>
          <w:rFonts w:ascii="Times New Roman" w:hAnsi="Times New Roman" w:cs="Times New Roman"/>
          <w:sz w:val="24"/>
          <w:szCs w:val="24"/>
        </w:rPr>
      </w:pPr>
      <w:proofErr w:type="spellStart"/>
      <w:r w:rsidRPr="00AA268C">
        <w:rPr>
          <w:rFonts w:ascii="Times New Roman" w:hAnsi="Times New Roman" w:cs="Times New Roman"/>
          <w:sz w:val="24"/>
          <w:szCs w:val="24"/>
        </w:rPr>
        <w:t>Bagaimana</w:t>
      </w:r>
      <w:proofErr w:type="spellEnd"/>
      <w:r w:rsidRPr="00AA268C">
        <w:rPr>
          <w:rFonts w:ascii="Times New Roman" w:hAnsi="Times New Roman" w:cs="Times New Roman"/>
          <w:sz w:val="24"/>
          <w:szCs w:val="24"/>
        </w:rPr>
        <w:t xml:space="preserve"> strategi </w:t>
      </w:r>
      <w:proofErr w:type="spellStart"/>
      <w:r w:rsidRPr="00AA268C">
        <w:rPr>
          <w:rFonts w:ascii="Times New Roman" w:hAnsi="Times New Roman" w:cs="Times New Roman"/>
          <w:sz w:val="24"/>
          <w:szCs w:val="24"/>
        </w:rPr>
        <w:t>adaptasi</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tenaga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kerja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asing</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dalam</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lingkungan</w:t>
      </w:r>
      <w:proofErr w:type="spellEnd"/>
      <w:r w:rsidRPr="00AA268C">
        <w:rPr>
          <w:rFonts w:ascii="Times New Roman" w:hAnsi="Times New Roman" w:cs="Times New Roman"/>
          <w:sz w:val="24"/>
          <w:szCs w:val="24"/>
        </w:rPr>
        <w:t xml:space="preserve"> </w:t>
      </w:r>
      <w:r w:rsidRPr="00AA268C">
        <w:rPr>
          <w:rFonts w:ascii="Times New Roman" w:hAnsi="Times New Roman" w:cs="Times New Roman"/>
          <w:i/>
          <w:iCs/>
          <w:sz w:val="24"/>
          <w:szCs w:val="24"/>
        </w:rPr>
        <w:t xml:space="preserve">hospitality </w:t>
      </w:r>
      <w:proofErr w:type="spellStart"/>
      <w:r w:rsidRPr="00EB64E7">
        <w:rPr>
          <w:rFonts w:ascii="Times New Roman" w:hAnsi="Times New Roman" w:cs="Times New Roman"/>
          <w:sz w:val="24"/>
          <w:szCs w:val="24"/>
        </w:rPr>
        <w:t>internasional</w:t>
      </w:r>
      <w:proofErr w:type="spellEnd"/>
      <w:r w:rsidRPr="00EB64E7">
        <w:rPr>
          <w:rFonts w:ascii="Times New Roman" w:hAnsi="Times New Roman" w:cs="Times New Roman"/>
          <w:sz w:val="24"/>
          <w:szCs w:val="24"/>
        </w:rPr>
        <w:t>?</w:t>
      </w:r>
    </w:p>
    <w:p w14:paraId="3146B733" w14:textId="77777777" w:rsidR="006006FE" w:rsidRPr="00AA268C" w:rsidRDefault="00156FA5">
      <w:pPr>
        <w:pStyle w:val="Heading2"/>
        <w:numPr>
          <w:ilvl w:val="0"/>
          <w:numId w:val="10"/>
        </w:numPr>
        <w:spacing w:before="0" w:line="360" w:lineRule="auto"/>
        <w:ind w:left="284"/>
        <w:rPr>
          <w:rFonts w:ascii="Times New Roman" w:hAnsi="Times New Roman" w:cs="Times New Roman"/>
          <w:color w:val="auto"/>
          <w:sz w:val="24"/>
          <w:szCs w:val="24"/>
        </w:rPr>
      </w:pPr>
      <w:bookmarkStart w:id="14" w:name="_Toc238448284"/>
      <w:r w:rsidRPr="00AA268C">
        <w:rPr>
          <w:rFonts w:ascii="Times New Roman" w:hAnsi="Times New Roman" w:cs="Times New Roman"/>
          <w:color w:val="auto"/>
          <w:sz w:val="24"/>
          <w:szCs w:val="24"/>
        </w:rPr>
        <w:t xml:space="preserve">Tujuan </w:t>
      </w:r>
      <w:proofErr w:type="spellStart"/>
      <w:r w:rsidRPr="00AA268C">
        <w:rPr>
          <w:rFonts w:ascii="Times New Roman" w:hAnsi="Times New Roman" w:cs="Times New Roman"/>
          <w:color w:val="auto"/>
          <w:sz w:val="24"/>
          <w:szCs w:val="24"/>
        </w:rPr>
        <w:t>Penelitian</w:t>
      </w:r>
      <w:bookmarkEnd w:id="14"/>
      <w:proofErr w:type="spellEnd"/>
    </w:p>
    <w:p w14:paraId="00EEF8B2" w14:textId="77777777" w:rsidR="006006FE" w:rsidRPr="00AA268C" w:rsidRDefault="00156FA5" w:rsidP="00AA268C">
      <w:pPr>
        <w:spacing w:after="0" w:line="360" w:lineRule="auto"/>
        <w:ind w:left="284" w:firstLine="567"/>
        <w:jc w:val="both"/>
        <w:rPr>
          <w:rFonts w:ascii="Times New Roman" w:hAnsi="Times New Roman" w:cs="Times New Roman"/>
          <w:sz w:val="24"/>
          <w:szCs w:val="24"/>
        </w:rPr>
      </w:pPr>
      <w:proofErr w:type="spellStart"/>
      <w:r w:rsidRPr="00AA268C">
        <w:rPr>
          <w:rFonts w:ascii="Times New Roman" w:hAnsi="Times New Roman" w:cs="Times New Roman"/>
          <w:sz w:val="24"/>
          <w:szCs w:val="24"/>
        </w:rPr>
        <w:t>Berdasarkan</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rumusan</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masalah</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tersebut</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tujuan</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penelitian</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ini</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adalah</w:t>
      </w:r>
      <w:proofErr w:type="spellEnd"/>
      <w:r w:rsidRPr="00AA268C">
        <w:rPr>
          <w:rFonts w:ascii="Times New Roman" w:hAnsi="Times New Roman" w:cs="Times New Roman"/>
          <w:sz w:val="24"/>
          <w:szCs w:val="24"/>
        </w:rPr>
        <w:t>:</w:t>
      </w:r>
    </w:p>
    <w:p w14:paraId="6AC77DFB" w14:textId="77777777" w:rsidR="006006FE" w:rsidRPr="00AA268C" w:rsidRDefault="00156FA5">
      <w:pPr>
        <w:pStyle w:val="ListParagraph"/>
        <w:numPr>
          <w:ilvl w:val="0"/>
          <w:numId w:val="11"/>
        </w:numPr>
        <w:spacing w:after="0" w:line="360" w:lineRule="auto"/>
        <w:ind w:left="851"/>
        <w:jc w:val="both"/>
        <w:rPr>
          <w:rFonts w:ascii="Times New Roman" w:hAnsi="Times New Roman" w:cs="Times New Roman"/>
          <w:sz w:val="24"/>
          <w:szCs w:val="24"/>
        </w:rPr>
      </w:pPr>
      <w:proofErr w:type="spellStart"/>
      <w:r w:rsidRPr="00AA268C">
        <w:rPr>
          <w:rFonts w:ascii="Times New Roman" w:hAnsi="Times New Roman" w:cs="Times New Roman"/>
          <w:sz w:val="24"/>
          <w:szCs w:val="24"/>
        </w:rPr>
        <w:t>Untuk</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mengetahui</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tantangan</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bahasa</w:t>
      </w:r>
      <w:proofErr w:type="spellEnd"/>
      <w:r w:rsidRPr="00AA268C">
        <w:rPr>
          <w:rFonts w:ascii="Times New Roman" w:hAnsi="Times New Roman" w:cs="Times New Roman"/>
          <w:sz w:val="24"/>
          <w:szCs w:val="24"/>
        </w:rPr>
        <w:t xml:space="preserve"> yang </w:t>
      </w:r>
      <w:proofErr w:type="spellStart"/>
      <w:r w:rsidRPr="00AA268C">
        <w:rPr>
          <w:rFonts w:ascii="Times New Roman" w:hAnsi="Times New Roman" w:cs="Times New Roman"/>
          <w:sz w:val="24"/>
          <w:szCs w:val="24"/>
        </w:rPr>
        <w:t>dialami</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tenaga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kerja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asing</w:t>
      </w:r>
      <w:proofErr w:type="spellEnd"/>
      <w:r w:rsidRPr="00AA268C">
        <w:rPr>
          <w:rFonts w:ascii="Times New Roman" w:hAnsi="Times New Roman" w:cs="Times New Roman"/>
          <w:sz w:val="24"/>
          <w:szCs w:val="24"/>
        </w:rPr>
        <w:t xml:space="preserve"> di hotel </w:t>
      </w:r>
      <w:proofErr w:type="spellStart"/>
      <w:r w:rsidRPr="00AA268C">
        <w:rPr>
          <w:rFonts w:ascii="Times New Roman" w:hAnsi="Times New Roman" w:cs="Times New Roman"/>
          <w:sz w:val="24"/>
          <w:szCs w:val="24"/>
        </w:rPr>
        <w:t>Jepang</w:t>
      </w:r>
      <w:proofErr w:type="spellEnd"/>
      <w:r w:rsidRPr="00AA268C">
        <w:rPr>
          <w:rFonts w:ascii="Times New Roman" w:hAnsi="Times New Roman" w:cs="Times New Roman"/>
          <w:sz w:val="24"/>
          <w:szCs w:val="24"/>
        </w:rPr>
        <w:t>.</w:t>
      </w:r>
    </w:p>
    <w:p w14:paraId="023904AB" w14:textId="77777777" w:rsidR="006006FE" w:rsidRPr="00AA268C" w:rsidRDefault="00156FA5">
      <w:pPr>
        <w:pStyle w:val="ListParagraph"/>
        <w:numPr>
          <w:ilvl w:val="0"/>
          <w:numId w:val="11"/>
        </w:numPr>
        <w:spacing w:after="0" w:line="360" w:lineRule="auto"/>
        <w:ind w:left="851"/>
        <w:jc w:val="both"/>
        <w:rPr>
          <w:rFonts w:ascii="Times New Roman" w:hAnsi="Times New Roman" w:cs="Times New Roman"/>
          <w:sz w:val="24"/>
          <w:szCs w:val="24"/>
        </w:rPr>
      </w:pPr>
      <w:proofErr w:type="spellStart"/>
      <w:r w:rsidRPr="00AA268C">
        <w:rPr>
          <w:rFonts w:ascii="Times New Roman" w:hAnsi="Times New Roman" w:cs="Times New Roman"/>
          <w:sz w:val="24"/>
          <w:szCs w:val="24"/>
        </w:rPr>
        <w:t>Untuk</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memahami</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pengaruh</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etika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kerja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Jepang</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terhadap</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komunikasi</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tenaga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kerja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asing</w:t>
      </w:r>
      <w:proofErr w:type="spellEnd"/>
      <w:r w:rsidRPr="00AA268C">
        <w:rPr>
          <w:rFonts w:ascii="Times New Roman" w:hAnsi="Times New Roman" w:cs="Times New Roman"/>
          <w:sz w:val="24"/>
          <w:szCs w:val="24"/>
        </w:rPr>
        <w:t>.</w:t>
      </w:r>
    </w:p>
    <w:p w14:paraId="6074C426" w14:textId="77777777" w:rsidR="006006FE" w:rsidRPr="00AA268C" w:rsidRDefault="00156FA5">
      <w:pPr>
        <w:pStyle w:val="ListParagraph"/>
        <w:numPr>
          <w:ilvl w:val="0"/>
          <w:numId w:val="11"/>
        </w:numPr>
        <w:spacing w:after="0" w:line="360" w:lineRule="auto"/>
        <w:ind w:left="851"/>
        <w:jc w:val="both"/>
        <w:rPr>
          <w:rFonts w:ascii="Times New Roman" w:hAnsi="Times New Roman" w:cs="Times New Roman"/>
          <w:sz w:val="24"/>
          <w:szCs w:val="24"/>
        </w:rPr>
      </w:pPr>
      <w:proofErr w:type="spellStart"/>
      <w:r w:rsidRPr="00AA268C">
        <w:rPr>
          <w:rFonts w:ascii="Times New Roman" w:hAnsi="Times New Roman" w:cs="Times New Roman"/>
          <w:sz w:val="24"/>
          <w:szCs w:val="24"/>
        </w:rPr>
        <w:t>Untuk</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mendeskripsikan</w:t>
      </w:r>
      <w:proofErr w:type="spellEnd"/>
      <w:r w:rsidRPr="00AA268C">
        <w:rPr>
          <w:rFonts w:ascii="Times New Roman" w:hAnsi="Times New Roman" w:cs="Times New Roman"/>
          <w:sz w:val="24"/>
          <w:szCs w:val="24"/>
        </w:rPr>
        <w:t xml:space="preserve"> strategi </w:t>
      </w:r>
      <w:proofErr w:type="spellStart"/>
      <w:r w:rsidRPr="00AA268C">
        <w:rPr>
          <w:rFonts w:ascii="Times New Roman" w:hAnsi="Times New Roman" w:cs="Times New Roman"/>
          <w:sz w:val="24"/>
          <w:szCs w:val="24"/>
        </w:rPr>
        <w:t>adaptasi</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tenaga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kerja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asing</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dalam</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lingkungan</w:t>
      </w:r>
      <w:proofErr w:type="spellEnd"/>
      <w:r w:rsidRPr="00AA268C">
        <w:rPr>
          <w:rFonts w:ascii="Times New Roman" w:hAnsi="Times New Roman" w:cs="Times New Roman"/>
          <w:sz w:val="24"/>
          <w:szCs w:val="24"/>
        </w:rPr>
        <w:t xml:space="preserve"> </w:t>
      </w:r>
      <w:r w:rsidRPr="00EB64E7">
        <w:rPr>
          <w:rFonts w:ascii="Times New Roman" w:hAnsi="Times New Roman" w:cs="Times New Roman"/>
          <w:i/>
          <w:iCs/>
          <w:sz w:val="24"/>
          <w:szCs w:val="24"/>
        </w:rPr>
        <w:t xml:space="preserve">hospitality </w:t>
      </w:r>
      <w:proofErr w:type="spellStart"/>
      <w:r w:rsidRPr="00AA268C">
        <w:rPr>
          <w:rFonts w:ascii="Times New Roman" w:hAnsi="Times New Roman" w:cs="Times New Roman"/>
          <w:sz w:val="24"/>
          <w:szCs w:val="24"/>
        </w:rPr>
        <w:t>internasional</w:t>
      </w:r>
      <w:proofErr w:type="spellEnd"/>
      <w:r w:rsidRPr="00AA268C">
        <w:rPr>
          <w:rFonts w:ascii="Times New Roman" w:hAnsi="Times New Roman" w:cs="Times New Roman"/>
          <w:sz w:val="24"/>
          <w:szCs w:val="24"/>
        </w:rPr>
        <w:t xml:space="preserve"> di </w:t>
      </w:r>
      <w:proofErr w:type="spellStart"/>
      <w:r w:rsidRPr="00AA268C">
        <w:rPr>
          <w:rFonts w:ascii="Times New Roman" w:hAnsi="Times New Roman" w:cs="Times New Roman"/>
          <w:sz w:val="24"/>
          <w:szCs w:val="24"/>
        </w:rPr>
        <w:t>Jepang</w:t>
      </w:r>
      <w:proofErr w:type="spellEnd"/>
      <w:r w:rsidRPr="00AA268C">
        <w:rPr>
          <w:rFonts w:ascii="Times New Roman" w:hAnsi="Times New Roman" w:cs="Times New Roman"/>
          <w:sz w:val="24"/>
          <w:szCs w:val="24"/>
        </w:rPr>
        <w:t>.</w:t>
      </w:r>
    </w:p>
    <w:p w14:paraId="7A95D034" w14:textId="77777777" w:rsidR="006006FE" w:rsidRPr="00AA268C" w:rsidRDefault="00156FA5">
      <w:pPr>
        <w:pStyle w:val="Heading2"/>
        <w:numPr>
          <w:ilvl w:val="1"/>
          <w:numId w:val="25"/>
        </w:numPr>
        <w:spacing w:before="0" w:line="360" w:lineRule="auto"/>
        <w:ind w:left="284"/>
        <w:rPr>
          <w:rFonts w:ascii="Times New Roman" w:hAnsi="Times New Roman" w:cs="Times New Roman"/>
          <w:color w:val="auto"/>
          <w:sz w:val="24"/>
          <w:szCs w:val="24"/>
        </w:rPr>
      </w:pPr>
      <w:bookmarkStart w:id="15" w:name="_Toc238448285"/>
      <w:r w:rsidRPr="00AA268C">
        <w:rPr>
          <w:rFonts w:ascii="Times New Roman" w:hAnsi="Times New Roman" w:cs="Times New Roman"/>
          <w:color w:val="auto"/>
          <w:sz w:val="24"/>
          <w:szCs w:val="24"/>
        </w:rPr>
        <w:t xml:space="preserve">Manfaat </w:t>
      </w:r>
      <w:proofErr w:type="spellStart"/>
      <w:r w:rsidRPr="00AA268C">
        <w:rPr>
          <w:rFonts w:ascii="Times New Roman" w:hAnsi="Times New Roman" w:cs="Times New Roman"/>
          <w:color w:val="auto"/>
          <w:sz w:val="24"/>
          <w:szCs w:val="24"/>
        </w:rPr>
        <w:t>Penelitian</w:t>
      </w:r>
      <w:bookmarkEnd w:id="15"/>
      <w:proofErr w:type="spellEnd"/>
    </w:p>
    <w:p w14:paraId="60614909" w14:textId="77777777" w:rsidR="006006FE" w:rsidRPr="00AA268C" w:rsidRDefault="00156FA5">
      <w:pPr>
        <w:pStyle w:val="Heading3"/>
        <w:numPr>
          <w:ilvl w:val="2"/>
          <w:numId w:val="12"/>
        </w:numPr>
        <w:spacing w:before="0" w:line="360" w:lineRule="auto"/>
        <w:ind w:left="426" w:hanging="283"/>
        <w:rPr>
          <w:rFonts w:ascii="Times New Roman" w:hAnsi="Times New Roman" w:cs="Times New Roman"/>
          <w:b w:val="0"/>
          <w:bCs w:val="0"/>
          <w:color w:val="auto"/>
          <w:sz w:val="24"/>
          <w:szCs w:val="24"/>
        </w:rPr>
      </w:pPr>
      <w:bookmarkStart w:id="16" w:name="_Toc238448286"/>
      <w:r w:rsidRPr="00AA268C">
        <w:rPr>
          <w:rFonts w:ascii="Times New Roman" w:hAnsi="Times New Roman" w:cs="Times New Roman"/>
          <w:b w:val="0"/>
          <w:bCs w:val="0"/>
          <w:color w:val="auto"/>
          <w:sz w:val="24"/>
          <w:szCs w:val="24"/>
        </w:rPr>
        <w:t xml:space="preserve">Manfaat </w:t>
      </w:r>
      <w:proofErr w:type="spellStart"/>
      <w:r w:rsidRPr="00AA268C">
        <w:rPr>
          <w:rFonts w:ascii="Times New Roman" w:hAnsi="Times New Roman" w:cs="Times New Roman"/>
          <w:b w:val="0"/>
          <w:bCs w:val="0"/>
          <w:color w:val="auto"/>
          <w:sz w:val="24"/>
          <w:szCs w:val="24"/>
        </w:rPr>
        <w:t>Teoritis</w:t>
      </w:r>
      <w:bookmarkEnd w:id="16"/>
      <w:proofErr w:type="spellEnd"/>
    </w:p>
    <w:p w14:paraId="0F3BB8B6" w14:textId="77777777" w:rsidR="006006FE" w:rsidRPr="00AA268C" w:rsidRDefault="00156FA5" w:rsidP="00AA268C">
      <w:pPr>
        <w:spacing w:after="0" w:line="360" w:lineRule="auto"/>
        <w:ind w:left="709" w:firstLine="720"/>
        <w:jc w:val="both"/>
        <w:rPr>
          <w:rFonts w:ascii="Times New Roman" w:hAnsi="Times New Roman" w:cs="Times New Roman"/>
          <w:sz w:val="24"/>
          <w:szCs w:val="24"/>
        </w:rPr>
      </w:pPr>
      <w:proofErr w:type="spellStart"/>
      <w:r w:rsidRPr="00AA268C">
        <w:rPr>
          <w:rFonts w:ascii="Times New Roman" w:hAnsi="Times New Roman" w:cs="Times New Roman"/>
          <w:sz w:val="24"/>
          <w:szCs w:val="24"/>
        </w:rPr>
        <w:t>Penelitian</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ini</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diharapkan</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dapat</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memberikan</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kontribusi</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dalam</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pengembangan</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kajian</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komunikasi</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antarbudaya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khususnya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dalam</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bidang</w:t>
      </w:r>
      <w:proofErr w:type="spellEnd"/>
      <w:r w:rsidRPr="00AA268C">
        <w:rPr>
          <w:rFonts w:ascii="Times New Roman" w:hAnsi="Times New Roman" w:cs="Times New Roman"/>
          <w:sz w:val="24"/>
          <w:szCs w:val="24"/>
        </w:rPr>
        <w:t xml:space="preserve"> </w:t>
      </w:r>
      <w:r w:rsidRPr="00EB64E7">
        <w:rPr>
          <w:rFonts w:ascii="Times New Roman" w:hAnsi="Times New Roman" w:cs="Times New Roman"/>
          <w:i/>
          <w:iCs/>
          <w:sz w:val="24"/>
          <w:szCs w:val="24"/>
        </w:rPr>
        <w:t>hospitality</w:t>
      </w:r>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internasional</w:t>
      </w:r>
      <w:proofErr w:type="spellEnd"/>
      <w:r w:rsidRPr="00AA268C">
        <w:rPr>
          <w:rFonts w:ascii="Times New Roman" w:hAnsi="Times New Roman" w:cs="Times New Roman"/>
          <w:sz w:val="24"/>
          <w:szCs w:val="24"/>
        </w:rPr>
        <w:t xml:space="preserve"> dan </w:t>
      </w:r>
      <w:proofErr w:type="spellStart"/>
      <w:r w:rsidRPr="00AA268C">
        <w:rPr>
          <w:rFonts w:ascii="Times New Roman" w:hAnsi="Times New Roman" w:cs="Times New Roman"/>
          <w:sz w:val="24"/>
          <w:szCs w:val="24"/>
        </w:rPr>
        <w:t>budaya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kerja</w:t>
      </w:r>
      <w:proofErr w:type="spellEnd"/>
      <w:r w:rsidRPr="00AA268C">
        <w:rPr>
          <w:rFonts w:ascii="Times New Roman" w:hAnsi="Times New Roman" w:cs="Times New Roman"/>
          <w:sz w:val="24"/>
          <w:szCs w:val="24"/>
        </w:rPr>
        <w:t xml:space="preserve"> </w:t>
      </w:r>
      <w:proofErr w:type="spellStart"/>
      <w:r w:rsidRPr="00AA268C">
        <w:rPr>
          <w:rFonts w:ascii="Times New Roman" w:hAnsi="Times New Roman" w:cs="Times New Roman"/>
          <w:sz w:val="24"/>
          <w:szCs w:val="24"/>
        </w:rPr>
        <w:t>Jepang</w:t>
      </w:r>
      <w:proofErr w:type="spellEnd"/>
      <w:r w:rsidRPr="00AA268C">
        <w:rPr>
          <w:rFonts w:ascii="Times New Roman" w:hAnsi="Times New Roman" w:cs="Times New Roman"/>
          <w:sz w:val="24"/>
          <w:szCs w:val="24"/>
        </w:rPr>
        <w:t>.</w:t>
      </w:r>
    </w:p>
    <w:p w14:paraId="0129DAD0" w14:textId="77777777" w:rsidR="006006FE" w:rsidRPr="00AA268C" w:rsidRDefault="00156FA5">
      <w:pPr>
        <w:pStyle w:val="Heading3"/>
        <w:numPr>
          <w:ilvl w:val="2"/>
          <w:numId w:val="12"/>
        </w:numPr>
        <w:spacing w:before="0" w:line="360" w:lineRule="auto"/>
        <w:ind w:left="426" w:hanging="317"/>
        <w:rPr>
          <w:rFonts w:ascii="Times New Roman" w:hAnsi="Times New Roman" w:cs="Times New Roman"/>
          <w:b w:val="0"/>
          <w:bCs w:val="0"/>
          <w:color w:val="auto"/>
          <w:sz w:val="24"/>
          <w:szCs w:val="24"/>
        </w:rPr>
      </w:pPr>
      <w:bookmarkStart w:id="17" w:name="_Toc238448287"/>
      <w:r w:rsidRPr="00AA268C">
        <w:rPr>
          <w:rFonts w:ascii="Times New Roman" w:hAnsi="Times New Roman" w:cs="Times New Roman"/>
          <w:b w:val="0"/>
          <w:bCs w:val="0"/>
          <w:color w:val="auto"/>
          <w:sz w:val="24"/>
          <w:szCs w:val="24"/>
        </w:rPr>
        <w:t xml:space="preserve">Manfaat </w:t>
      </w:r>
      <w:proofErr w:type="spellStart"/>
      <w:r w:rsidRPr="00AA268C">
        <w:rPr>
          <w:rFonts w:ascii="Times New Roman" w:hAnsi="Times New Roman" w:cs="Times New Roman"/>
          <w:b w:val="0"/>
          <w:bCs w:val="0"/>
          <w:color w:val="auto"/>
          <w:sz w:val="24"/>
          <w:szCs w:val="24"/>
        </w:rPr>
        <w:t>Praktis</w:t>
      </w:r>
      <w:bookmarkEnd w:id="17"/>
      <w:proofErr w:type="spellEnd"/>
    </w:p>
    <w:p w14:paraId="3DBC15FC" w14:textId="77777777" w:rsidR="006006FE" w:rsidRDefault="00156FA5">
      <w:pPr>
        <w:pStyle w:val="ListParagraph"/>
        <w:numPr>
          <w:ilvl w:val="0"/>
          <w:numId w:val="13"/>
        </w:numPr>
        <w:spacing w:after="0" w:line="360" w:lineRule="auto"/>
        <w:ind w:left="851"/>
        <w:jc w:val="both"/>
      </w:pPr>
      <w:r w:rsidRPr="00AA268C">
        <w:rPr>
          <w:rFonts w:ascii="Times New Roman" w:hAnsi="Times New Roman"/>
          <w:sz w:val="24"/>
        </w:rPr>
        <w:t xml:space="preserve">Bagi </w:t>
      </w:r>
      <w:proofErr w:type="spellStart"/>
      <w:r w:rsidRPr="00AA268C">
        <w:rPr>
          <w:rFonts w:ascii="Times New Roman" w:hAnsi="Times New Roman"/>
          <w:sz w:val="24"/>
        </w:rPr>
        <w:t>mahasiswa</w:t>
      </w:r>
      <w:proofErr w:type="spellEnd"/>
      <w:r w:rsidRPr="00AA268C">
        <w:rPr>
          <w:rFonts w:ascii="Times New Roman" w:hAnsi="Times New Roman"/>
          <w:sz w:val="24"/>
        </w:rPr>
        <w:t xml:space="preserve"> Bahasa Asing </w:t>
      </w:r>
      <w:proofErr w:type="spellStart"/>
      <w:r w:rsidRPr="00AA268C">
        <w:rPr>
          <w:rFonts w:ascii="Times New Roman" w:hAnsi="Times New Roman"/>
          <w:sz w:val="24"/>
        </w:rPr>
        <w:t>Terapan</w:t>
      </w:r>
      <w:proofErr w:type="spellEnd"/>
      <w:r w:rsidRPr="00AA268C">
        <w:rPr>
          <w:rFonts w:ascii="Times New Roman" w:hAnsi="Times New Roman"/>
          <w:sz w:val="24"/>
        </w:rPr>
        <w:t xml:space="preserve">, </w:t>
      </w:r>
      <w:proofErr w:type="spellStart"/>
      <w:r w:rsidRPr="00AA268C">
        <w:rPr>
          <w:rFonts w:ascii="Times New Roman" w:hAnsi="Times New Roman"/>
          <w:sz w:val="24"/>
        </w:rPr>
        <w:t>penelitian</w:t>
      </w:r>
      <w:proofErr w:type="spellEnd"/>
      <w:r w:rsidRPr="00AA268C">
        <w:rPr>
          <w:rFonts w:ascii="Times New Roman" w:hAnsi="Times New Roman"/>
          <w:sz w:val="24"/>
        </w:rPr>
        <w:t xml:space="preserve"> </w:t>
      </w:r>
      <w:proofErr w:type="spellStart"/>
      <w:r w:rsidRPr="00AA268C">
        <w:rPr>
          <w:rFonts w:ascii="Times New Roman" w:hAnsi="Times New Roman"/>
          <w:sz w:val="24"/>
        </w:rPr>
        <w:t>ini</w:t>
      </w:r>
      <w:proofErr w:type="spellEnd"/>
      <w:r w:rsidRPr="00AA268C">
        <w:rPr>
          <w:rFonts w:ascii="Times New Roman" w:hAnsi="Times New Roman"/>
          <w:sz w:val="24"/>
        </w:rPr>
        <w:t xml:space="preserve"> </w:t>
      </w:r>
      <w:proofErr w:type="spellStart"/>
      <w:r w:rsidRPr="00AA268C">
        <w:rPr>
          <w:rFonts w:ascii="Times New Roman" w:hAnsi="Times New Roman"/>
          <w:sz w:val="24"/>
        </w:rPr>
        <w:t>dapat</w:t>
      </w:r>
      <w:proofErr w:type="spellEnd"/>
      <w:r w:rsidRPr="00AA268C">
        <w:rPr>
          <w:rFonts w:ascii="Times New Roman" w:hAnsi="Times New Roman"/>
          <w:sz w:val="24"/>
        </w:rPr>
        <w:t xml:space="preserve"> </w:t>
      </w:r>
      <w:proofErr w:type="spellStart"/>
      <w:r w:rsidRPr="00AA268C">
        <w:rPr>
          <w:rFonts w:ascii="Times New Roman" w:hAnsi="Times New Roman"/>
          <w:sz w:val="24"/>
        </w:rPr>
        <w:t>menjadi</w:t>
      </w:r>
      <w:proofErr w:type="spellEnd"/>
      <w:r w:rsidRPr="00AA268C">
        <w:rPr>
          <w:rFonts w:ascii="Times New Roman" w:hAnsi="Times New Roman"/>
          <w:sz w:val="24"/>
        </w:rPr>
        <w:t xml:space="preserve"> </w:t>
      </w:r>
      <w:proofErr w:type="spellStart"/>
      <w:r w:rsidRPr="00AA268C">
        <w:rPr>
          <w:rFonts w:ascii="Times New Roman" w:hAnsi="Times New Roman"/>
          <w:sz w:val="24"/>
        </w:rPr>
        <w:t>referensi</w:t>
      </w:r>
      <w:proofErr w:type="spellEnd"/>
      <w:r w:rsidRPr="00AA268C">
        <w:rPr>
          <w:rFonts w:ascii="Times New Roman" w:hAnsi="Times New Roman"/>
          <w:sz w:val="24"/>
        </w:rPr>
        <w:t xml:space="preserve"> </w:t>
      </w:r>
      <w:proofErr w:type="spellStart"/>
      <w:r w:rsidRPr="00AA268C">
        <w:rPr>
          <w:rFonts w:ascii="Times New Roman" w:hAnsi="Times New Roman"/>
          <w:sz w:val="24"/>
        </w:rPr>
        <w:t>mengenai</w:t>
      </w:r>
      <w:proofErr w:type="spellEnd"/>
      <w:r w:rsidRPr="00AA268C">
        <w:rPr>
          <w:rFonts w:ascii="Times New Roman" w:hAnsi="Times New Roman"/>
          <w:sz w:val="24"/>
        </w:rPr>
        <w:t xml:space="preserve"> </w:t>
      </w:r>
      <w:proofErr w:type="spellStart"/>
      <w:r w:rsidRPr="00AA268C">
        <w:rPr>
          <w:rFonts w:ascii="Times New Roman" w:hAnsi="Times New Roman"/>
          <w:sz w:val="24"/>
        </w:rPr>
        <w:t>komunikasi</w:t>
      </w:r>
      <w:proofErr w:type="spellEnd"/>
      <w:r w:rsidRPr="00AA268C">
        <w:rPr>
          <w:rFonts w:ascii="Times New Roman" w:hAnsi="Times New Roman"/>
          <w:sz w:val="24"/>
        </w:rPr>
        <w:t xml:space="preserve"> dan </w:t>
      </w:r>
      <w:proofErr w:type="spellStart"/>
      <w:r w:rsidRPr="00AA268C">
        <w:rPr>
          <w:rFonts w:ascii="Times New Roman" w:hAnsi="Times New Roman"/>
          <w:sz w:val="24"/>
        </w:rPr>
        <w:t>budaya</w:t>
      </w:r>
      <w:proofErr w:type="spellEnd"/>
      <w:r w:rsidRPr="00AA268C">
        <w:rPr>
          <w:rFonts w:ascii="Times New Roman" w:hAnsi="Times New Roman"/>
          <w:sz w:val="24"/>
        </w:rPr>
        <w:t xml:space="preserve"> </w:t>
      </w:r>
      <w:proofErr w:type="spellStart"/>
      <w:r w:rsidRPr="00AA268C">
        <w:rPr>
          <w:rFonts w:ascii="Times New Roman" w:hAnsi="Times New Roman"/>
          <w:sz w:val="24"/>
        </w:rPr>
        <w:t>kerja</w:t>
      </w:r>
      <w:proofErr w:type="spellEnd"/>
      <w:r w:rsidRPr="00AA268C">
        <w:rPr>
          <w:rFonts w:ascii="Times New Roman" w:hAnsi="Times New Roman"/>
          <w:sz w:val="24"/>
        </w:rPr>
        <w:t xml:space="preserve"> </w:t>
      </w:r>
      <w:proofErr w:type="spellStart"/>
      <w:r w:rsidRPr="00AA268C">
        <w:rPr>
          <w:rFonts w:ascii="Times New Roman" w:hAnsi="Times New Roman"/>
          <w:sz w:val="24"/>
        </w:rPr>
        <w:t>Jepang</w:t>
      </w:r>
      <w:proofErr w:type="spellEnd"/>
      <w:r w:rsidRPr="00AA268C">
        <w:rPr>
          <w:rFonts w:ascii="Times New Roman" w:hAnsi="Times New Roman"/>
          <w:sz w:val="24"/>
        </w:rPr>
        <w:t>.</w:t>
      </w:r>
    </w:p>
    <w:p w14:paraId="73A435C4" w14:textId="77777777" w:rsidR="006006FE" w:rsidRDefault="00156FA5">
      <w:pPr>
        <w:pStyle w:val="ListParagraph"/>
        <w:numPr>
          <w:ilvl w:val="0"/>
          <w:numId w:val="13"/>
        </w:numPr>
        <w:spacing w:after="0" w:line="360" w:lineRule="auto"/>
        <w:ind w:left="851"/>
        <w:jc w:val="both"/>
      </w:pPr>
      <w:r w:rsidRPr="00AA268C">
        <w:rPr>
          <w:rFonts w:ascii="Times New Roman" w:hAnsi="Times New Roman"/>
          <w:sz w:val="24"/>
        </w:rPr>
        <w:t xml:space="preserve">Bagi </w:t>
      </w:r>
      <w:proofErr w:type="spellStart"/>
      <w:r w:rsidRPr="00AA268C">
        <w:rPr>
          <w:rFonts w:ascii="Times New Roman" w:hAnsi="Times New Roman"/>
          <w:sz w:val="24"/>
        </w:rPr>
        <w:t>tenaga</w:t>
      </w:r>
      <w:proofErr w:type="spellEnd"/>
      <w:r w:rsidRPr="00AA268C">
        <w:rPr>
          <w:rFonts w:ascii="Times New Roman" w:hAnsi="Times New Roman"/>
          <w:sz w:val="24"/>
        </w:rPr>
        <w:t xml:space="preserve"> </w:t>
      </w:r>
      <w:proofErr w:type="spellStart"/>
      <w:r w:rsidRPr="00AA268C">
        <w:rPr>
          <w:rFonts w:ascii="Times New Roman" w:hAnsi="Times New Roman"/>
          <w:sz w:val="24"/>
        </w:rPr>
        <w:t>kerja</w:t>
      </w:r>
      <w:proofErr w:type="spellEnd"/>
      <w:r w:rsidRPr="00AA268C">
        <w:rPr>
          <w:rFonts w:ascii="Times New Roman" w:hAnsi="Times New Roman"/>
          <w:sz w:val="24"/>
        </w:rPr>
        <w:t xml:space="preserve"> </w:t>
      </w:r>
      <w:proofErr w:type="spellStart"/>
      <w:r w:rsidRPr="00AA268C">
        <w:rPr>
          <w:rFonts w:ascii="Times New Roman" w:hAnsi="Times New Roman"/>
          <w:sz w:val="24"/>
        </w:rPr>
        <w:t>asing</w:t>
      </w:r>
      <w:proofErr w:type="spellEnd"/>
      <w:r w:rsidRPr="00AA268C">
        <w:rPr>
          <w:rFonts w:ascii="Times New Roman" w:hAnsi="Times New Roman"/>
          <w:sz w:val="24"/>
        </w:rPr>
        <w:t xml:space="preserve">, </w:t>
      </w:r>
      <w:proofErr w:type="spellStart"/>
      <w:r w:rsidRPr="00AA268C">
        <w:rPr>
          <w:rFonts w:ascii="Times New Roman" w:hAnsi="Times New Roman"/>
          <w:sz w:val="24"/>
        </w:rPr>
        <w:t>penelitian</w:t>
      </w:r>
      <w:proofErr w:type="spellEnd"/>
      <w:r w:rsidRPr="00AA268C">
        <w:rPr>
          <w:rFonts w:ascii="Times New Roman" w:hAnsi="Times New Roman"/>
          <w:sz w:val="24"/>
        </w:rPr>
        <w:t xml:space="preserve"> </w:t>
      </w:r>
      <w:proofErr w:type="spellStart"/>
      <w:r w:rsidRPr="00AA268C">
        <w:rPr>
          <w:rFonts w:ascii="Times New Roman" w:hAnsi="Times New Roman"/>
          <w:sz w:val="24"/>
        </w:rPr>
        <w:t>ini</w:t>
      </w:r>
      <w:proofErr w:type="spellEnd"/>
      <w:r w:rsidRPr="00AA268C">
        <w:rPr>
          <w:rFonts w:ascii="Times New Roman" w:hAnsi="Times New Roman"/>
          <w:sz w:val="24"/>
        </w:rPr>
        <w:t xml:space="preserve"> </w:t>
      </w:r>
      <w:proofErr w:type="spellStart"/>
      <w:r w:rsidRPr="00AA268C">
        <w:rPr>
          <w:rFonts w:ascii="Times New Roman" w:hAnsi="Times New Roman"/>
          <w:sz w:val="24"/>
        </w:rPr>
        <w:t>dapat</w:t>
      </w:r>
      <w:proofErr w:type="spellEnd"/>
      <w:r w:rsidRPr="00AA268C">
        <w:rPr>
          <w:rFonts w:ascii="Times New Roman" w:hAnsi="Times New Roman"/>
          <w:sz w:val="24"/>
        </w:rPr>
        <w:t xml:space="preserve"> </w:t>
      </w:r>
      <w:proofErr w:type="spellStart"/>
      <w:r w:rsidRPr="00AA268C">
        <w:rPr>
          <w:rFonts w:ascii="Times New Roman" w:hAnsi="Times New Roman"/>
          <w:sz w:val="24"/>
        </w:rPr>
        <w:t>memberikan</w:t>
      </w:r>
      <w:proofErr w:type="spellEnd"/>
      <w:r w:rsidRPr="00AA268C">
        <w:rPr>
          <w:rFonts w:ascii="Times New Roman" w:hAnsi="Times New Roman"/>
          <w:sz w:val="24"/>
        </w:rPr>
        <w:t xml:space="preserve"> </w:t>
      </w:r>
      <w:proofErr w:type="spellStart"/>
      <w:r w:rsidRPr="00AA268C">
        <w:rPr>
          <w:rFonts w:ascii="Times New Roman" w:hAnsi="Times New Roman"/>
          <w:sz w:val="24"/>
        </w:rPr>
        <w:t>gambaran</w:t>
      </w:r>
      <w:proofErr w:type="spellEnd"/>
      <w:r w:rsidRPr="00AA268C">
        <w:rPr>
          <w:rFonts w:ascii="Times New Roman" w:hAnsi="Times New Roman"/>
          <w:sz w:val="24"/>
        </w:rPr>
        <w:t xml:space="preserve"> </w:t>
      </w:r>
      <w:proofErr w:type="spellStart"/>
      <w:r w:rsidRPr="00AA268C">
        <w:rPr>
          <w:rFonts w:ascii="Times New Roman" w:hAnsi="Times New Roman"/>
          <w:sz w:val="24"/>
        </w:rPr>
        <w:t>mengenai</w:t>
      </w:r>
      <w:proofErr w:type="spellEnd"/>
      <w:r w:rsidRPr="00AA268C">
        <w:rPr>
          <w:rFonts w:ascii="Times New Roman" w:hAnsi="Times New Roman"/>
          <w:sz w:val="24"/>
        </w:rPr>
        <w:t xml:space="preserve"> </w:t>
      </w:r>
      <w:proofErr w:type="spellStart"/>
      <w:r w:rsidRPr="00AA268C">
        <w:rPr>
          <w:rFonts w:ascii="Times New Roman" w:hAnsi="Times New Roman"/>
          <w:sz w:val="24"/>
        </w:rPr>
        <w:t>tantangan</w:t>
      </w:r>
      <w:proofErr w:type="spellEnd"/>
      <w:r w:rsidRPr="00AA268C">
        <w:rPr>
          <w:rFonts w:ascii="Times New Roman" w:hAnsi="Times New Roman"/>
          <w:sz w:val="24"/>
        </w:rPr>
        <w:t xml:space="preserve"> </w:t>
      </w:r>
      <w:proofErr w:type="spellStart"/>
      <w:r w:rsidRPr="00AA268C">
        <w:rPr>
          <w:rFonts w:ascii="Times New Roman" w:hAnsi="Times New Roman"/>
          <w:sz w:val="24"/>
        </w:rPr>
        <w:t>komunikasi</w:t>
      </w:r>
      <w:proofErr w:type="spellEnd"/>
      <w:r w:rsidRPr="00AA268C">
        <w:rPr>
          <w:rFonts w:ascii="Times New Roman" w:hAnsi="Times New Roman"/>
          <w:sz w:val="24"/>
        </w:rPr>
        <w:t xml:space="preserve"> dan strategi </w:t>
      </w:r>
      <w:proofErr w:type="spellStart"/>
      <w:r w:rsidRPr="00AA268C">
        <w:rPr>
          <w:rFonts w:ascii="Times New Roman" w:hAnsi="Times New Roman"/>
          <w:sz w:val="24"/>
        </w:rPr>
        <w:t>adaptasi</w:t>
      </w:r>
      <w:proofErr w:type="spellEnd"/>
      <w:r w:rsidRPr="00AA268C">
        <w:rPr>
          <w:rFonts w:ascii="Times New Roman" w:hAnsi="Times New Roman"/>
          <w:sz w:val="24"/>
        </w:rPr>
        <w:t xml:space="preserve"> di hotel </w:t>
      </w:r>
      <w:proofErr w:type="spellStart"/>
      <w:r w:rsidRPr="00AA268C">
        <w:rPr>
          <w:rFonts w:ascii="Times New Roman" w:hAnsi="Times New Roman"/>
          <w:sz w:val="24"/>
        </w:rPr>
        <w:t>Jepang</w:t>
      </w:r>
      <w:proofErr w:type="spellEnd"/>
      <w:r w:rsidRPr="00AA268C">
        <w:rPr>
          <w:rFonts w:ascii="Times New Roman" w:hAnsi="Times New Roman"/>
          <w:sz w:val="24"/>
        </w:rPr>
        <w:t>.</w:t>
      </w:r>
    </w:p>
    <w:p w14:paraId="7DAFA7F8" w14:textId="77777777" w:rsidR="006006FE" w:rsidRDefault="00156FA5">
      <w:pPr>
        <w:pStyle w:val="ListParagraph"/>
        <w:numPr>
          <w:ilvl w:val="0"/>
          <w:numId w:val="13"/>
        </w:numPr>
        <w:spacing w:after="0" w:line="360" w:lineRule="auto"/>
        <w:ind w:left="851"/>
        <w:jc w:val="both"/>
      </w:pPr>
      <w:r w:rsidRPr="00AA268C">
        <w:rPr>
          <w:rFonts w:ascii="Times New Roman" w:hAnsi="Times New Roman"/>
          <w:sz w:val="24"/>
        </w:rPr>
        <w:t xml:space="preserve">Bagi </w:t>
      </w:r>
      <w:proofErr w:type="spellStart"/>
      <w:r w:rsidRPr="00AA268C">
        <w:rPr>
          <w:rFonts w:ascii="Times New Roman" w:hAnsi="Times New Roman"/>
          <w:sz w:val="24"/>
        </w:rPr>
        <w:t>industri</w:t>
      </w:r>
      <w:proofErr w:type="spellEnd"/>
      <w:r w:rsidRPr="00AA268C">
        <w:rPr>
          <w:rFonts w:ascii="Times New Roman" w:hAnsi="Times New Roman"/>
          <w:sz w:val="24"/>
        </w:rPr>
        <w:t xml:space="preserve"> </w:t>
      </w:r>
      <w:r w:rsidRPr="00EB64E7">
        <w:rPr>
          <w:rFonts w:ascii="Times New Roman" w:hAnsi="Times New Roman"/>
          <w:i/>
          <w:iCs/>
          <w:sz w:val="24"/>
        </w:rPr>
        <w:t>hospitality,</w:t>
      </w:r>
      <w:r w:rsidRPr="00AA268C">
        <w:rPr>
          <w:rFonts w:ascii="Times New Roman" w:hAnsi="Times New Roman"/>
          <w:sz w:val="24"/>
        </w:rPr>
        <w:t xml:space="preserve"> </w:t>
      </w:r>
      <w:proofErr w:type="spellStart"/>
      <w:r w:rsidRPr="00AA268C">
        <w:rPr>
          <w:rFonts w:ascii="Times New Roman" w:hAnsi="Times New Roman"/>
          <w:sz w:val="24"/>
        </w:rPr>
        <w:t>penelitian</w:t>
      </w:r>
      <w:proofErr w:type="spellEnd"/>
      <w:r w:rsidRPr="00AA268C">
        <w:rPr>
          <w:rFonts w:ascii="Times New Roman" w:hAnsi="Times New Roman"/>
          <w:sz w:val="24"/>
        </w:rPr>
        <w:t xml:space="preserve"> </w:t>
      </w:r>
      <w:proofErr w:type="spellStart"/>
      <w:r w:rsidRPr="00AA268C">
        <w:rPr>
          <w:rFonts w:ascii="Times New Roman" w:hAnsi="Times New Roman"/>
          <w:sz w:val="24"/>
        </w:rPr>
        <w:t>ini</w:t>
      </w:r>
      <w:proofErr w:type="spellEnd"/>
      <w:r w:rsidRPr="00AA268C">
        <w:rPr>
          <w:rFonts w:ascii="Times New Roman" w:hAnsi="Times New Roman"/>
          <w:sz w:val="24"/>
        </w:rPr>
        <w:t xml:space="preserve"> </w:t>
      </w:r>
      <w:proofErr w:type="spellStart"/>
      <w:r w:rsidRPr="00AA268C">
        <w:rPr>
          <w:rFonts w:ascii="Times New Roman" w:hAnsi="Times New Roman"/>
          <w:sz w:val="24"/>
        </w:rPr>
        <w:t>dapat</w:t>
      </w:r>
      <w:proofErr w:type="spellEnd"/>
      <w:r w:rsidRPr="00AA268C">
        <w:rPr>
          <w:rFonts w:ascii="Times New Roman" w:hAnsi="Times New Roman"/>
          <w:sz w:val="24"/>
        </w:rPr>
        <w:t xml:space="preserve"> </w:t>
      </w:r>
      <w:proofErr w:type="spellStart"/>
      <w:r w:rsidRPr="00AA268C">
        <w:rPr>
          <w:rFonts w:ascii="Times New Roman" w:hAnsi="Times New Roman"/>
          <w:sz w:val="24"/>
        </w:rPr>
        <w:t>menjadi</w:t>
      </w:r>
      <w:proofErr w:type="spellEnd"/>
      <w:r w:rsidRPr="00AA268C">
        <w:rPr>
          <w:rFonts w:ascii="Times New Roman" w:hAnsi="Times New Roman"/>
          <w:sz w:val="24"/>
        </w:rPr>
        <w:t xml:space="preserve"> </w:t>
      </w:r>
      <w:proofErr w:type="spellStart"/>
      <w:r w:rsidRPr="00AA268C">
        <w:rPr>
          <w:rFonts w:ascii="Times New Roman" w:hAnsi="Times New Roman"/>
          <w:sz w:val="24"/>
        </w:rPr>
        <w:t>bahan</w:t>
      </w:r>
      <w:proofErr w:type="spellEnd"/>
      <w:r w:rsidRPr="00AA268C">
        <w:rPr>
          <w:rFonts w:ascii="Times New Roman" w:hAnsi="Times New Roman"/>
          <w:sz w:val="24"/>
        </w:rPr>
        <w:t xml:space="preserve"> </w:t>
      </w:r>
      <w:proofErr w:type="spellStart"/>
      <w:r w:rsidRPr="00AA268C">
        <w:rPr>
          <w:rFonts w:ascii="Times New Roman" w:hAnsi="Times New Roman"/>
          <w:sz w:val="24"/>
        </w:rPr>
        <w:t>evaluasi</w:t>
      </w:r>
      <w:proofErr w:type="spellEnd"/>
      <w:r w:rsidRPr="00AA268C">
        <w:rPr>
          <w:rFonts w:ascii="Times New Roman" w:hAnsi="Times New Roman"/>
          <w:sz w:val="24"/>
        </w:rPr>
        <w:t xml:space="preserve"> </w:t>
      </w:r>
      <w:proofErr w:type="spellStart"/>
      <w:r w:rsidRPr="00AA268C">
        <w:rPr>
          <w:rFonts w:ascii="Times New Roman" w:hAnsi="Times New Roman"/>
          <w:sz w:val="24"/>
        </w:rPr>
        <w:t>dalam</w:t>
      </w:r>
      <w:proofErr w:type="spellEnd"/>
      <w:r w:rsidRPr="00AA268C">
        <w:rPr>
          <w:rFonts w:ascii="Times New Roman" w:hAnsi="Times New Roman"/>
          <w:sz w:val="24"/>
        </w:rPr>
        <w:t xml:space="preserve"> </w:t>
      </w:r>
      <w:proofErr w:type="spellStart"/>
      <w:r w:rsidRPr="00AA268C">
        <w:rPr>
          <w:rFonts w:ascii="Times New Roman" w:hAnsi="Times New Roman"/>
          <w:sz w:val="24"/>
        </w:rPr>
        <w:t>meningkatkan</w:t>
      </w:r>
      <w:proofErr w:type="spellEnd"/>
      <w:r w:rsidRPr="00AA268C">
        <w:rPr>
          <w:rFonts w:ascii="Times New Roman" w:hAnsi="Times New Roman"/>
          <w:sz w:val="24"/>
        </w:rPr>
        <w:t xml:space="preserve"> </w:t>
      </w:r>
      <w:proofErr w:type="spellStart"/>
      <w:r w:rsidRPr="00AA268C">
        <w:rPr>
          <w:rFonts w:ascii="Times New Roman" w:hAnsi="Times New Roman"/>
          <w:sz w:val="24"/>
        </w:rPr>
        <w:t>komunikasi</w:t>
      </w:r>
      <w:proofErr w:type="spellEnd"/>
      <w:r w:rsidRPr="00AA268C">
        <w:rPr>
          <w:rFonts w:ascii="Times New Roman" w:hAnsi="Times New Roman"/>
          <w:sz w:val="24"/>
        </w:rPr>
        <w:t xml:space="preserve"> </w:t>
      </w:r>
      <w:proofErr w:type="spellStart"/>
      <w:r w:rsidRPr="00AA268C">
        <w:rPr>
          <w:rFonts w:ascii="Times New Roman" w:hAnsi="Times New Roman"/>
          <w:sz w:val="24"/>
        </w:rPr>
        <w:t>lintas</w:t>
      </w:r>
      <w:proofErr w:type="spellEnd"/>
      <w:r w:rsidRPr="00AA268C">
        <w:rPr>
          <w:rFonts w:ascii="Times New Roman" w:hAnsi="Times New Roman"/>
          <w:sz w:val="24"/>
        </w:rPr>
        <w:t xml:space="preserve"> </w:t>
      </w:r>
      <w:proofErr w:type="spellStart"/>
      <w:r w:rsidRPr="00AA268C">
        <w:rPr>
          <w:rFonts w:ascii="Times New Roman" w:hAnsi="Times New Roman"/>
          <w:sz w:val="24"/>
        </w:rPr>
        <w:t>budaya</w:t>
      </w:r>
      <w:proofErr w:type="spellEnd"/>
      <w:r w:rsidRPr="00AA268C">
        <w:rPr>
          <w:rFonts w:ascii="Times New Roman" w:hAnsi="Times New Roman"/>
          <w:sz w:val="24"/>
        </w:rPr>
        <w:t xml:space="preserve"> di </w:t>
      </w:r>
      <w:proofErr w:type="spellStart"/>
      <w:r w:rsidRPr="00AA268C">
        <w:rPr>
          <w:rFonts w:ascii="Times New Roman" w:hAnsi="Times New Roman"/>
          <w:sz w:val="24"/>
        </w:rPr>
        <w:t>lingkungan</w:t>
      </w:r>
      <w:proofErr w:type="spellEnd"/>
      <w:r w:rsidRPr="00AA268C">
        <w:rPr>
          <w:rFonts w:ascii="Times New Roman" w:hAnsi="Times New Roman"/>
          <w:sz w:val="24"/>
        </w:rPr>
        <w:t xml:space="preserve"> </w:t>
      </w:r>
      <w:proofErr w:type="spellStart"/>
      <w:r w:rsidRPr="00AA268C">
        <w:rPr>
          <w:rFonts w:ascii="Times New Roman" w:hAnsi="Times New Roman"/>
          <w:sz w:val="24"/>
        </w:rPr>
        <w:t>kerja</w:t>
      </w:r>
      <w:proofErr w:type="spellEnd"/>
      <w:r w:rsidRPr="00AA268C">
        <w:rPr>
          <w:rFonts w:ascii="Times New Roman" w:hAnsi="Times New Roman"/>
          <w:sz w:val="24"/>
        </w:rPr>
        <w:t xml:space="preserve"> </w:t>
      </w:r>
      <w:proofErr w:type="spellStart"/>
      <w:r w:rsidRPr="00AA268C">
        <w:rPr>
          <w:rFonts w:ascii="Times New Roman" w:hAnsi="Times New Roman"/>
          <w:sz w:val="24"/>
        </w:rPr>
        <w:t>internasional</w:t>
      </w:r>
      <w:proofErr w:type="spellEnd"/>
      <w:r w:rsidRPr="00AA268C">
        <w:rPr>
          <w:rFonts w:ascii="Times New Roman" w:hAnsi="Times New Roman"/>
          <w:sz w:val="24"/>
        </w:rPr>
        <w:t>.</w:t>
      </w:r>
    </w:p>
    <w:p w14:paraId="56CBDA64" w14:textId="77777777" w:rsidR="006006FE" w:rsidRDefault="00156FA5">
      <w:pPr>
        <w:pStyle w:val="ListParagraph"/>
        <w:numPr>
          <w:ilvl w:val="0"/>
          <w:numId w:val="13"/>
        </w:numPr>
        <w:spacing w:after="0" w:line="360" w:lineRule="auto"/>
        <w:ind w:left="851"/>
        <w:jc w:val="both"/>
      </w:pPr>
      <w:r w:rsidRPr="00AA268C">
        <w:rPr>
          <w:rFonts w:ascii="Times New Roman" w:hAnsi="Times New Roman"/>
          <w:sz w:val="24"/>
        </w:rPr>
        <w:t xml:space="preserve">Bagi </w:t>
      </w:r>
      <w:proofErr w:type="spellStart"/>
      <w:r w:rsidRPr="00AA268C">
        <w:rPr>
          <w:rFonts w:ascii="Times New Roman" w:hAnsi="Times New Roman"/>
          <w:sz w:val="24"/>
        </w:rPr>
        <w:t>peneliti</w:t>
      </w:r>
      <w:proofErr w:type="spellEnd"/>
      <w:r w:rsidRPr="00AA268C">
        <w:rPr>
          <w:rFonts w:ascii="Times New Roman" w:hAnsi="Times New Roman"/>
          <w:sz w:val="24"/>
        </w:rPr>
        <w:t xml:space="preserve"> </w:t>
      </w:r>
      <w:proofErr w:type="spellStart"/>
      <w:r w:rsidRPr="00AA268C">
        <w:rPr>
          <w:rFonts w:ascii="Times New Roman" w:hAnsi="Times New Roman"/>
          <w:sz w:val="24"/>
        </w:rPr>
        <w:t>selanjutnya</w:t>
      </w:r>
      <w:proofErr w:type="spellEnd"/>
      <w:r w:rsidRPr="00AA268C">
        <w:rPr>
          <w:rFonts w:ascii="Times New Roman" w:hAnsi="Times New Roman"/>
          <w:sz w:val="24"/>
        </w:rPr>
        <w:t xml:space="preserve">, </w:t>
      </w:r>
      <w:proofErr w:type="spellStart"/>
      <w:r w:rsidRPr="00AA268C">
        <w:rPr>
          <w:rFonts w:ascii="Times New Roman" w:hAnsi="Times New Roman"/>
          <w:sz w:val="24"/>
        </w:rPr>
        <w:t>penelitian</w:t>
      </w:r>
      <w:proofErr w:type="spellEnd"/>
      <w:r w:rsidRPr="00AA268C">
        <w:rPr>
          <w:rFonts w:ascii="Times New Roman" w:hAnsi="Times New Roman"/>
          <w:sz w:val="24"/>
        </w:rPr>
        <w:t xml:space="preserve"> </w:t>
      </w:r>
      <w:proofErr w:type="spellStart"/>
      <w:r w:rsidRPr="00AA268C">
        <w:rPr>
          <w:rFonts w:ascii="Times New Roman" w:hAnsi="Times New Roman"/>
          <w:sz w:val="24"/>
        </w:rPr>
        <w:t>ini</w:t>
      </w:r>
      <w:proofErr w:type="spellEnd"/>
      <w:r w:rsidRPr="00AA268C">
        <w:rPr>
          <w:rFonts w:ascii="Times New Roman" w:hAnsi="Times New Roman"/>
          <w:sz w:val="24"/>
        </w:rPr>
        <w:t xml:space="preserve"> </w:t>
      </w:r>
      <w:proofErr w:type="spellStart"/>
      <w:r w:rsidRPr="00AA268C">
        <w:rPr>
          <w:rFonts w:ascii="Times New Roman" w:hAnsi="Times New Roman"/>
          <w:sz w:val="24"/>
        </w:rPr>
        <w:t>dapat</w:t>
      </w:r>
      <w:proofErr w:type="spellEnd"/>
      <w:r w:rsidRPr="00AA268C">
        <w:rPr>
          <w:rFonts w:ascii="Times New Roman" w:hAnsi="Times New Roman"/>
          <w:sz w:val="24"/>
        </w:rPr>
        <w:t xml:space="preserve"> </w:t>
      </w:r>
      <w:proofErr w:type="spellStart"/>
      <w:r w:rsidRPr="00AA268C">
        <w:rPr>
          <w:rFonts w:ascii="Times New Roman" w:hAnsi="Times New Roman"/>
          <w:sz w:val="24"/>
        </w:rPr>
        <w:t>menjadi</w:t>
      </w:r>
      <w:proofErr w:type="spellEnd"/>
      <w:r w:rsidRPr="00AA268C">
        <w:rPr>
          <w:rFonts w:ascii="Times New Roman" w:hAnsi="Times New Roman"/>
          <w:sz w:val="24"/>
        </w:rPr>
        <w:t xml:space="preserve"> </w:t>
      </w:r>
      <w:proofErr w:type="spellStart"/>
      <w:r w:rsidRPr="00AA268C">
        <w:rPr>
          <w:rFonts w:ascii="Times New Roman" w:hAnsi="Times New Roman"/>
          <w:sz w:val="24"/>
        </w:rPr>
        <w:t>referensi</w:t>
      </w:r>
      <w:proofErr w:type="spellEnd"/>
      <w:r w:rsidRPr="00AA268C">
        <w:rPr>
          <w:rFonts w:ascii="Times New Roman" w:hAnsi="Times New Roman"/>
          <w:sz w:val="24"/>
        </w:rPr>
        <w:t xml:space="preserve"> </w:t>
      </w:r>
      <w:proofErr w:type="spellStart"/>
      <w:r w:rsidRPr="00AA268C">
        <w:rPr>
          <w:rFonts w:ascii="Times New Roman" w:hAnsi="Times New Roman"/>
          <w:sz w:val="24"/>
        </w:rPr>
        <w:t>tambahan</w:t>
      </w:r>
      <w:proofErr w:type="spellEnd"/>
      <w:r w:rsidRPr="00AA268C">
        <w:rPr>
          <w:rFonts w:ascii="Times New Roman" w:hAnsi="Times New Roman"/>
          <w:sz w:val="24"/>
        </w:rPr>
        <w:t xml:space="preserve"> </w:t>
      </w:r>
      <w:proofErr w:type="spellStart"/>
      <w:r w:rsidRPr="00AA268C">
        <w:rPr>
          <w:rFonts w:ascii="Times New Roman" w:hAnsi="Times New Roman"/>
          <w:sz w:val="24"/>
        </w:rPr>
        <w:t>dalam</w:t>
      </w:r>
      <w:proofErr w:type="spellEnd"/>
      <w:r w:rsidRPr="00AA268C">
        <w:rPr>
          <w:rFonts w:ascii="Times New Roman" w:hAnsi="Times New Roman"/>
          <w:sz w:val="24"/>
        </w:rPr>
        <w:t xml:space="preserve"> </w:t>
      </w:r>
      <w:proofErr w:type="spellStart"/>
      <w:r w:rsidRPr="00AA268C">
        <w:rPr>
          <w:rFonts w:ascii="Times New Roman" w:hAnsi="Times New Roman"/>
          <w:sz w:val="24"/>
        </w:rPr>
        <w:t>penelitian</w:t>
      </w:r>
      <w:proofErr w:type="spellEnd"/>
      <w:r w:rsidRPr="00AA268C">
        <w:rPr>
          <w:rFonts w:ascii="Times New Roman" w:hAnsi="Times New Roman"/>
          <w:sz w:val="24"/>
        </w:rPr>
        <w:t xml:space="preserve"> </w:t>
      </w:r>
      <w:proofErr w:type="spellStart"/>
      <w:r w:rsidRPr="00AA268C">
        <w:rPr>
          <w:rFonts w:ascii="Times New Roman" w:hAnsi="Times New Roman"/>
          <w:sz w:val="24"/>
        </w:rPr>
        <w:t>komunikasi</w:t>
      </w:r>
      <w:proofErr w:type="spellEnd"/>
      <w:r w:rsidRPr="00AA268C">
        <w:rPr>
          <w:rFonts w:ascii="Times New Roman" w:hAnsi="Times New Roman"/>
          <w:sz w:val="24"/>
        </w:rPr>
        <w:t xml:space="preserve"> </w:t>
      </w:r>
      <w:proofErr w:type="spellStart"/>
      <w:r w:rsidRPr="00AA268C">
        <w:rPr>
          <w:rFonts w:ascii="Times New Roman" w:hAnsi="Times New Roman"/>
          <w:sz w:val="24"/>
        </w:rPr>
        <w:t>antarbudaya</w:t>
      </w:r>
      <w:proofErr w:type="spellEnd"/>
      <w:r w:rsidRPr="00AA268C">
        <w:rPr>
          <w:rFonts w:ascii="Times New Roman" w:hAnsi="Times New Roman"/>
          <w:sz w:val="24"/>
        </w:rPr>
        <w:t>.</w:t>
      </w:r>
    </w:p>
    <w:p w14:paraId="65860D8F" w14:textId="77777777" w:rsidR="00AE1560" w:rsidRDefault="00AE1560">
      <w:pPr>
        <w:rPr>
          <w:rFonts w:ascii="Times New Roman" w:eastAsiaTheme="majorEastAsia" w:hAnsi="Times New Roman" w:cs="Times New Roman"/>
          <w:b/>
          <w:bCs/>
          <w:sz w:val="24"/>
          <w:szCs w:val="24"/>
        </w:rPr>
      </w:pPr>
      <w:r>
        <w:rPr>
          <w:rFonts w:ascii="Times New Roman" w:hAnsi="Times New Roman" w:cs="Times New Roman"/>
          <w:sz w:val="24"/>
          <w:szCs w:val="24"/>
        </w:rPr>
        <w:br w:type="page"/>
      </w:r>
    </w:p>
    <w:p w14:paraId="62C321FB" w14:textId="77777777" w:rsidR="002A1843" w:rsidRDefault="00156FA5" w:rsidP="00AE1560">
      <w:pPr>
        <w:pStyle w:val="Heading1"/>
        <w:spacing w:before="0" w:line="360" w:lineRule="auto"/>
        <w:jc w:val="center"/>
        <w:rPr>
          <w:rFonts w:ascii="Times New Roman" w:hAnsi="Times New Roman" w:cs="Times New Roman"/>
          <w:color w:val="auto"/>
          <w:sz w:val="24"/>
          <w:szCs w:val="24"/>
        </w:rPr>
      </w:pPr>
      <w:bookmarkStart w:id="18" w:name="_Toc235679960"/>
      <w:bookmarkStart w:id="19" w:name="_Toc236409613"/>
      <w:bookmarkStart w:id="20" w:name="_Toc238410167"/>
      <w:bookmarkStart w:id="21" w:name="_Toc238448288"/>
      <w:r w:rsidRPr="00AE1560">
        <w:rPr>
          <w:rFonts w:ascii="Times New Roman" w:hAnsi="Times New Roman" w:cs="Times New Roman"/>
          <w:color w:val="auto"/>
          <w:sz w:val="24"/>
          <w:szCs w:val="24"/>
        </w:rPr>
        <w:t>BAB II</w:t>
      </w:r>
      <w:bookmarkEnd w:id="18"/>
      <w:bookmarkEnd w:id="19"/>
      <w:bookmarkEnd w:id="20"/>
      <w:bookmarkEnd w:id="21"/>
      <w:r w:rsidR="00AA268C" w:rsidRPr="00AE1560">
        <w:rPr>
          <w:rFonts w:ascii="Times New Roman" w:hAnsi="Times New Roman" w:cs="Times New Roman"/>
          <w:color w:val="auto"/>
          <w:sz w:val="24"/>
          <w:szCs w:val="24"/>
        </w:rPr>
        <w:t xml:space="preserve"> </w:t>
      </w:r>
    </w:p>
    <w:p w14:paraId="72FB7DC3" w14:textId="77777777" w:rsidR="003F6CE3" w:rsidRPr="00AE1560" w:rsidRDefault="00156FA5" w:rsidP="00AE1560">
      <w:pPr>
        <w:pStyle w:val="Heading1"/>
        <w:spacing w:before="0" w:line="360" w:lineRule="auto"/>
        <w:jc w:val="center"/>
        <w:rPr>
          <w:rFonts w:ascii="Times New Roman" w:hAnsi="Times New Roman" w:cs="Times New Roman"/>
          <w:color w:val="auto"/>
          <w:sz w:val="24"/>
          <w:szCs w:val="24"/>
        </w:rPr>
      </w:pPr>
      <w:bookmarkStart w:id="22" w:name="_Toc238448289"/>
      <w:r w:rsidRPr="00AE1560">
        <w:rPr>
          <w:rFonts w:ascii="Times New Roman" w:hAnsi="Times New Roman" w:cs="Times New Roman"/>
          <w:color w:val="auto"/>
          <w:sz w:val="24"/>
          <w:szCs w:val="24"/>
        </w:rPr>
        <w:t>TINJAUAN PUSTAKA</w:t>
      </w:r>
      <w:bookmarkEnd w:id="22"/>
    </w:p>
    <w:p w14:paraId="35148B0A" w14:textId="77777777" w:rsidR="00AA268C" w:rsidRPr="00AE1560" w:rsidRDefault="00AA268C" w:rsidP="00AE1560">
      <w:pPr>
        <w:spacing w:after="0" w:line="360" w:lineRule="auto"/>
        <w:rPr>
          <w:rFonts w:ascii="Times New Roman" w:hAnsi="Times New Roman" w:cs="Times New Roman"/>
          <w:sz w:val="24"/>
          <w:szCs w:val="24"/>
        </w:rPr>
      </w:pPr>
    </w:p>
    <w:p w14:paraId="7026D95E" w14:textId="77777777" w:rsidR="003F6CE3" w:rsidRPr="00EB64E7" w:rsidRDefault="00156FA5">
      <w:pPr>
        <w:pStyle w:val="Heading2"/>
        <w:numPr>
          <w:ilvl w:val="0"/>
          <w:numId w:val="14"/>
        </w:numPr>
        <w:spacing w:before="0" w:line="360" w:lineRule="auto"/>
        <w:ind w:left="284"/>
        <w:rPr>
          <w:rFonts w:ascii="Times New Roman" w:hAnsi="Times New Roman" w:cs="Times New Roman"/>
          <w:color w:val="auto"/>
          <w:sz w:val="24"/>
          <w:szCs w:val="24"/>
        </w:rPr>
      </w:pPr>
      <w:bookmarkStart w:id="23" w:name="_Toc238448290"/>
      <w:r w:rsidRPr="00EB64E7">
        <w:rPr>
          <w:rFonts w:ascii="Times New Roman" w:hAnsi="Times New Roman" w:cs="Times New Roman"/>
          <w:color w:val="auto"/>
          <w:sz w:val="24"/>
          <w:szCs w:val="24"/>
        </w:rPr>
        <w:t>Kajian Teori</w:t>
      </w:r>
      <w:bookmarkEnd w:id="23"/>
      <w:r w:rsidR="00EC75D7" w:rsidRPr="00EB64E7">
        <w:rPr>
          <w:rFonts w:ascii="Times New Roman" w:hAnsi="Times New Roman" w:cs="Times New Roman"/>
          <w:color w:val="auto"/>
          <w:sz w:val="24"/>
          <w:szCs w:val="24"/>
        </w:rPr>
        <w:t xml:space="preserve"> </w:t>
      </w:r>
    </w:p>
    <w:p w14:paraId="1D6DEA14" w14:textId="77777777" w:rsidR="003F6CE3" w:rsidRPr="00EB64E7" w:rsidRDefault="00156FA5">
      <w:pPr>
        <w:pStyle w:val="Heading3"/>
        <w:numPr>
          <w:ilvl w:val="2"/>
          <w:numId w:val="15"/>
        </w:numPr>
        <w:spacing w:before="0" w:line="360" w:lineRule="auto"/>
        <w:ind w:left="426" w:hanging="283"/>
        <w:rPr>
          <w:rFonts w:ascii="Times New Roman" w:hAnsi="Times New Roman" w:cs="Times New Roman"/>
          <w:b w:val="0"/>
          <w:bCs w:val="0"/>
          <w:color w:val="auto"/>
          <w:sz w:val="24"/>
          <w:szCs w:val="24"/>
        </w:rPr>
      </w:pPr>
      <w:bookmarkStart w:id="24" w:name="_Toc238448291"/>
      <w:proofErr w:type="spellStart"/>
      <w:r w:rsidRPr="00EB64E7">
        <w:rPr>
          <w:rFonts w:ascii="Times New Roman" w:hAnsi="Times New Roman" w:cs="Times New Roman"/>
          <w:b w:val="0"/>
          <w:bCs w:val="0"/>
          <w:color w:val="auto"/>
          <w:sz w:val="24"/>
          <w:szCs w:val="24"/>
        </w:rPr>
        <w:t>Komunikasi</w:t>
      </w:r>
      <w:proofErr w:type="spellEnd"/>
      <w:r w:rsidRPr="00EB64E7">
        <w:rPr>
          <w:rFonts w:ascii="Times New Roman" w:hAnsi="Times New Roman" w:cs="Times New Roman"/>
          <w:b w:val="0"/>
          <w:bCs w:val="0"/>
          <w:color w:val="auto"/>
          <w:sz w:val="24"/>
          <w:szCs w:val="24"/>
        </w:rPr>
        <w:t xml:space="preserve"> Antar </w:t>
      </w:r>
      <w:proofErr w:type="spellStart"/>
      <w:r w:rsidRPr="00EB64E7">
        <w:rPr>
          <w:rFonts w:ascii="Times New Roman" w:hAnsi="Times New Roman" w:cs="Times New Roman"/>
          <w:b w:val="0"/>
          <w:bCs w:val="0"/>
          <w:color w:val="auto"/>
          <w:sz w:val="24"/>
          <w:szCs w:val="24"/>
        </w:rPr>
        <w:t>Budaya</w:t>
      </w:r>
      <w:bookmarkEnd w:id="24"/>
      <w:proofErr w:type="spellEnd"/>
      <w:r w:rsidR="00EC75D7" w:rsidRPr="00EB64E7">
        <w:rPr>
          <w:rFonts w:ascii="Times New Roman" w:hAnsi="Times New Roman" w:cs="Times New Roman"/>
          <w:b w:val="0"/>
          <w:bCs w:val="0"/>
          <w:color w:val="auto"/>
          <w:sz w:val="24"/>
          <w:szCs w:val="24"/>
        </w:rPr>
        <w:t xml:space="preserve"> </w:t>
      </w:r>
    </w:p>
    <w:p w14:paraId="1CB9CFB8" w14:textId="77777777" w:rsidR="003F6CE3" w:rsidRPr="00AE1560" w:rsidRDefault="00156FA5" w:rsidP="000D1C64">
      <w:pPr>
        <w:spacing w:after="0" w:line="360" w:lineRule="auto"/>
        <w:ind w:left="709" w:firstLine="720"/>
        <w:jc w:val="both"/>
        <w:rPr>
          <w:rFonts w:ascii="Times New Roman" w:hAnsi="Times New Roman" w:cs="Times New Roman"/>
          <w:sz w:val="24"/>
          <w:szCs w:val="24"/>
        </w:rPr>
      </w:pPr>
      <w:r w:rsidRPr="00AE1560">
        <w:rPr>
          <w:rFonts w:ascii="Times New Roman" w:hAnsi="Times New Roman" w:cs="Times New Roman"/>
          <w:sz w:val="24"/>
          <w:szCs w:val="24"/>
        </w:rPr>
        <w:t xml:space="preserve">Dalam </w:t>
      </w:r>
      <w:proofErr w:type="spellStart"/>
      <w:r w:rsidRPr="00AE1560">
        <w:rPr>
          <w:rFonts w:ascii="Times New Roman" w:hAnsi="Times New Roman" w:cs="Times New Roman"/>
          <w:sz w:val="24"/>
          <w:szCs w:val="24"/>
        </w:rPr>
        <w:t>kajian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teori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kontemporer</w:t>
      </w:r>
      <w:proofErr w:type="spellEnd"/>
      <w:r w:rsidR="000D1C64">
        <w:rPr>
          <w:rFonts w:ascii="Times New Roman" w:hAnsi="Times New Roman" w:cs="Times New Roman"/>
          <w:sz w:val="24"/>
          <w:szCs w:val="24"/>
        </w:rPr>
        <w:t>,</w:t>
      </w:r>
      <w:r w:rsidRPr="00AE1560">
        <w:rPr>
          <w:rFonts w:ascii="Times New Roman" w:hAnsi="Times New Roman" w:cs="Times New Roman"/>
          <w:sz w:val="24"/>
          <w:szCs w:val="24"/>
        </w:rPr>
        <w:t xml:space="preserve"> </w:t>
      </w:r>
      <w:r w:rsidRPr="00EE4DF6">
        <w:rPr>
          <w:rFonts w:ascii="Times New Roman" w:hAnsi="Times New Roman" w:cs="Times New Roman"/>
          <w:color w:val="000000" w:themeColor="text1"/>
          <w:sz w:val="24"/>
          <w:szCs w:val="24"/>
        </w:rPr>
        <w:t>Neuliep</w:t>
      </w:r>
      <w:r w:rsidR="000D1C64" w:rsidRPr="00EE4DF6">
        <w:rPr>
          <w:rFonts w:ascii="Times New Roman" w:hAnsi="Times New Roman" w:cs="Times New Roman"/>
          <w:color w:val="000000" w:themeColor="text1"/>
          <w:sz w:val="24"/>
          <w:szCs w:val="24"/>
        </w:rPr>
        <w:t xml:space="preserve"> (2021)</w:t>
      </w:r>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menjelaskan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bahwa</w:t>
      </w:r>
      <w:proofErr w:type="spellEnd"/>
      <w:r w:rsidR="000D1C64"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bahwa</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komunikasi</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antar</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budaya</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merupakan</w:t>
      </w:r>
      <w:proofErr w:type="spellEnd"/>
      <w:r w:rsidRPr="00EE4DF6">
        <w:rPr>
          <w:rFonts w:ascii="Times New Roman" w:hAnsi="Times New Roman" w:cs="Times New Roman"/>
          <w:color w:val="000000" w:themeColor="text1"/>
          <w:sz w:val="24"/>
          <w:szCs w:val="24"/>
        </w:rPr>
        <w:t xml:space="preserve"> proses </w:t>
      </w:r>
      <w:proofErr w:type="spellStart"/>
      <w:r w:rsidRPr="00EE4DF6">
        <w:rPr>
          <w:rFonts w:ascii="Times New Roman" w:hAnsi="Times New Roman" w:cs="Times New Roman"/>
          <w:color w:val="000000" w:themeColor="text1"/>
          <w:sz w:val="24"/>
          <w:szCs w:val="24"/>
        </w:rPr>
        <w:t>pertukaran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pesan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atau</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informasi</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antara</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individu-individu</w:t>
      </w:r>
      <w:proofErr w:type="spellEnd"/>
      <w:r w:rsidRPr="00EE4DF6">
        <w:rPr>
          <w:rFonts w:ascii="Times New Roman" w:hAnsi="Times New Roman" w:cs="Times New Roman"/>
          <w:color w:val="000000" w:themeColor="text1"/>
          <w:sz w:val="24"/>
          <w:szCs w:val="24"/>
        </w:rPr>
        <w:t xml:space="preserve"> yang </w:t>
      </w:r>
      <w:proofErr w:type="spellStart"/>
      <w:r w:rsidRPr="00EE4DF6">
        <w:rPr>
          <w:rFonts w:ascii="Times New Roman" w:hAnsi="Times New Roman" w:cs="Times New Roman"/>
          <w:color w:val="000000" w:themeColor="text1"/>
          <w:sz w:val="24"/>
          <w:szCs w:val="24"/>
        </w:rPr>
        <w:t>memiliki</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perbedaan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latar</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belakang</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nilai</w:t>
      </w:r>
      <w:proofErr w:type="spellEnd"/>
      <w:r w:rsidRPr="00EE4DF6">
        <w:rPr>
          <w:rFonts w:ascii="Times New Roman" w:hAnsi="Times New Roman" w:cs="Times New Roman"/>
          <w:color w:val="000000" w:themeColor="text1"/>
          <w:sz w:val="24"/>
          <w:szCs w:val="24"/>
        </w:rPr>
        <w:t xml:space="preserve">, norma, </w:t>
      </w:r>
      <w:proofErr w:type="spellStart"/>
      <w:r w:rsidRPr="00EE4DF6">
        <w:rPr>
          <w:rFonts w:ascii="Times New Roman" w:hAnsi="Times New Roman" w:cs="Times New Roman"/>
          <w:color w:val="000000" w:themeColor="text1"/>
          <w:sz w:val="24"/>
          <w:szCs w:val="24"/>
        </w:rPr>
        <w:t>sosial</w:t>
      </w:r>
      <w:proofErr w:type="spellEnd"/>
      <w:r w:rsidRPr="00EE4DF6">
        <w:rPr>
          <w:rFonts w:ascii="Times New Roman" w:hAnsi="Times New Roman" w:cs="Times New Roman"/>
          <w:color w:val="000000" w:themeColor="text1"/>
          <w:sz w:val="24"/>
          <w:szCs w:val="24"/>
        </w:rPr>
        <w:t xml:space="preserve">, dan </w:t>
      </w:r>
      <w:proofErr w:type="spellStart"/>
      <w:r w:rsidRPr="00EE4DF6">
        <w:rPr>
          <w:rFonts w:ascii="Times New Roman" w:hAnsi="Times New Roman" w:cs="Times New Roman"/>
          <w:color w:val="000000" w:themeColor="text1"/>
          <w:sz w:val="24"/>
          <w:szCs w:val="24"/>
        </w:rPr>
        <w:t>bahasa</w:t>
      </w:r>
      <w:proofErr w:type="spellEnd"/>
      <w:r w:rsidRPr="00EE4DF6">
        <w:rPr>
          <w:rFonts w:ascii="Times New Roman" w:hAnsi="Times New Roman" w:cs="Times New Roman"/>
          <w:color w:val="000000" w:themeColor="text1"/>
          <w:sz w:val="24"/>
          <w:szCs w:val="24"/>
        </w:rPr>
        <w:t xml:space="preserve">. </w:t>
      </w:r>
      <w:proofErr w:type="spellStart"/>
      <w:r w:rsidRPr="00AE1560">
        <w:rPr>
          <w:rFonts w:ascii="Times New Roman" w:hAnsi="Times New Roman" w:cs="Times New Roman"/>
          <w:sz w:val="24"/>
          <w:szCs w:val="24"/>
        </w:rPr>
        <w:t>Dinamika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interaksi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terus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dikembangkan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berbagai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teori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untuk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melihat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bagaimana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perbedaan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tersebut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memengaruhi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efektivitas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penyampaian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pesan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serta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dampak</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ditimbulkannya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interaksi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sosial</w:t>
      </w:r>
      <w:proofErr w:type="spellEnd"/>
      <w:r w:rsidRPr="00AE1560">
        <w:rPr>
          <w:rFonts w:ascii="Times New Roman" w:hAnsi="Times New Roman" w:cs="Times New Roman"/>
          <w:sz w:val="24"/>
          <w:szCs w:val="24"/>
        </w:rPr>
        <w:t>.</w:t>
      </w:r>
      <w:r w:rsidR="00730C2E">
        <w:rPr>
          <w:rFonts w:ascii="Times New Roman" w:hAnsi="Times New Roman" w:cs="Times New Roman"/>
          <w:sz w:val="24"/>
          <w:szCs w:val="24"/>
        </w:rPr>
        <w:t xml:space="preserve"> </w:t>
      </w:r>
    </w:p>
    <w:p w14:paraId="1F628024" w14:textId="77777777" w:rsidR="003F6CE3" w:rsidRPr="00730C2E" w:rsidRDefault="00156FA5" w:rsidP="00AE1560">
      <w:pPr>
        <w:spacing w:after="0" w:line="360" w:lineRule="auto"/>
        <w:ind w:left="709" w:firstLine="720"/>
        <w:jc w:val="both"/>
        <w:rPr>
          <w:rFonts w:ascii="Times New Roman" w:hAnsi="Times New Roman" w:cs="Times New Roman"/>
          <w:color w:val="EE0000"/>
          <w:sz w:val="24"/>
          <w:szCs w:val="24"/>
        </w:rPr>
      </w:pPr>
      <w:r w:rsidRPr="00AE1560">
        <w:rPr>
          <w:rFonts w:ascii="Times New Roman" w:hAnsi="Times New Roman" w:cs="Times New Roman"/>
          <w:sz w:val="24"/>
          <w:szCs w:val="24"/>
        </w:rPr>
        <w:t xml:space="preserve">Dalam </w:t>
      </w:r>
      <w:proofErr w:type="spellStart"/>
      <w:r w:rsidRPr="00AE1560">
        <w:rPr>
          <w:rFonts w:ascii="Times New Roman" w:hAnsi="Times New Roman" w:cs="Times New Roman"/>
          <w:sz w:val="24"/>
          <w:szCs w:val="24"/>
        </w:rPr>
        <w:t>praktiknya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lintas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tidak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bisa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berdiri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sendiri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karena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melibatkan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berbagai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disiplin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ilmu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untuk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memahami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bagaimana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makna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sebuah</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pesan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tersampaikan</w:t>
      </w:r>
      <w:proofErr w:type="spellEnd"/>
      <w:r w:rsidRPr="00AE1560">
        <w:rPr>
          <w:rFonts w:ascii="Times New Roman" w:hAnsi="Times New Roman" w:cs="Times New Roman"/>
          <w:sz w:val="24"/>
          <w:szCs w:val="24"/>
        </w:rPr>
        <w:t xml:space="preserve">. Pola </w:t>
      </w:r>
      <w:proofErr w:type="spellStart"/>
      <w:r w:rsidRPr="00AE1560">
        <w:rPr>
          <w:rFonts w:ascii="Times New Roman" w:hAnsi="Times New Roman" w:cs="Times New Roman"/>
          <w:sz w:val="24"/>
          <w:szCs w:val="24"/>
        </w:rPr>
        <w:t>sosiolinguistik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kepekaan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terhadap</w:t>
      </w:r>
      <w:proofErr w:type="spellEnd"/>
      <w:r w:rsidRPr="00AE1560">
        <w:rPr>
          <w:rFonts w:ascii="Times New Roman" w:hAnsi="Times New Roman" w:cs="Times New Roman"/>
          <w:sz w:val="24"/>
          <w:szCs w:val="24"/>
        </w:rPr>
        <w:t xml:space="preserve"> norma </w:t>
      </w:r>
      <w:proofErr w:type="spellStart"/>
      <w:r w:rsidRPr="00AE1560">
        <w:rPr>
          <w:rFonts w:ascii="Times New Roman" w:hAnsi="Times New Roman" w:cs="Times New Roman"/>
          <w:sz w:val="24"/>
          <w:szCs w:val="24"/>
        </w:rPr>
        <w:t>lokal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serta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kecerdasan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emosional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menjadi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faktor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penting</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menentukan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berhasil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atau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tidaknya</w:t>
      </w:r>
      <w:proofErr w:type="spellEnd"/>
      <w:r w:rsidRPr="00AE1560">
        <w:rPr>
          <w:rFonts w:ascii="Times New Roman" w:hAnsi="Times New Roman" w:cs="Times New Roman"/>
          <w:sz w:val="24"/>
          <w:szCs w:val="24"/>
        </w:rPr>
        <w:t xml:space="preserve"> proses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tersebut</w:t>
      </w:r>
      <w:proofErr w:type="spellEnd"/>
      <w:r w:rsidRPr="00AE1560">
        <w:rPr>
          <w:rFonts w:ascii="Times New Roman" w:hAnsi="Times New Roman" w:cs="Times New Roman"/>
          <w:sz w:val="24"/>
          <w:szCs w:val="24"/>
        </w:rPr>
        <w:t xml:space="preserve">. </w:t>
      </w:r>
      <w:proofErr w:type="spellStart"/>
      <w:r w:rsidRPr="00EE4DF6">
        <w:rPr>
          <w:rFonts w:ascii="Times New Roman" w:hAnsi="Times New Roman" w:cs="Times New Roman"/>
          <w:color w:val="000000" w:themeColor="text1"/>
          <w:sz w:val="24"/>
          <w:szCs w:val="24"/>
        </w:rPr>
        <w:t>Sejalan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dengan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hal</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ini</w:t>
      </w:r>
      <w:proofErr w:type="spellEnd"/>
      <w:r w:rsidRPr="00EE4DF6">
        <w:rPr>
          <w:rFonts w:ascii="Times New Roman" w:hAnsi="Times New Roman" w:cs="Times New Roman"/>
          <w:color w:val="000000" w:themeColor="text1"/>
          <w:sz w:val="24"/>
          <w:szCs w:val="24"/>
        </w:rPr>
        <w:t>, Al-Amir dan Al-Subhi</w:t>
      </w:r>
      <w:r w:rsidR="000D1C64" w:rsidRPr="00EE4DF6">
        <w:rPr>
          <w:rFonts w:ascii="Times New Roman" w:hAnsi="Times New Roman" w:cs="Times New Roman"/>
          <w:color w:val="000000" w:themeColor="text1"/>
          <w:sz w:val="24"/>
          <w:szCs w:val="24"/>
        </w:rPr>
        <w:t xml:space="preserve"> (2023)</w:t>
      </w:r>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menyatakan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bahwa</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komunikasi</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antar</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budaya</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adalah</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interaksi</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kompleks</w:t>
      </w:r>
      <w:proofErr w:type="spellEnd"/>
      <w:r w:rsidRPr="00EE4DF6">
        <w:rPr>
          <w:rFonts w:ascii="Times New Roman" w:hAnsi="Times New Roman" w:cs="Times New Roman"/>
          <w:color w:val="000000" w:themeColor="text1"/>
          <w:sz w:val="24"/>
          <w:szCs w:val="24"/>
        </w:rPr>
        <w:t xml:space="preserve"> yang </w:t>
      </w:r>
      <w:proofErr w:type="spellStart"/>
      <w:r w:rsidRPr="00EE4DF6">
        <w:rPr>
          <w:rFonts w:ascii="Times New Roman" w:hAnsi="Times New Roman" w:cs="Times New Roman"/>
          <w:color w:val="000000" w:themeColor="text1"/>
          <w:sz w:val="24"/>
          <w:szCs w:val="24"/>
        </w:rPr>
        <w:t>melibatkan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individu</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dari</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latar</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belakang</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budaya</w:t>
      </w:r>
      <w:proofErr w:type="spellEnd"/>
      <w:r w:rsidRPr="00EE4DF6">
        <w:rPr>
          <w:rFonts w:ascii="Times New Roman" w:hAnsi="Times New Roman" w:cs="Times New Roman"/>
          <w:color w:val="000000" w:themeColor="text1"/>
          <w:sz w:val="24"/>
          <w:szCs w:val="24"/>
        </w:rPr>
        <w:t xml:space="preserve"> yang </w:t>
      </w:r>
      <w:proofErr w:type="spellStart"/>
      <w:r w:rsidRPr="00EE4DF6">
        <w:rPr>
          <w:rFonts w:ascii="Times New Roman" w:hAnsi="Times New Roman" w:cs="Times New Roman"/>
          <w:color w:val="000000" w:themeColor="text1"/>
          <w:sz w:val="24"/>
          <w:szCs w:val="24"/>
        </w:rPr>
        <w:t>berbeda</w:t>
      </w:r>
      <w:proofErr w:type="spellEnd"/>
      <w:r w:rsidRPr="00EE4DF6">
        <w:rPr>
          <w:rFonts w:ascii="Times New Roman" w:hAnsi="Times New Roman" w:cs="Times New Roman"/>
          <w:color w:val="000000" w:themeColor="text1"/>
          <w:sz w:val="24"/>
          <w:szCs w:val="24"/>
        </w:rPr>
        <w:t xml:space="preserve">, di mana </w:t>
      </w:r>
      <w:proofErr w:type="spellStart"/>
      <w:r w:rsidRPr="00EE4DF6">
        <w:rPr>
          <w:rFonts w:ascii="Times New Roman" w:hAnsi="Times New Roman" w:cs="Times New Roman"/>
          <w:color w:val="000000" w:themeColor="text1"/>
          <w:sz w:val="24"/>
          <w:szCs w:val="24"/>
        </w:rPr>
        <w:t>keragaman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budaya</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secara</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signifikan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membentuk</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bagaimana</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pesan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dikodekan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dikirimkan</w:t>
      </w:r>
      <w:proofErr w:type="spellEnd"/>
      <w:r w:rsidRPr="00EE4DF6">
        <w:rPr>
          <w:rFonts w:ascii="Times New Roman" w:hAnsi="Times New Roman" w:cs="Times New Roman"/>
          <w:color w:val="000000" w:themeColor="text1"/>
          <w:sz w:val="24"/>
          <w:szCs w:val="24"/>
        </w:rPr>
        <w:t xml:space="preserve">, dan </w:t>
      </w:r>
      <w:proofErr w:type="spellStart"/>
      <w:r w:rsidRPr="00EE4DF6">
        <w:rPr>
          <w:rFonts w:ascii="Times New Roman" w:hAnsi="Times New Roman" w:cs="Times New Roman"/>
          <w:color w:val="000000" w:themeColor="text1"/>
          <w:sz w:val="24"/>
          <w:szCs w:val="24"/>
        </w:rPr>
        <w:t>didekodekan</w:t>
      </w:r>
      <w:proofErr w:type="spellEnd"/>
      <w:r w:rsidRPr="00EE4DF6">
        <w:rPr>
          <w:rFonts w:ascii="Times New Roman" w:hAnsi="Times New Roman" w:cs="Times New Roman"/>
          <w:color w:val="000000" w:themeColor="text1"/>
          <w:sz w:val="24"/>
          <w:szCs w:val="24"/>
        </w:rPr>
        <w:t>.</w:t>
      </w:r>
      <w:r w:rsidR="00730C2E" w:rsidRPr="00EE4DF6">
        <w:rPr>
          <w:rFonts w:ascii="Times New Roman" w:hAnsi="Times New Roman" w:cs="Times New Roman"/>
          <w:color w:val="000000" w:themeColor="text1"/>
          <w:sz w:val="24"/>
          <w:szCs w:val="24"/>
        </w:rPr>
        <w:t xml:space="preserve"> </w:t>
      </w:r>
    </w:p>
    <w:p w14:paraId="20DAA4B2" w14:textId="77777777" w:rsidR="003F6CE3" w:rsidRPr="00AE1560" w:rsidRDefault="00156FA5" w:rsidP="00AE1560">
      <w:pPr>
        <w:spacing w:after="0" w:line="360" w:lineRule="auto"/>
        <w:ind w:left="709" w:firstLine="720"/>
        <w:jc w:val="both"/>
        <w:rPr>
          <w:rFonts w:ascii="Times New Roman" w:hAnsi="Times New Roman" w:cs="Times New Roman"/>
          <w:sz w:val="24"/>
          <w:szCs w:val="24"/>
        </w:rPr>
      </w:pPr>
      <w:r w:rsidRPr="00AE1560">
        <w:rPr>
          <w:rFonts w:ascii="Times New Roman" w:hAnsi="Times New Roman" w:cs="Times New Roman"/>
          <w:sz w:val="24"/>
          <w:szCs w:val="24"/>
        </w:rPr>
        <w:t xml:space="preserve">Selain </w:t>
      </w:r>
      <w:proofErr w:type="spellStart"/>
      <w:r w:rsidRPr="00AE1560">
        <w:rPr>
          <w:rFonts w:ascii="Times New Roman" w:hAnsi="Times New Roman" w:cs="Times New Roman"/>
          <w:sz w:val="24"/>
          <w:szCs w:val="24"/>
        </w:rPr>
        <w:t>sebagai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alat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bertukar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informasi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antar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juga </w:t>
      </w:r>
      <w:proofErr w:type="spellStart"/>
      <w:r w:rsidRPr="00AE1560">
        <w:rPr>
          <w:rFonts w:ascii="Times New Roman" w:hAnsi="Times New Roman" w:cs="Times New Roman"/>
          <w:sz w:val="24"/>
          <w:szCs w:val="24"/>
        </w:rPr>
        <w:t>berfungsi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sebagai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sarana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pembauran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lintas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Dalam </w:t>
      </w:r>
      <w:proofErr w:type="spellStart"/>
      <w:r w:rsidRPr="00AE1560">
        <w:rPr>
          <w:rFonts w:ascii="Times New Roman" w:hAnsi="Times New Roman" w:cs="Times New Roman"/>
          <w:sz w:val="24"/>
          <w:szCs w:val="24"/>
        </w:rPr>
        <w:t>konteks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pihak-pihak</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terlibat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tidak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hanya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sekadar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mengirim</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menerima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pesan</w:t>
      </w:r>
      <w:proofErr w:type="spellEnd"/>
      <w:r w:rsidR="000D1C64">
        <w:rPr>
          <w:rFonts w:ascii="Times New Roman" w:hAnsi="Times New Roman" w:cs="Times New Roman"/>
          <w:sz w:val="24"/>
          <w:szCs w:val="24"/>
        </w:rPr>
        <w:t xml:space="preserve">, </w:t>
      </w:r>
      <w:proofErr w:type="spellStart"/>
      <w:r w:rsidR="000D1C64">
        <w:rPr>
          <w:rFonts w:ascii="Times New Roman" w:hAnsi="Times New Roman" w:cs="Times New Roman"/>
          <w:sz w:val="24"/>
          <w:szCs w:val="24"/>
        </w:rPr>
        <w:t>namun</w:t>
      </w:r>
      <w:proofErr w:type="spellEnd"/>
      <w:r w:rsidR="000D1C64">
        <w:rPr>
          <w:rFonts w:ascii="Times New Roman" w:hAnsi="Times New Roman" w:cs="Times New Roman"/>
          <w:sz w:val="24"/>
          <w:szCs w:val="24"/>
        </w:rPr>
        <w:t xml:space="preserve"> </w:t>
      </w:r>
      <w:r w:rsidR="00732FB3">
        <w:rPr>
          <w:rFonts w:ascii="Times New Roman" w:hAnsi="Times New Roman" w:cs="Times New Roman"/>
          <w:sz w:val="24"/>
          <w:szCs w:val="24"/>
        </w:rPr>
        <w:t xml:space="preserve">juga </w:t>
      </w:r>
      <w:proofErr w:type="spellStart"/>
      <w:r w:rsidR="00732FB3">
        <w:rPr>
          <w:rFonts w:ascii="Times New Roman" w:hAnsi="Times New Roman" w:cs="Times New Roman"/>
          <w:sz w:val="24"/>
          <w:szCs w:val="24"/>
        </w:rPr>
        <w:t>mengetahui</w:t>
      </w:r>
      <w:proofErr w:type="spellEnd"/>
      <w:r w:rsidR="00732FB3">
        <w:rPr>
          <w:rFonts w:ascii="Times New Roman" w:hAnsi="Times New Roman" w:cs="Times New Roman"/>
          <w:sz w:val="24"/>
          <w:szCs w:val="24"/>
        </w:rPr>
        <w:t xml:space="preserve"> </w:t>
      </w:r>
      <w:proofErr w:type="spellStart"/>
      <w:r w:rsidR="00732FB3">
        <w:rPr>
          <w:rFonts w:ascii="Times New Roman" w:hAnsi="Times New Roman" w:cs="Times New Roman"/>
          <w:sz w:val="24"/>
          <w:szCs w:val="24"/>
        </w:rPr>
        <w:t>pesan</w:t>
      </w:r>
      <w:proofErr w:type="spellEnd"/>
      <w:r w:rsidR="00732FB3">
        <w:rPr>
          <w:rFonts w:ascii="Times New Roman" w:hAnsi="Times New Roman" w:cs="Times New Roman"/>
          <w:sz w:val="24"/>
          <w:szCs w:val="24"/>
        </w:rPr>
        <w:t xml:space="preserve"> yang </w:t>
      </w:r>
      <w:proofErr w:type="spellStart"/>
      <w:r w:rsidR="00732FB3">
        <w:rPr>
          <w:rFonts w:ascii="Times New Roman" w:hAnsi="Times New Roman" w:cs="Times New Roman"/>
          <w:sz w:val="24"/>
          <w:szCs w:val="24"/>
        </w:rPr>
        <w:t>disampaikan</w:t>
      </w:r>
      <w:proofErr w:type="spellEnd"/>
      <w:r w:rsidR="00732FB3">
        <w:rPr>
          <w:rFonts w:ascii="Times New Roman" w:hAnsi="Times New Roman" w:cs="Times New Roman"/>
          <w:sz w:val="24"/>
          <w:szCs w:val="24"/>
        </w:rPr>
        <w:t xml:space="preserve"> </w:t>
      </w:r>
      <w:proofErr w:type="spellStart"/>
      <w:r w:rsidR="00732FB3">
        <w:rPr>
          <w:rFonts w:ascii="Times New Roman" w:hAnsi="Times New Roman" w:cs="Times New Roman"/>
          <w:sz w:val="24"/>
          <w:szCs w:val="24"/>
        </w:rPr>
        <w:t>dapat</w:t>
      </w:r>
      <w:proofErr w:type="spellEnd"/>
      <w:r w:rsidR="00732FB3">
        <w:rPr>
          <w:rFonts w:ascii="Times New Roman" w:hAnsi="Times New Roman" w:cs="Times New Roman"/>
          <w:sz w:val="24"/>
          <w:szCs w:val="24"/>
        </w:rPr>
        <w:t xml:space="preserve"> </w:t>
      </w:r>
      <w:proofErr w:type="spellStart"/>
      <w:r w:rsidR="00732FB3">
        <w:rPr>
          <w:rFonts w:ascii="Times New Roman" w:hAnsi="Times New Roman" w:cs="Times New Roman"/>
          <w:sz w:val="24"/>
          <w:szCs w:val="24"/>
        </w:rPr>
        <w:t>dipahami</w:t>
      </w:r>
      <w:proofErr w:type="spellEnd"/>
      <w:r w:rsidR="00732FB3">
        <w:rPr>
          <w:rFonts w:ascii="Times New Roman" w:hAnsi="Times New Roman" w:cs="Times New Roman"/>
          <w:sz w:val="24"/>
          <w:szCs w:val="24"/>
        </w:rPr>
        <w:t xml:space="preserve"> </w:t>
      </w:r>
      <w:proofErr w:type="spellStart"/>
      <w:r w:rsidR="00732FB3">
        <w:rPr>
          <w:rFonts w:ascii="Times New Roman" w:hAnsi="Times New Roman" w:cs="Times New Roman"/>
          <w:sz w:val="24"/>
          <w:szCs w:val="24"/>
        </w:rPr>
        <w:t>secara</w:t>
      </w:r>
      <w:proofErr w:type="spellEnd"/>
      <w:r w:rsidR="00732FB3">
        <w:rPr>
          <w:rFonts w:ascii="Times New Roman" w:hAnsi="Times New Roman" w:cs="Times New Roman"/>
          <w:sz w:val="24"/>
          <w:szCs w:val="24"/>
        </w:rPr>
        <w:t xml:space="preserve"> </w:t>
      </w:r>
      <w:proofErr w:type="spellStart"/>
      <w:r w:rsidR="00732FB3">
        <w:rPr>
          <w:rFonts w:ascii="Times New Roman" w:hAnsi="Times New Roman" w:cs="Times New Roman"/>
          <w:sz w:val="24"/>
          <w:szCs w:val="24"/>
        </w:rPr>
        <w:t>baik</w:t>
      </w:r>
      <w:proofErr w:type="spellEnd"/>
      <w:r w:rsidRPr="00AE1560">
        <w:rPr>
          <w:rFonts w:ascii="Times New Roman" w:hAnsi="Times New Roman" w:cs="Times New Roman"/>
          <w:sz w:val="24"/>
          <w:szCs w:val="24"/>
        </w:rPr>
        <w:t xml:space="preserve">. </w:t>
      </w:r>
      <w:r w:rsidR="00732FB3" w:rsidRPr="00EE4DF6">
        <w:rPr>
          <w:rFonts w:ascii="Times New Roman" w:hAnsi="Times New Roman" w:cs="Times New Roman"/>
          <w:color w:val="000000" w:themeColor="text1"/>
          <w:sz w:val="24"/>
          <w:szCs w:val="24"/>
        </w:rPr>
        <w:t xml:space="preserve">Faktor lain </w:t>
      </w:r>
      <w:proofErr w:type="spellStart"/>
      <w:r w:rsidR="00732FB3" w:rsidRPr="00EE4DF6">
        <w:rPr>
          <w:rFonts w:ascii="Times New Roman" w:hAnsi="Times New Roman" w:cs="Times New Roman"/>
          <w:color w:val="000000" w:themeColor="text1"/>
          <w:sz w:val="24"/>
          <w:szCs w:val="24"/>
        </w:rPr>
        <w:t>yaitu</w:t>
      </w:r>
      <w:proofErr w:type="spellEnd"/>
      <w:r w:rsidR="00732FB3" w:rsidRPr="00EE4DF6">
        <w:rPr>
          <w:rFonts w:ascii="Times New Roman" w:hAnsi="Times New Roman" w:cs="Times New Roman"/>
          <w:color w:val="000000" w:themeColor="text1"/>
          <w:sz w:val="24"/>
          <w:szCs w:val="24"/>
        </w:rPr>
        <w:t xml:space="preserve"> </w:t>
      </w:r>
      <w:proofErr w:type="spellStart"/>
      <w:r w:rsidR="00732FB3" w:rsidRPr="00EE4DF6">
        <w:rPr>
          <w:rFonts w:ascii="Times New Roman" w:hAnsi="Times New Roman" w:cs="Times New Roman"/>
          <w:color w:val="000000" w:themeColor="text1"/>
          <w:sz w:val="24"/>
          <w:szCs w:val="24"/>
        </w:rPr>
        <w:t>p</w:t>
      </w:r>
      <w:r w:rsidR="000D1C64" w:rsidRPr="00EE4DF6">
        <w:rPr>
          <w:rFonts w:ascii="Times New Roman" w:hAnsi="Times New Roman" w:cs="Times New Roman"/>
          <w:color w:val="000000" w:themeColor="text1"/>
          <w:sz w:val="24"/>
          <w:szCs w:val="24"/>
        </w:rPr>
        <w:t>erbedaan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latar</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belakang</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budaya</w:t>
      </w:r>
      <w:proofErr w:type="spellEnd"/>
      <w:r w:rsidRPr="00EE4DF6">
        <w:rPr>
          <w:rFonts w:ascii="Times New Roman" w:hAnsi="Times New Roman" w:cs="Times New Roman"/>
          <w:color w:val="000000" w:themeColor="text1"/>
          <w:sz w:val="24"/>
          <w:szCs w:val="24"/>
        </w:rPr>
        <w:t xml:space="preserve"> </w:t>
      </w:r>
      <w:r w:rsidR="00E33C82" w:rsidRPr="00EE4DF6">
        <w:rPr>
          <w:rFonts w:ascii="Times New Roman" w:hAnsi="Times New Roman" w:cs="Times New Roman"/>
          <w:color w:val="000000" w:themeColor="text1"/>
          <w:sz w:val="24"/>
          <w:szCs w:val="24"/>
        </w:rPr>
        <w:t xml:space="preserve">yang </w:t>
      </w:r>
      <w:r w:rsidR="00732FB3" w:rsidRPr="00EE4DF6">
        <w:rPr>
          <w:rFonts w:ascii="Times New Roman" w:hAnsi="Times New Roman" w:cs="Times New Roman"/>
          <w:color w:val="000000" w:themeColor="text1"/>
          <w:sz w:val="24"/>
          <w:szCs w:val="24"/>
        </w:rPr>
        <w:t xml:space="preserve">juga </w:t>
      </w:r>
      <w:proofErr w:type="spellStart"/>
      <w:r w:rsidR="00732FB3" w:rsidRPr="00EE4DF6">
        <w:rPr>
          <w:rFonts w:ascii="Times New Roman" w:hAnsi="Times New Roman" w:cs="Times New Roman"/>
          <w:color w:val="000000" w:themeColor="text1"/>
          <w:sz w:val="24"/>
          <w:szCs w:val="24"/>
        </w:rPr>
        <w:t>dapat</w:t>
      </w:r>
      <w:proofErr w:type="spellEnd"/>
      <w:r w:rsidR="00732FB3"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mem</w:t>
      </w:r>
      <w:r w:rsidR="000D1C64" w:rsidRPr="00EE4DF6">
        <w:rPr>
          <w:rFonts w:ascii="Times New Roman" w:hAnsi="Times New Roman" w:cs="Times New Roman"/>
          <w:color w:val="000000" w:themeColor="text1"/>
          <w:sz w:val="24"/>
          <w:szCs w:val="24"/>
        </w:rPr>
        <w:t>p</w:t>
      </w:r>
      <w:r w:rsidRPr="00EE4DF6">
        <w:rPr>
          <w:rFonts w:ascii="Times New Roman" w:hAnsi="Times New Roman" w:cs="Times New Roman"/>
          <w:color w:val="000000" w:themeColor="text1"/>
          <w:sz w:val="24"/>
          <w:szCs w:val="24"/>
        </w:rPr>
        <w:t>engaruhi</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perilaku</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komunikatif</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karyawan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mekanisme</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umpan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balik</w:t>
      </w:r>
      <w:proofErr w:type="spellEnd"/>
      <w:r w:rsidRPr="00EE4DF6">
        <w:rPr>
          <w:rFonts w:ascii="Times New Roman" w:hAnsi="Times New Roman" w:cs="Times New Roman"/>
          <w:color w:val="000000" w:themeColor="text1"/>
          <w:sz w:val="24"/>
          <w:szCs w:val="24"/>
        </w:rPr>
        <w:t xml:space="preserve">, dan </w:t>
      </w:r>
      <w:proofErr w:type="spellStart"/>
      <w:r w:rsidRPr="00EE4DF6">
        <w:rPr>
          <w:rFonts w:ascii="Times New Roman" w:hAnsi="Times New Roman" w:cs="Times New Roman"/>
          <w:color w:val="000000" w:themeColor="text1"/>
          <w:sz w:val="24"/>
          <w:szCs w:val="24"/>
        </w:rPr>
        <w:t>gaya</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penyelesaian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konflik</w:t>
      </w:r>
      <w:proofErr w:type="spellEnd"/>
      <w:r w:rsidR="00732FB3" w:rsidRPr="00EE4DF6">
        <w:rPr>
          <w:rFonts w:ascii="Times New Roman" w:hAnsi="Times New Roman" w:cs="Times New Roman"/>
          <w:color w:val="000000" w:themeColor="text1"/>
          <w:sz w:val="24"/>
          <w:szCs w:val="24"/>
        </w:rPr>
        <w:t xml:space="preserve"> </w:t>
      </w:r>
      <w:r w:rsidR="000D1C64" w:rsidRPr="00EE4DF6">
        <w:rPr>
          <w:rFonts w:ascii="Times New Roman" w:hAnsi="Times New Roman" w:cs="Times New Roman"/>
          <w:color w:val="000000" w:themeColor="text1"/>
          <w:sz w:val="24"/>
          <w:szCs w:val="24"/>
        </w:rPr>
        <w:t>(Sethi dan Sharma, 2022).</w:t>
      </w:r>
      <w:r w:rsidRPr="00EE4DF6">
        <w:rPr>
          <w:rFonts w:ascii="Times New Roman" w:hAnsi="Times New Roman" w:cs="Times New Roman"/>
          <w:color w:val="000000" w:themeColor="text1"/>
          <w:sz w:val="24"/>
          <w:szCs w:val="24"/>
        </w:rPr>
        <w:t xml:space="preserve"> </w:t>
      </w:r>
      <w:r w:rsidRPr="00AE1560">
        <w:rPr>
          <w:rFonts w:ascii="Times New Roman" w:hAnsi="Times New Roman" w:cs="Times New Roman"/>
          <w:sz w:val="24"/>
          <w:szCs w:val="24"/>
        </w:rPr>
        <w:t xml:space="preserve">Oleh </w:t>
      </w:r>
      <w:proofErr w:type="spellStart"/>
      <w:r w:rsidRPr="00AE1560">
        <w:rPr>
          <w:rFonts w:ascii="Times New Roman" w:hAnsi="Times New Roman" w:cs="Times New Roman"/>
          <w:sz w:val="24"/>
          <w:szCs w:val="24"/>
        </w:rPr>
        <w:t>karena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itu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setiap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pihak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harus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saling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memahami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dinamika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sosial</w:t>
      </w:r>
      <w:proofErr w:type="spellEnd"/>
      <w:r w:rsidRPr="00AE1560">
        <w:rPr>
          <w:rFonts w:ascii="Times New Roman" w:hAnsi="Times New Roman" w:cs="Times New Roman"/>
          <w:sz w:val="24"/>
          <w:szCs w:val="24"/>
        </w:rPr>
        <w:t xml:space="preserve"> masing-masing agar </w:t>
      </w:r>
      <w:proofErr w:type="spellStart"/>
      <w:r w:rsidRPr="00AE1560">
        <w:rPr>
          <w:rFonts w:ascii="Times New Roman" w:hAnsi="Times New Roman" w:cs="Times New Roman"/>
          <w:sz w:val="24"/>
          <w:szCs w:val="24"/>
        </w:rPr>
        <w:t>tidak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terjadi</w:t>
      </w:r>
      <w:proofErr w:type="spellEnd"/>
      <w:r w:rsidRPr="00AE1560">
        <w:rPr>
          <w:rFonts w:ascii="Times New Roman" w:hAnsi="Times New Roman" w:cs="Times New Roman"/>
          <w:sz w:val="24"/>
          <w:szCs w:val="24"/>
        </w:rPr>
        <w:t xml:space="preserve"> salah </w:t>
      </w:r>
      <w:proofErr w:type="spellStart"/>
      <w:r w:rsidRPr="00AE1560">
        <w:rPr>
          <w:rFonts w:ascii="Times New Roman" w:hAnsi="Times New Roman" w:cs="Times New Roman"/>
          <w:sz w:val="24"/>
          <w:szCs w:val="24"/>
        </w:rPr>
        <w:t>paham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atau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benturan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persepsi</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lingkungan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w:t>
      </w:r>
      <w:r w:rsidR="00EE4DF6">
        <w:rPr>
          <w:rFonts w:ascii="Times New Roman" w:hAnsi="Times New Roman" w:cs="Times New Roman"/>
          <w:sz w:val="24"/>
          <w:szCs w:val="24"/>
        </w:rPr>
        <w:t>a</w:t>
      </w:r>
      <w:proofErr w:type="spellEnd"/>
      <w:r w:rsidR="00EE4DF6">
        <w:rPr>
          <w:rFonts w:ascii="Times New Roman" w:hAnsi="Times New Roman" w:cs="Times New Roman"/>
          <w:sz w:val="24"/>
          <w:szCs w:val="24"/>
        </w:rPr>
        <w:t>.</w:t>
      </w:r>
    </w:p>
    <w:p w14:paraId="7EECFC4E" w14:textId="77777777" w:rsidR="003F6CE3" w:rsidRPr="00AE1560" w:rsidRDefault="00156FA5" w:rsidP="00AE1560">
      <w:pPr>
        <w:spacing w:after="0" w:line="360" w:lineRule="auto"/>
        <w:ind w:left="709" w:firstLine="720"/>
        <w:jc w:val="both"/>
        <w:rPr>
          <w:rFonts w:ascii="Times New Roman" w:hAnsi="Times New Roman" w:cs="Times New Roman"/>
          <w:sz w:val="24"/>
          <w:szCs w:val="24"/>
        </w:rPr>
      </w:pPr>
      <w:r w:rsidRPr="00AE1560">
        <w:rPr>
          <w:rFonts w:ascii="Times New Roman" w:hAnsi="Times New Roman" w:cs="Times New Roman"/>
          <w:sz w:val="24"/>
          <w:szCs w:val="24"/>
        </w:rPr>
        <w:t xml:space="preserve">Kim dan Jang </w:t>
      </w:r>
      <w:proofErr w:type="spellStart"/>
      <w:r w:rsidRPr="00AE1560">
        <w:rPr>
          <w:rFonts w:ascii="Times New Roman" w:hAnsi="Times New Roman" w:cs="Times New Roman"/>
          <w:sz w:val="24"/>
          <w:szCs w:val="24"/>
        </w:rPr>
        <w:t>memperkuat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pandangan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dengan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menjelaskan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bahwa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antar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saat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menjadi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bagian</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tidak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terpisahkan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dari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ekosistem</w:t>
      </w:r>
      <w:proofErr w:type="spellEnd"/>
      <w:r w:rsidRPr="00AE1560">
        <w:rPr>
          <w:rFonts w:ascii="Times New Roman" w:hAnsi="Times New Roman" w:cs="Times New Roman"/>
          <w:sz w:val="24"/>
          <w:szCs w:val="24"/>
        </w:rPr>
        <w:t xml:space="preserve"> global modern. </w:t>
      </w:r>
      <w:proofErr w:type="spellStart"/>
      <w:r w:rsidRPr="00AE1560">
        <w:rPr>
          <w:rFonts w:ascii="Times New Roman" w:hAnsi="Times New Roman" w:cs="Times New Roman"/>
          <w:sz w:val="24"/>
          <w:szCs w:val="24"/>
        </w:rPr>
        <w:t>Interaksi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lingkungan</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multikultural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menuntut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setiap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individu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untuk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melihat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perbedaan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sebagai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sesuatu</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unik</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setara</w:t>
      </w:r>
      <w:proofErr w:type="spellEnd"/>
      <w:r w:rsidRPr="00AE1560">
        <w:rPr>
          <w:rFonts w:ascii="Times New Roman" w:hAnsi="Times New Roman" w:cs="Times New Roman"/>
          <w:sz w:val="24"/>
          <w:szCs w:val="24"/>
        </w:rPr>
        <w:t xml:space="preserve">. </w:t>
      </w:r>
      <w:r w:rsidRPr="00EE4DF6">
        <w:rPr>
          <w:rFonts w:ascii="Times New Roman" w:hAnsi="Times New Roman" w:cs="Times New Roman"/>
          <w:color w:val="000000" w:themeColor="text1"/>
          <w:sz w:val="24"/>
          <w:szCs w:val="24"/>
        </w:rPr>
        <w:t xml:space="preserve">Kim dan Jang </w:t>
      </w:r>
      <w:r w:rsidR="00732FB3" w:rsidRPr="00EE4DF6">
        <w:rPr>
          <w:rFonts w:ascii="Times New Roman" w:hAnsi="Times New Roman" w:cs="Times New Roman"/>
          <w:color w:val="000000" w:themeColor="text1"/>
          <w:sz w:val="24"/>
          <w:szCs w:val="24"/>
        </w:rPr>
        <w:t>(</w:t>
      </w:r>
      <w:r w:rsidRPr="00EE4DF6">
        <w:rPr>
          <w:rFonts w:ascii="Times New Roman" w:hAnsi="Times New Roman" w:cs="Times New Roman"/>
          <w:color w:val="000000" w:themeColor="text1"/>
          <w:sz w:val="24"/>
          <w:szCs w:val="24"/>
        </w:rPr>
        <w:t>2024)</w:t>
      </w:r>
      <w:r w:rsidR="00732FB3" w:rsidRPr="00EE4DF6">
        <w:rPr>
          <w:rFonts w:ascii="Times New Roman" w:hAnsi="Times New Roman" w:cs="Times New Roman"/>
          <w:color w:val="000000" w:themeColor="text1"/>
          <w:sz w:val="24"/>
          <w:szCs w:val="24"/>
        </w:rPr>
        <w:t xml:space="preserve"> </w:t>
      </w:r>
      <w:proofErr w:type="spellStart"/>
      <w:r w:rsidR="00732FB3" w:rsidRPr="00EE4DF6">
        <w:rPr>
          <w:rFonts w:ascii="Times New Roman" w:hAnsi="Times New Roman" w:cs="Times New Roman"/>
          <w:color w:val="000000" w:themeColor="text1"/>
          <w:sz w:val="24"/>
          <w:szCs w:val="24"/>
        </w:rPr>
        <w:t>menegaskan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bahwa</w:t>
      </w:r>
      <w:proofErr w:type="spellEnd"/>
      <w:r w:rsidRPr="00EE4DF6">
        <w:rPr>
          <w:rFonts w:ascii="Times New Roman" w:hAnsi="Times New Roman" w:cs="Times New Roman"/>
          <w:color w:val="000000" w:themeColor="text1"/>
          <w:sz w:val="24"/>
          <w:szCs w:val="24"/>
        </w:rPr>
        <w:t xml:space="preserve"> </w:t>
      </w:r>
      <w:r w:rsidR="00732FB3" w:rsidRPr="00EE4DF6">
        <w:rPr>
          <w:rFonts w:ascii="Times New Roman" w:hAnsi="Times New Roman" w:cs="Times New Roman"/>
          <w:color w:val="000000" w:themeColor="text1"/>
          <w:sz w:val="24"/>
          <w:szCs w:val="24"/>
        </w:rPr>
        <w:t xml:space="preserve">salah </w:t>
      </w:r>
      <w:proofErr w:type="spellStart"/>
      <w:r w:rsidR="00732FB3" w:rsidRPr="00EE4DF6">
        <w:rPr>
          <w:rFonts w:ascii="Times New Roman" w:hAnsi="Times New Roman" w:cs="Times New Roman"/>
          <w:color w:val="000000" w:themeColor="text1"/>
          <w:sz w:val="24"/>
          <w:szCs w:val="24"/>
        </w:rPr>
        <w:t>satu</w:t>
      </w:r>
      <w:proofErr w:type="spellEnd"/>
      <w:r w:rsidR="00732FB3" w:rsidRPr="00EE4DF6">
        <w:rPr>
          <w:rFonts w:ascii="Times New Roman" w:hAnsi="Times New Roman" w:cs="Times New Roman"/>
          <w:color w:val="000000" w:themeColor="text1"/>
          <w:sz w:val="24"/>
          <w:szCs w:val="24"/>
        </w:rPr>
        <w:t xml:space="preserve"> </w:t>
      </w:r>
      <w:proofErr w:type="spellStart"/>
      <w:r w:rsidR="00732FB3" w:rsidRPr="00EE4DF6">
        <w:rPr>
          <w:rFonts w:ascii="Times New Roman" w:hAnsi="Times New Roman" w:cs="Times New Roman"/>
          <w:color w:val="000000" w:themeColor="text1"/>
          <w:sz w:val="24"/>
          <w:szCs w:val="24"/>
        </w:rPr>
        <w:t>pekerjaan</w:t>
      </w:r>
      <w:proofErr w:type="spellEnd"/>
      <w:r w:rsidR="00732FB3" w:rsidRPr="00EE4DF6">
        <w:rPr>
          <w:rFonts w:ascii="Times New Roman" w:hAnsi="Times New Roman" w:cs="Times New Roman"/>
          <w:color w:val="000000" w:themeColor="text1"/>
          <w:sz w:val="24"/>
          <w:szCs w:val="24"/>
        </w:rPr>
        <w:t xml:space="preserve"> yang </w:t>
      </w:r>
      <w:proofErr w:type="spellStart"/>
      <w:r w:rsidR="00732FB3" w:rsidRPr="00EE4DF6">
        <w:rPr>
          <w:rFonts w:ascii="Times New Roman" w:hAnsi="Times New Roman" w:cs="Times New Roman"/>
          <w:color w:val="000000" w:themeColor="text1"/>
          <w:sz w:val="24"/>
          <w:szCs w:val="24"/>
        </w:rPr>
        <w:t>berhubungan</w:t>
      </w:r>
      <w:proofErr w:type="spellEnd"/>
      <w:r w:rsidR="00732FB3" w:rsidRPr="00EE4DF6">
        <w:rPr>
          <w:rFonts w:ascii="Times New Roman" w:hAnsi="Times New Roman" w:cs="Times New Roman"/>
          <w:color w:val="000000" w:themeColor="text1"/>
          <w:sz w:val="24"/>
          <w:szCs w:val="24"/>
        </w:rPr>
        <w:t xml:space="preserve"> </w:t>
      </w:r>
      <w:proofErr w:type="spellStart"/>
      <w:r w:rsidR="00732FB3" w:rsidRPr="00EE4DF6">
        <w:rPr>
          <w:rFonts w:ascii="Times New Roman" w:hAnsi="Times New Roman" w:cs="Times New Roman"/>
          <w:color w:val="000000" w:themeColor="text1"/>
          <w:sz w:val="24"/>
          <w:szCs w:val="24"/>
        </w:rPr>
        <w:t>dengan</w:t>
      </w:r>
      <w:proofErr w:type="spellEnd"/>
      <w:r w:rsidR="00732FB3" w:rsidRPr="00EE4DF6">
        <w:rPr>
          <w:rFonts w:ascii="Times New Roman" w:hAnsi="Times New Roman" w:cs="Times New Roman"/>
          <w:color w:val="000000" w:themeColor="text1"/>
          <w:sz w:val="24"/>
          <w:szCs w:val="24"/>
        </w:rPr>
        <w:t xml:space="preserve"> </w:t>
      </w:r>
      <w:proofErr w:type="spellStart"/>
      <w:r w:rsidR="00732FB3" w:rsidRPr="00EE4DF6">
        <w:rPr>
          <w:rFonts w:ascii="Times New Roman" w:hAnsi="Times New Roman" w:cs="Times New Roman"/>
          <w:color w:val="000000" w:themeColor="text1"/>
          <w:sz w:val="24"/>
          <w:szCs w:val="24"/>
        </w:rPr>
        <w:t>komunikasi</w:t>
      </w:r>
      <w:proofErr w:type="spellEnd"/>
      <w:r w:rsidR="00732FB3" w:rsidRPr="00EE4DF6">
        <w:rPr>
          <w:rFonts w:ascii="Times New Roman" w:hAnsi="Times New Roman" w:cs="Times New Roman"/>
          <w:color w:val="000000" w:themeColor="text1"/>
          <w:sz w:val="24"/>
          <w:szCs w:val="24"/>
        </w:rPr>
        <w:t xml:space="preserve"> </w:t>
      </w:r>
      <w:proofErr w:type="spellStart"/>
      <w:r w:rsidR="00732FB3" w:rsidRPr="00EE4DF6">
        <w:rPr>
          <w:rFonts w:ascii="Times New Roman" w:hAnsi="Times New Roman" w:cs="Times New Roman"/>
          <w:color w:val="000000" w:themeColor="text1"/>
          <w:sz w:val="24"/>
          <w:szCs w:val="24"/>
        </w:rPr>
        <w:t>yaitu</w:t>
      </w:r>
      <w:proofErr w:type="spellEnd"/>
      <w:r w:rsidR="00732FB3"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karyawan</w:t>
      </w:r>
      <w:proofErr w:type="spellEnd"/>
      <w:r w:rsidRPr="00EE4DF6">
        <w:rPr>
          <w:rFonts w:ascii="Times New Roman" w:hAnsi="Times New Roman" w:cs="Times New Roman"/>
          <w:color w:val="000000" w:themeColor="text1"/>
          <w:sz w:val="24"/>
          <w:szCs w:val="24"/>
        </w:rPr>
        <w:t xml:space="preserve"> </w:t>
      </w:r>
      <w:r w:rsidRPr="00EE4DF6">
        <w:rPr>
          <w:rFonts w:ascii="Times New Roman" w:hAnsi="Times New Roman" w:cs="Times New Roman"/>
          <w:i/>
          <w:iCs/>
          <w:color w:val="000000" w:themeColor="text1"/>
          <w:sz w:val="24"/>
          <w:szCs w:val="24"/>
        </w:rPr>
        <w:t>Frontline</w:t>
      </w:r>
      <w:r w:rsidRPr="00EE4DF6">
        <w:rPr>
          <w:rFonts w:ascii="Times New Roman" w:hAnsi="Times New Roman" w:cs="Times New Roman"/>
          <w:color w:val="000000" w:themeColor="text1"/>
          <w:sz w:val="24"/>
          <w:szCs w:val="24"/>
        </w:rPr>
        <w:t xml:space="preserve"> </w:t>
      </w:r>
      <w:r w:rsidR="00E33C82" w:rsidRPr="00EE4DF6">
        <w:rPr>
          <w:rFonts w:ascii="Times New Roman" w:hAnsi="Times New Roman" w:cs="Times New Roman"/>
          <w:color w:val="000000" w:themeColor="text1"/>
          <w:sz w:val="24"/>
          <w:szCs w:val="24"/>
        </w:rPr>
        <w:t>yang</w:t>
      </w:r>
      <w:r w:rsidR="00732FB3" w:rsidRPr="00EE4DF6">
        <w:rPr>
          <w:rFonts w:ascii="Times New Roman" w:hAnsi="Times New Roman" w:cs="Times New Roman"/>
          <w:color w:val="000000" w:themeColor="text1"/>
          <w:sz w:val="24"/>
          <w:szCs w:val="24"/>
        </w:rPr>
        <w:t xml:space="preserve"> </w:t>
      </w:r>
      <w:proofErr w:type="spellStart"/>
      <w:r w:rsidR="00732FB3" w:rsidRPr="00EE4DF6">
        <w:rPr>
          <w:rFonts w:ascii="Times New Roman" w:hAnsi="Times New Roman" w:cs="Times New Roman"/>
          <w:color w:val="000000" w:themeColor="text1"/>
          <w:sz w:val="24"/>
          <w:szCs w:val="24"/>
        </w:rPr>
        <w:t>bertanggung</w:t>
      </w:r>
      <w:proofErr w:type="spellEnd"/>
      <w:r w:rsidR="00732FB3" w:rsidRPr="00EE4DF6">
        <w:rPr>
          <w:rFonts w:ascii="Times New Roman" w:hAnsi="Times New Roman" w:cs="Times New Roman"/>
          <w:color w:val="000000" w:themeColor="text1"/>
          <w:sz w:val="24"/>
          <w:szCs w:val="24"/>
        </w:rPr>
        <w:t xml:space="preserve"> </w:t>
      </w:r>
      <w:proofErr w:type="spellStart"/>
      <w:r w:rsidR="00732FB3" w:rsidRPr="00EE4DF6">
        <w:rPr>
          <w:rFonts w:ascii="Times New Roman" w:hAnsi="Times New Roman" w:cs="Times New Roman"/>
          <w:color w:val="000000" w:themeColor="text1"/>
          <w:sz w:val="24"/>
          <w:szCs w:val="24"/>
        </w:rPr>
        <w:t>jawab</w:t>
      </w:r>
      <w:proofErr w:type="spellEnd"/>
      <w:r w:rsidR="00732FB3" w:rsidRPr="00EE4DF6">
        <w:rPr>
          <w:rFonts w:ascii="Times New Roman" w:hAnsi="Times New Roman" w:cs="Times New Roman"/>
          <w:color w:val="000000" w:themeColor="text1"/>
          <w:sz w:val="24"/>
          <w:szCs w:val="24"/>
        </w:rPr>
        <w:t xml:space="preserve"> </w:t>
      </w:r>
      <w:proofErr w:type="spellStart"/>
      <w:r w:rsidR="00732FB3" w:rsidRPr="00EE4DF6">
        <w:rPr>
          <w:rFonts w:ascii="Times New Roman" w:hAnsi="Times New Roman" w:cs="Times New Roman"/>
          <w:color w:val="000000" w:themeColor="text1"/>
          <w:sz w:val="24"/>
          <w:szCs w:val="24"/>
        </w:rPr>
        <w:t>dalam</w:t>
      </w:r>
      <w:proofErr w:type="spellEnd"/>
      <w:r w:rsidR="00732FB3"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menavigasi</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nuansa</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budaya</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untuk</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mencegah</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kegagalan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layanan</w:t>
      </w:r>
      <w:proofErr w:type="spellEnd"/>
      <w:r w:rsidRPr="00EE4DF6">
        <w:rPr>
          <w:rFonts w:ascii="Times New Roman" w:hAnsi="Times New Roman" w:cs="Times New Roman"/>
          <w:color w:val="000000" w:themeColor="text1"/>
          <w:sz w:val="24"/>
          <w:szCs w:val="24"/>
        </w:rPr>
        <w:t xml:space="preserve"> dan </w:t>
      </w:r>
      <w:proofErr w:type="spellStart"/>
      <w:r w:rsidRPr="00EE4DF6">
        <w:rPr>
          <w:rFonts w:ascii="Times New Roman" w:hAnsi="Times New Roman" w:cs="Times New Roman"/>
          <w:color w:val="000000" w:themeColor="text1"/>
          <w:sz w:val="24"/>
          <w:szCs w:val="24"/>
        </w:rPr>
        <w:t>memastikan</w:t>
      </w:r>
      <w:proofErr w:type="spellEnd"/>
      <w:r w:rsidRPr="00EE4DF6">
        <w:rPr>
          <w:rFonts w:ascii="Times New Roman" w:hAnsi="Times New Roman" w:cs="Times New Roman"/>
          <w:color w:val="000000" w:themeColor="text1"/>
          <w:sz w:val="24"/>
          <w:szCs w:val="24"/>
        </w:rPr>
        <w:t xml:space="preserve"> </w:t>
      </w:r>
      <w:proofErr w:type="spellStart"/>
      <w:r w:rsidRPr="00EE4DF6">
        <w:rPr>
          <w:rFonts w:ascii="Times New Roman" w:hAnsi="Times New Roman" w:cs="Times New Roman"/>
          <w:color w:val="000000" w:themeColor="text1"/>
          <w:sz w:val="24"/>
          <w:szCs w:val="24"/>
        </w:rPr>
        <w:t>pengalaman</w:t>
      </w:r>
      <w:proofErr w:type="spellEnd"/>
      <w:r w:rsidRPr="00EE4DF6">
        <w:rPr>
          <w:rFonts w:ascii="Times New Roman" w:hAnsi="Times New Roman" w:cs="Times New Roman"/>
          <w:color w:val="000000" w:themeColor="text1"/>
          <w:sz w:val="24"/>
          <w:szCs w:val="24"/>
        </w:rPr>
        <w:t xml:space="preserve"> yang </w:t>
      </w:r>
      <w:proofErr w:type="spellStart"/>
      <w:r w:rsidRPr="00EE4DF6">
        <w:rPr>
          <w:rFonts w:ascii="Times New Roman" w:hAnsi="Times New Roman" w:cs="Times New Roman"/>
          <w:color w:val="000000" w:themeColor="text1"/>
          <w:sz w:val="24"/>
          <w:szCs w:val="24"/>
        </w:rPr>
        <w:t>mulus</w:t>
      </w:r>
      <w:proofErr w:type="spellEnd"/>
      <w:r w:rsidRPr="00EE4DF6">
        <w:rPr>
          <w:rFonts w:ascii="Times New Roman" w:hAnsi="Times New Roman" w:cs="Times New Roman"/>
          <w:color w:val="000000" w:themeColor="text1"/>
          <w:sz w:val="24"/>
          <w:szCs w:val="24"/>
        </w:rPr>
        <w:t xml:space="preserve">. </w:t>
      </w:r>
      <w:r w:rsidRPr="00AE1560">
        <w:rPr>
          <w:rFonts w:ascii="Times New Roman" w:hAnsi="Times New Roman" w:cs="Times New Roman"/>
          <w:sz w:val="24"/>
          <w:szCs w:val="24"/>
        </w:rPr>
        <w:t xml:space="preserve">Oleh </w:t>
      </w:r>
      <w:proofErr w:type="spellStart"/>
      <w:r w:rsidRPr="00AE1560">
        <w:rPr>
          <w:rFonts w:ascii="Times New Roman" w:hAnsi="Times New Roman" w:cs="Times New Roman"/>
          <w:sz w:val="24"/>
          <w:szCs w:val="24"/>
        </w:rPr>
        <w:t>karena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itu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penafsiran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suatu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pesan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tidak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boleh</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hanya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terpaku</w:t>
      </w:r>
      <w:proofErr w:type="spellEnd"/>
      <w:r w:rsidRPr="00AE1560">
        <w:rPr>
          <w:rFonts w:ascii="Times New Roman" w:hAnsi="Times New Roman" w:cs="Times New Roman"/>
          <w:sz w:val="24"/>
          <w:szCs w:val="24"/>
        </w:rPr>
        <w:t xml:space="preserve"> pada </w:t>
      </w:r>
      <w:proofErr w:type="spellStart"/>
      <w:r w:rsidRPr="00AE1560">
        <w:rPr>
          <w:rFonts w:ascii="Times New Roman" w:hAnsi="Times New Roman" w:cs="Times New Roman"/>
          <w:sz w:val="24"/>
          <w:szCs w:val="24"/>
        </w:rPr>
        <w:t>sudut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pandang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saja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melainkan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harus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lebih</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fleksibel</w:t>
      </w:r>
      <w:proofErr w:type="spellEnd"/>
      <w:r w:rsidRPr="00AE1560">
        <w:rPr>
          <w:rFonts w:ascii="Times New Roman" w:hAnsi="Times New Roman" w:cs="Times New Roman"/>
          <w:sz w:val="24"/>
          <w:szCs w:val="24"/>
        </w:rPr>
        <w:t xml:space="preserve"> agar </w:t>
      </w:r>
      <w:proofErr w:type="spellStart"/>
      <w:r w:rsidRPr="00AE1560">
        <w:rPr>
          <w:rFonts w:ascii="Times New Roman" w:hAnsi="Times New Roman" w:cs="Times New Roman"/>
          <w:sz w:val="24"/>
          <w:szCs w:val="24"/>
        </w:rPr>
        <w:t>bisa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dipahami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secara</w:t>
      </w:r>
      <w:proofErr w:type="spellEnd"/>
      <w:r w:rsidRPr="00AE1560">
        <w:rPr>
          <w:rFonts w:ascii="Times New Roman" w:hAnsi="Times New Roman" w:cs="Times New Roman"/>
          <w:sz w:val="24"/>
          <w:szCs w:val="24"/>
        </w:rPr>
        <w:t xml:space="preserve"> universal oleh </w:t>
      </w:r>
      <w:proofErr w:type="spellStart"/>
      <w:r w:rsidRPr="00AE1560">
        <w:rPr>
          <w:rFonts w:ascii="Times New Roman" w:hAnsi="Times New Roman" w:cs="Times New Roman"/>
          <w:sz w:val="24"/>
          <w:szCs w:val="24"/>
        </w:rPr>
        <w:t>latar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belakang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lain.</w:t>
      </w:r>
    </w:p>
    <w:p w14:paraId="64982CA7" w14:textId="77777777" w:rsidR="003F6CE3" w:rsidRPr="005D4FE5" w:rsidRDefault="00156FA5">
      <w:pPr>
        <w:pStyle w:val="Heading3"/>
        <w:numPr>
          <w:ilvl w:val="2"/>
          <w:numId w:val="15"/>
        </w:numPr>
        <w:spacing w:before="0" w:line="360" w:lineRule="auto"/>
        <w:ind w:left="426" w:hanging="306"/>
        <w:rPr>
          <w:rFonts w:ascii="Times New Roman" w:hAnsi="Times New Roman" w:cs="Times New Roman"/>
          <w:b w:val="0"/>
          <w:bCs w:val="0"/>
          <w:color w:val="auto"/>
          <w:sz w:val="24"/>
          <w:szCs w:val="24"/>
        </w:rPr>
      </w:pPr>
      <w:bookmarkStart w:id="25" w:name="_Toc238448292"/>
      <w:proofErr w:type="spellStart"/>
      <w:r w:rsidRPr="005D4FE5">
        <w:rPr>
          <w:rFonts w:ascii="Times New Roman" w:hAnsi="Times New Roman" w:cs="Times New Roman"/>
          <w:b w:val="0"/>
          <w:bCs w:val="0"/>
          <w:color w:val="auto"/>
          <w:sz w:val="24"/>
          <w:szCs w:val="24"/>
        </w:rPr>
        <w:t>Tantangan</w:t>
      </w:r>
      <w:proofErr w:type="spellEnd"/>
      <w:r w:rsidRPr="005D4FE5">
        <w:rPr>
          <w:rFonts w:ascii="Times New Roman" w:hAnsi="Times New Roman" w:cs="Times New Roman"/>
          <w:b w:val="0"/>
          <w:bCs w:val="0"/>
          <w:color w:val="auto"/>
          <w:sz w:val="24"/>
          <w:szCs w:val="24"/>
        </w:rPr>
        <w:t xml:space="preserve"> Bahasa dan </w:t>
      </w:r>
      <w:proofErr w:type="spellStart"/>
      <w:r w:rsidRPr="005D4FE5">
        <w:rPr>
          <w:rFonts w:ascii="Times New Roman" w:hAnsi="Times New Roman" w:cs="Times New Roman"/>
          <w:b w:val="0"/>
          <w:bCs w:val="0"/>
          <w:color w:val="auto"/>
          <w:sz w:val="24"/>
          <w:szCs w:val="24"/>
        </w:rPr>
        <w:t>Hambatan</w:t>
      </w:r>
      <w:proofErr w:type="spellEnd"/>
      <w:r w:rsidRPr="005D4FE5">
        <w:rPr>
          <w:rFonts w:ascii="Times New Roman" w:hAnsi="Times New Roman" w:cs="Times New Roman"/>
          <w:b w:val="0"/>
          <w:bCs w:val="0"/>
          <w:color w:val="auto"/>
          <w:sz w:val="24"/>
          <w:szCs w:val="24"/>
        </w:rPr>
        <w:t xml:space="preserve"> </w:t>
      </w:r>
      <w:proofErr w:type="spellStart"/>
      <w:r w:rsidRPr="005D4FE5">
        <w:rPr>
          <w:rFonts w:ascii="Times New Roman" w:hAnsi="Times New Roman" w:cs="Times New Roman"/>
          <w:b w:val="0"/>
          <w:bCs w:val="0"/>
          <w:color w:val="auto"/>
          <w:sz w:val="24"/>
          <w:szCs w:val="24"/>
        </w:rPr>
        <w:t>Komunikasi</w:t>
      </w:r>
      <w:bookmarkEnd w:id="25"/>
      <w:proofErr w:type="spellEnd"/>
    </w:p>
    <w:p w14:paraId="3CF5E74C" w14:textId="77777777" w:rsidR="003F6CE3" w:rsidRPr="00AE1560" w:rsidRDefault="00156FA5" w:rsidP="0094504F">
      <w:pPr>
        <w:spacing w:after="0" w:line="360" w:lineRule="auto"/>
        <w:ind w:left="709" w:firstLine="720"/>
        <w:jc w:val="both"/>
        <w:rPr>
          <w:rFonts w:ascii="Times New Roman" w:hAnsi="Times New Roman" w:cs="Times New Roman"/>
          <w:sz w:val="24"/>
          <w:szCs w:val="24"/>
        </w:rPr>
      </w:pPr>
      <w:r w:rsidRPr="00D4006E">
        <w:rPr>
          <w:rFonts w:ascii="Times New Roman" w:hAnsi="Times New Roman" w:cs="Times New Roman"/>
          <w:color w:val="000000" w:themeColor="text1"/>
          <w:sz w:val="24"/>
          <w:szCs w:val="24"/>
        </w:rPr>
        <w:t xml:space="preserve">Dalam </w:t>
      </w:r>
      <w:proofErr w:type="spellStart"/>
      <w:r w:rsidRPr="00D4006E">
        <w:rPr>
          <w:rFonts w:ascii="Times New Roman" w:hAnsi="Times New Roman" w:cs="Times New Roman"/>
          <w:color w:val="000000" w:themeColor="text1"/>
          <w:sz w:val="24"/>
          <w:szCs w:val="24"/>
        </w:rPr>
        <w:t>kajian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komunikasi</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organisasi</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multikultural</w:t>
      </w:r>
      <w:proofErr w:type="spellEnd"/>
      <w:r w:rsidRPr="00D4006E">
        <w:rPr>
          <w:rFonts w:ascii="Times New Roman" w:hAnsi="Times New Roman" w:cs="Times New Roman"/>
          <w:color w:val="000000" w:themeColor="text1"/>
          <w:sz w:val="24"/>
          <w:szCs w:val="24"/>
        </w:rPr>
        <w:t xml:space="preserve">, </w:t>
      </w:r>
      <w:proofErr w:type="spellStart"/>
      <w:r w:rsidR="00E33C82" w:rsidRPr="00D4006E">
        <w:rPr>
          <w:rFonts w:ascii="Times New Roman" w:hAnsi="Times New Roman" w:cs="Times New Roman"/>
          <w:color w:val="000000" w:themeColor="text1"/>
          <w:sz w:val="24"/>
          <w:szCs w:val="24"/>
        </w:rPr>
        <w:t>menurut</w:t>
      </w:r>
      <w:proofErr w:type="spellEnd"/>
      <w:r w:rsidR="00E33C82" w:rsidRPr="00D4006E">
        <w:rPr>
          <w:rFonts w:ascii="Times New Roman" w:hAnsi="Times New Roman" w:cs="Times New Roman"/>
          <w:color w:val="000000" w:themeColor="text1"/>
          <w:sz w:val="24"/>
          <w:szCs w:val="24"/>
        </w:rPr>
        <w:t xml:space="preserve"> </w:t>
      </w:r>
      <w:r w:rsidRPr="00D4006E">
        <w:rPr>
          <w:rFonts w:ascii="Times New Roman" w:hAnsi="Times New Roman" w:cs="Times New Roman"/>
          <w:color w:val="000000" w:themeColor="text1"/>
          <w:sz w:val="24"/>
          <w:szCs w:val="24"/>
        </w:rPr>
        <w:t xml:space="preserve">Gibson, Tarrant, dan </w:t>
      </w:r>
      <w:proofErr w:type="spellStart"/>
      <w:r w:rsidRPr="00D4006E">
        <w:rPr>
          <w:rFonts w:ascii="Times New Roman" w:hAnsi="Times New Roman" w:cs="Times New Roman"/>
          <w:color w:val="000000" w:themeColor="text1"/>
          <w:sz w:val="24"/>
          <w:szCs w:val="24"/>
        </w:rPr>
        <w:t>Sgouta</w:t>
      </w:r>
      <w:r w:rsidR="00732FB3" w:rsidRPr="00D4006E">
        <w:rPr>
          <w:rFonts w:ascii="Times New Roman" w:hAnsi="Times New Roman" w:cs="Times New Roman"/>
          <w:color w:val="000000" w:themeColor="text1"/>
          <w:sz w:val="24"/>
          <w:szCs w:val="24"/>
        </w:rPr>
        <w:t>s</w:t>
      </w:r>
      <w:proofErr w:type="spellEnd"/>
      <w:r w:rsidR="00732FB3" w:rsidRPr="00D4006E">
        <w:rPr>
          <w:rFonts w:ascii="Times New Roman" w:hAnsi="Times New Roman" w:cs="Times New Roman"/>
          <w:color w:val="000000" w:themeColor="text1"/>
          <w:sz w:val="24"/>
          <w:szCs w:val="24"/>
        </w:rPr>
        <w:t xml:space="preserve"> (2022)</w:t>
      </w:r>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bahwa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perbedaan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bahasa</w:t>
      </w:r>
      <w:proofErr w:type="spellEnd"/>
      <w:r w:rsidRPr="00D4006E">
        <w:rPr>
          <w:rFonts w:ascii="Times New Roman" w:hAnsi="Times New Roman" w:cs="Times New Roman"/>
          <w:color w:val="000000" w:themeColor="text1"/>
          <w:sz w:val="24"/>
          <w:szCs w:val="24"/>
        </w:rPr>
        <w:t xml:space="preserve"> dan </w:t>
      </w:r>
      <w:proofErr w:type="spellStart"/>
      <w:r w:rsidRPr="00D4006E">
        <w:rPr>
          <w:rFonts w:ascii="Times New Roman" w:hAnsi="Times New Roman" w:cs="Times New Roman"/>
          <w:color w:val="000000" w:themeColor="text1"/>
          <w:sz w:val="24"/>
          <w:szCs w:val="24"/>
        </w:rPr>
        <w:t>sistem</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komunikasi</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merupakan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kendala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utama</w:t>
      </w:r>
      <w:proofErr w:type="spellEnd"/>
      <w:r w:rsidRPr="00D4006E">
        <w:rPr>
          <w:rFonts w:ascii="Times New Roman" w:hAnsi="Times New Roman" w:cs="Times New Roman"/>
          <w:color w:val="000000" w:themeColor="text1"/>
          <w:sz w:val="24"/>
          <w:szCs w:val="24"/>
        </w:rPr>
        <w:t xml:space="preserve"> yang </w:t>
      </w:r>
      <w:proofErr w:type="spellStart"/>
      <w:r w:rsidRPr="00D4006E">
        <w:rPr>
          <w:rFonts w:ascii="Times New Roman" w:hAnsi="Times New Roman" w:cs="Times New Roman"/>
          <w:color w:val="000000" w:themeColor="text1"/>
          <w:sz w:val="24"/>
          <w:szCs w:val="24"/>
        </w:rPr>
        <w:t>sering</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dihadapi</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dalam</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operasional</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sehari-hari</w:t>
      </w:r>
      <w:proofErr w:type="spellEnd"/>
      <w:r w:rsidRPr="00D4006E">
        <w:rPr>
          <w:rFonts w:ascii="Times New Roman" w:hAnsi="Times New Roman" w:cs="Times New Roman"/>
          <w:color w:val="000000" w:themeColor="text1"/>
          <w:sz w:val="24"/>
          <w:szCs w:val="24"/>
        </w:rPr>
        <w:t xml:space="preserve">. Hal </w:t>
      </w:r>
      <w:proofErr w:type="spellStart"/>
      <w:r w:rsidRPr="00D4006E">
        <w:rPr>
          <w:rFonts w:ascii="Times New Roman" w:hAnsi="Times New Roman" w:cs="Times New Roman"/>
          <w:color w:val="000000" w:themeColor="text1"/>
          <w:sz w:val="24"/>
          <w:szCs w:val="24"/>
        </w:rPr>
        <w:t>ini</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menunjukkan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bahwa</w:t>
      </w:r>
      <w:proofErr w:type="spellEnd"/>
      <w:r w:rsidRPr="00D4006E">
        <w:rPr>
          <w:rFonts w:ascii="Times New Roman" w:hAnsi="Times New Roman" w:cs="Times New Roman"/>
          <w:color w:val="000000" w:themeColor="text1"/>
          <w:sz w:val="24"/>
          <w:szCs w:val="24"/>
        </w:rPr>
        <w:t xml:space="preserve"> </w:t>
      </w:r>
      <w:proofErr w:type="spellStart"/>
      <w:r w:rsidR="00E33C82" w:rsidRPr="00D4006E">
        <w:rPr>
          <w:rFonts w:ascii="Times New Roman" w:hAnsi="Times New Roman" w:cs="Times New Roman"/>
          <w:color w:val="000000" w:themeColor="text1"/>
          <w:sz w:val="24"/>
          <w:szCs w:val="24"/>
        </w:rPr>
        <w:t>perbedaan</w:t>
      </w:r>
      <w:proofErr w:type="spellEnd"/>
      <w:r w:rsidRPr="00D4006E">
        <w:rPr>
          <w:rFonts w:ascii="Times New Roman" w:hAnsi="Times New Roman" w:cs="Times New Roman"/>
          <w:color w:val="000000" w:themeColor="text1"/>
          <w:sz w:val="24"/>
          <w:szCs w:val="24"/>
        </w:rPr>
        <w:t xml:space="preserve"> yang</w:t>
      </w:r>
      <w:r w:rsidR="00E33C82" w:rsidRPr="00D4006E">
        <w:rPr>
          <w:rFonts w:ascii="Times New Roman" w:hAnsi="Times New Roman" w:cs="Times New Roman"/>
          <w:color w:val="000000" w:themeColor="text1"/>
          <w:sz w:val="24"/>
          <w:szCs w:val="24"/>
        </w:rPr>
        <w:t xml:space="preserve"> </w:t>
      </w:r>
      <w:proofErr w:type="spellStart"/>
      <w:r w:rsidR="00E33C82" w:rsidRPr="00D4006E">
        <w:rPr>
          <w:rFonts w:ascii="Times New Roman" w:hAnsi="Times New Roman" w:cs="Times New Roman"/>
          <w:color w:val="000000" w:themeColor="text1"/>
          <w:sz w:val="24"/>
          <w:szCs w:val="24"/>
        </w:rPr>
        <w:t>mendasar</w:t>
      </w:r>
      <w:proofErr w:type="spellEnd"/>
      <w:r w:rsidR="00E33C82" w:rsidRPr="00D4006E">
        <w:rPr>
          <w:rFonts w:ascii="Times New Roman" w:hAnsi="Times New Roman" w:cs="Times New Roman"/>
          <w:color w:val="000000" w:themeColor="text1"/>
          <w:sz w:val="24"/>
          <w:szCs w:val="24"/>
        </w:rPr>
        <w:t xml:space="preserve"> </w:t>
      </w:r>
      <w:proofErr w:type="spellStart"/>
      <w:r w:rsidR="00E33C82" w:rsidRPr="00D4006E">
        <w:rPr>
          <w:rFonts w:ascii="Times New Roman" w:hAnsi="Times New Roman" w:cs="Times New Roman"/>
          <w:color w:val="000000" w:themeColor="text1"/>
          <w:sz w:val="24"/>
          <w:szCs w:val="24"/>
        </w:rPr>
        <w:t>ini</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berdampak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langsung</w:t>
      </w:r>
      <w:proofErr w:type="spellEnd"/>
      <w:r w:rsidRPr="00AE1560">
        <w:rPr>
          <w:rFonts w:ascii="Times New Roman" w:hAnsi="Times New Roman" w:cs="Times New Roman"/>
          <w:sz w:val="24"/>
          <w:szCs w:val="24"/>
        </w:rPr>
        <w:t xml:space="preserve"> pada </w:t>
      </w:r>
      <w:proofErr w:type="spellStart"/>
      <w:r w:rsidRPr="00AE1560">
        <w:rPr>
          <w:rFonts w:ascii="Times New Roman" w:hAnsi="Times New Roman" w:cs="Times New Roman"/>
          <w:sz w:val="24"/>
          <w:szCs w:val="24"/>
        </w:rPr>
        <w:t>interaksi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sehari-hari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melalui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gesekan</w:t>
      </w:r>
      <w:proofErr w:type="spellEnd"/>
      <w:r w:rsidRPr="00AE1560">
        <w:rPr>
          <w:rFonts w:ascii="Times New Roman" w:hAnsi="Times New Roman" w:cs="Times New Roman"/>
          <w:sz w:val="24"/>
          <w:szCs w:val="24"/>
        </w:rPr>
        <w:t xml:space="preserve"> verbal </w:t>
      </w:r>
      <w:proofErr w:type="spellStart"/>
      <w:r w:rsidRPr="00AE1560">
        <w:rPr>
          <w:rFonts w:ascii="Times New Roman" w:hAnsi="Times New Roman" w:cs="Times New Roman"/>
          <w:sz w:val="24"/>
          <w:szCs w:val="24"/>
        </w:rPr>
        <w:t>maupun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ketidakselarasan</w:t>
      </w:r>
      <w:proofErr w:type="spellEnd"/>
      <w:r w:rsidRPr="00AE1560">
        <w:rPr>
          <w:rFonts w:ascii="Times New Roman" w:hAnsi="Times New Roman" w:cs="Times New Roman"/>
          <w:sz w:val="24"/>
          <w:szCs w:val="24"/>
        </w:rPr>
        <w:t xml:space="preserve"> non-verbal. </w:t>
      </w:r>
      <w:proofErr w:type="spellStart"/>
      <w:r w:rsidRPr="00AE1560">
        <w:rPr>
          <w:rFonts w:ascii="Times New Roman" w:hAnsi="Times New Roman" w:cs="Times New Roman"/>
          <w:sz w:val="24"/>
          <w:szCs w:val="24"/>
        </w:rPr>
        <w:t>Secara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umum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masalah</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proofErr w:type="spellStart"/>
      <w:r w:rsidR="0094504F">
        <w:rPr>
          <w:rFonts w:ascii="Times New Roman" w:hAnsi="Times New Roman" w:cs="Times New Roman"/>
          <w:sz w:val="24"/>
          <w:szCs w:val="24"/>
        </w:rPr>
        <w:t>terbagi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dua </w:t>
      </w:r>
      <w:proofErr w:type="spellStart"/>
      <w:r w:rsidRPr="00AE1560">
        <w:rPr>
          <w:rFonts w:ascii="Times New Roman" w:hAnsi="Times New Roman" w:cs="Times New Roman"/>
          <w:sz w:val="24"/>
          <w:szCs w:val="24"/>
        </w:rPr>
        <w:t>aspek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utama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yaitu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hambatan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bahasa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secara</w:t>
      </w:r>
      <w:proofErr w:type="spellEnd"/>
      <w:r w:rsidRPr="00AE1560">
        <w:rPr>
          <w:rFonts w:ascii="Times New Roman" w:hAnsi="Times New Roman" w:cs="Times New Roman"/>
          <w:sz w:val="24"/>
          <w:szCs w:val="24"/>
        </w:rPr>
        <w:t xml:space="preserve"> verbal dan </w:t>
      </w:r>
      <w:proofErr w:type="spellStart"/>
      <w:r w:rsidRPr="00AE1560">
        <w:rPr>
          <w:rFonts w:ascii="Times New Roman" w:hAnsi="Times New Roman" w:cs="Times New Roman"/>
          <w:sz w:val="24"/>
          <w:szCs w:val="24"/>
        </w:rPr>
        <w:t>kendala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non-verba</w:t>
      </w:r>
      <w:r w:rsidR="00D4006E">
        <w:rPr>
          <w:rFonts w:ascii="Times New Roman" w:hAnsi="Times New Roman" w:cs="Times New Roman"/>
          <w:sz w:val="24"/>
          <w:szCs w:val="24"/>
        </w:rPr>
        <w:t>l.</w:t>
      </w:r>
    </w:p>
    <w:p w14:paraId="40B72647" w14:textId="77777777" w:rsidR="003F6CE3" w:rsidRPr="00AE1560" w:rsidRDefault="00156FA5" w:rsidP="00AE1560">
      <w:pPr>
        <w:spacing w:after="0" w:line="360" w:lineRule="auto"/>
        <w:ind w:left="709" w:firstLine="720"/>
        <w:jc w:val="both"/>
        <w:rPr>
          <w:rFonts w:ascii="Times New Roman" w:hAnsi="Times New Roman" w:cs="Times New Roman"/>
          <w:sz w:val="24"/>
          <w:szCs w:val="24"/>
        </w:rPr>
      </w:pPr>
      <w:proofErr w:type="spellStart"/>
      <w:r w:rsidRPr="00AE1560">
        <w:rPr>
          <w:rFonts w:ascii="Times New Roman" w:hAnsi="Times New Roman" w:cs="Times New Roman"/>
          <w:sz w:val="24"/>
          <w:szCs w:val="24"/>
        </w:rPr>
        <w:t>Sejalan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dengan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tersebut</w:t>
      </w:r>
      <w:proofErr w:type="spellEnd"/>
      <w:r w:rsidRPr="00AE1560">
        <w:rPr>
          <w:rFonts w:ascii="Times New Roman" w:hAnsi="Times New Roman" w:cs="Times New Roman"/>
          <w:sz w:val="24"/>
          <w:szCs w:val="24"/>
        </w:rPr>
        <w:t xml:space="preserve">, </w:t>
      </w:r>
      <w:r w:rsidRPr="00D4006E">
        <w:rPr>
          <w:rFonts w:ascii="Times New Roman" w:hAnsi="Times New Roman" w:cs="Times New Roman"/>
          <w:color w:val="000000" w:themeColor="text1"/>
          <w:sz w:val="24"/>
          <w:szCs w:val="24"/>
        </w:rPr>
        <w:t>Jackson</w:t>
      </w:r>
      <w:r w:rsidR="0094504F" w:rsidRPr="00D4006E">
        <w:rPr>
          <w:rFonts w:ascii="Times New Roman" w:hAnsi="Times New Roman" w:cs="Times New Roman"/>
          <w:color w:val="000000" w:themeColor="text1"/>
          <w:sz w:val="24"/>
          <w:szCs w:val="24"/>
        </w:rPr>
        <w:t xml:space="preserve"> (2024)</w:t>
      </w:r>
      <w:r w:rsidRPr="00D4006E">
        <w:rPr>
          <w:rFonts w:ascii="Times New Roman" w:hAnsi="Times New Roman" w:cs="Times New Roman"/>
          <w:color w:val="000000" w:themeColor="text1"/>
          <w:sz w:val="24"/>
          <w:szCs w:val="24"/>
        </w:rPr>
        <w:t xml:space="preserve"> </w:t>
      </w:r>
      <w:r w:rsidR="0094504F" w:rsidRPr="00D4006E">
        <w:rPr>
          <w:rFonts w:ascii="Times New Roman" w:hAnsi="Times New Roman" w:cs="Times New Roman"/>
          <w:color w:val="000000" w:themeColor="text1"/>
          <w:sz w:val="24"/>
          <w:szCs w:val="24"/>
        </w:rPr>
        <w:t xml:space="preserve">juga </w:t>
      </w:r>
      <w:proofErr w:type="spellStart"/>
      <w:r w:rsidRPr="00D4006E">
        <w:rPr>
          <w:rFonts w:ascii="Times New Roman" w:hAnsi="Times New Roman" w:cs="Times New Roman"/>
          <w:color w:val="000000" w:themeColor="text1"/>
          <w:sz w:val="24"/>
          <w:szCs w:val="24"/>
        </w:rPr>
        <w:t>menegaskan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bahwa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hambatan</w:t>
      </w:r>
      <w:proofErr w:type="spellEnd"/>
      <w:r w:rsidRPr="00D4006E">
        <w:rPr>
          <w:rFonts w:ascii="Times New Roman" w:hAnsi="Times New Roman" w:cs="Times New Roman"/>
          <w:color w:val="000000" w:themeColor="text1"/>
          <w:sz w:val="24"/>
          <w:szCs w:val="24"/>
        </w:rPr>
        <w:t xml:space="preserve"> di </w:t>
      </w:r>
      <w:proofErr w:type="spellStart"/>
      <w:r w:rsidRPr="00D4006E">
        <w:rPr>
          <w:rFonts w:ascii="Times New Roman" w:hAnsi="Times New Roman" w:cs="Times New Roman"/>
          <w:color w:val="000000" w:themeColor="text1"/>
          <w:sz w:val="24"/>
          <w:szCs w:val="24"/>
        </w:rPr>
        <w:t>tempat</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kerja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multikultural</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secara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nyata</w:t>
      </w:r>
      <w:proofErr w:type="spellEnd"/>
      <w:r w:rsidRPr="00D4006E">
        <w:rPr>
          <w:rFonts w:ascii="Times New Roman" w:hAnsi="Times New Roman" w:cs="Times New Roman"/>
          <w:color w:val="000000" w:themeColor="text1"/>
          <w:sz w:val="24"/>
          <w:szCs w:val="24"/>
        </w:rPr>
        <w:t xml:space="preserve"> </w:t>
      </w:r>
      <w:proofErr w:type="spellStart"/>
      <w:r w:rsidR="0094504F" w:rsidRPr="00D4006E">
        <w:rPr>
          <w:rFonts w:ascii="Times New Roman" w:hAnsi="Times New Roman" w:cs="Times New Roman"/>
          <w:color w:val="000000" w:themeColor="text1"/>
          <w:sz w:val="24"/>
          <w:szCs w:val="24"/>
        </w:rPr>
        <w:t>terlihat</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melalui</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adanya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jarak</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linguistik</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atau</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bahasa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saat</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berkomunikasi</w:t>
      </w:r>
      <w:proofErr w:type="spellEnd"/>
      <w:r w:rsidRPr="00D4006E">
        <w:rPr>
          <w:rFonts w:ascii="Times New Roman" w:hAnsi="Times New Roman" w:cs="Times New Roman"/>
          <w:color w:val="000000" w:themeColor="text1"/>
          <w:sz w:val="24"/>
          <w:szCs w:val="24"/>
        </w:rPr>
        <w:t xml:space="preserve"> </w:t>
      </w:r>
      <w:proofErr w:type="spellStart"/>
      <w:r w:rsidRPr="00AE1560">
        <w:rPr>
          <w:rFonts w:ascii="Times New Roman" w:hAnsi="Times New Roman" w:cs="Times New Roman"/>
          <w:sz w:val="24"/>
          <w:szCs w:val="24"/>
        </w:rPr>
        <w:t>secara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lisan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sekaligus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adanya</w:t>
      </w:r>
      <w:proofErr w:type="spellEnd"/>
      <w:r w:rsidRPr="00AE1560">
        <w:rPr>
          <w:rFonts w:ascii="Times New Roman" w:hAnsi="Times New Roman" w:cs="Times New Roman"/>
          <w:sz w:val="24"/>
          <w:szCs w:val="24"/>
        </w:rPr>
        <w:t xml:space="preserve"> salah tafsir </w:t>
      </w:r>
      <w:proofErr w:type="spellStart"/>
      <w:r w:rsidRPr="00AE1560">
        <w:rPr>
          <w:rFonts w:ascii="Times New Roman" w:hAnsi="Times New Roman" w:cs="Times New Roman"/>
          <w:sz w:val="24"/>
          <w:szCs w:val="24"/>
        </w:rPr>
        <w:t>terhadap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gerakan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tubuh</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atau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isyarat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saat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melakukan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non-verbal. </w:t>
      </w:r>
      <w:proofErr w:type="spellStart"/>
      <w:r w:rsidRPr="00AE1560">
        <w:rPr>
          <w:rFonts w:ascii="Times New Roman" w:hAnsi="Times New Roman" w:cs="Times New Roman"/>
          <w:sz w:val="24"/>
          <w:szCs w:val="24"/>
        </w:rPr>
        <w:t>Kedua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aspek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jika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tidak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diadaptasi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dengan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baik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langsung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menurunkan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efektivitas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tim.</w:t>
      </w:r>
      <w:proofErr w:type="spellEnd"/>
    </w:p>
    <w:p w14:paraId="4D443933" w14:textId="77777777" w:rsidR="003F6CE3" w:rsidRPr="00AE1560" w:rsidRDefault="00156FA5">
      <w:pPr>
        <w:pStyle w:val="ListParagraph"/>
        <w:numPr>
          <w:ilvl w:val="0"/>
          <w:numId w:val="16"/>
        </w:numPr>
        <w:spacing w:after="0" w:line="360" w:lineRule="auto"/>
        <w:ind w:left="1134"/>
        <w:rPr>
          <w:rFonts w:ascii="Times New Roman" w:hAnsi="Times New Roman" w:cs="Times New Roman"/>
          <w:bCs/>
          <w:sz w:val="24"/>
          <w:szCs w:val="24"/>
        </w:rPr>
      </w:pPr>
      <w:proofErr w:type="spellStart"/>
      <w:r w:rsidRPr="00AE1560">
        <w:rPr>
          <w:rFonts w:ascii="Times New Roman" w:hAnsi="Times New Roman" w:cs="Times New Roman"/>
          <w:bCs/>
          <w:sz w:val="24"/>
          <w:szCs w:val="24"/>
        </w:rPr>
        <w:t>Komunikasi</w:t>
      </w:r>
      <w:proofErr w:type="spellEnd"/>
      <w:r w:rsidRPr="00AE1560">
        <w:rPr>
          <w:rFonts w:ascii="Times New Roman" w:hAnsi="Times New Roman" w:cs="Times New Roman"/>
          <w:bCs/>
          <w:sz w:val="24"/>
          <w:szCs w:val="24"/>
        </w:rPr>
        <w:t xml:space="preserve"> Verbal</w:t>
      </w:r>
    </w:p>
    <w:p w14:paraId="4D533756" w14:textId="77777777" w:rsidR="00122875" w:rsidRPr="00122875" w:rsidRDefault="00156FA5" w:rsidP="00122875">
      <w:pPr>
        <w:spacing w:after="0" w:line="360" w:lineRule="auto"/>
        <w:ind w:left="1134" w:firstLine="720"/>
        <w:jc w:val="both"/>
        <w:rPr>
          <w:rFonts w:ascii="Times New Roman" w:hAnsi="Times New Roman" w:cs="Times New Roman"/>
          <w:sz w:val="24"/>
          <w:szCs w:val="24"/>
        </w:rPr>
      </w:pPr>
      <w:r w:rsidRPr="00D4006E">
        <w:rPr>
          <w:rFonts w:ascii="Times New Roman" w:hAnsi="Times New Roman" w:cs="Times New Roman"/>
          <w:color w:val="000000" w:themeColor="text1"/>
          <w:sz w:val="24"/>
          <w:szCs w:val="24"/>
        </w:rPr>
        <w:t>Lunenburg</w:t>
      </w:r>
      <w:r w:rsidR="0093101B" w:rsidRPr="00D4006E">
        <w:rPr>
          <w:rFonts w:ascii="Times New Roman" w:hAnsi="Times New Roman" w:cs="Times New Roman"/>
          <w:color w:val="000000" w:themeColor="text1"/>
          <w:sz w:val="24"/>
          <w:szCs w:val="24"/>
        </w:rPr>
        <w:t xml:space="preserve"> (2022) </w:t>
      </w:r>
      <w:proofErr w:type="spellStart"/>
      <w:r w:rsidR="00730C2E" w:rsidRPr="00D4006E">
        <w:rPr>
          <w:rFonts w:ascii="Times New Roman" w:hAnsi="Times New Roman" w:cs="Times New Roman"/>
          <w:color w:val="000000" w:themeColor="text1"/>
          <w:sz w:val="24"/>
          <w:szCs w:val="24"/>
        </w:rPr>
        <w:t>mengemukakan</w:t>
      </w:r>
      <w:proofErr w:type="spellEnd"/>
      <w:r w:rsidR="00730C2E" w:rsidRPr="00D4006E">
        <w:rPr>
          <w:rFonts w:ascii="Times New Roman" w:hAnsi="Times New Roman" w:cs="Times New Roman"/>
          <w:color w:val="000000" w:themeColor="text1"/>
          <w:sz w:val="24"/>
          <w:szCs w:val="24"/>
        </w:rPr>
        <w:t xml:space="preserve"> </w:t>
      </w:r>
      <w:proofErr w:type="spellStart"/>
      <w:r w:rsidR="0093101B" w:rsidRPr="00D4006E">
        <w:rPr>
          <w:rFonts w:ascii="Times New Roman" w:hAnsi="Times New Roman" w:cs="Times New Roman"/>
          <w:color w:val="000000" w:themeColor="text1"/>
          <w:sz w:val="24"/>
          <w:szCs w:val="24"/>
        </w:rPr>
        <w:t>bahwa</w:t>
      </w:r>
      <w:proofErr w:type="spellEnd"/>
      <w:r w:rsidR="00730C2E"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komunikasi</w:t>
      </w:r>
      <w:proofErr w:type="spellEnd"/>
      <w:r w:rsidRPr="00D4006E">
        <w:rPr>
          <w:rFonts w:ascii="Times New Roman" w:hAnsi="Times New Roman" w:cs="Times New Roman"/>
          <w:color w:val="000000" w:themeColor="text1"/>
          <w:sz w:val="24"/>
          <w:szCs w:val="24"/>
        </w:rPr>
        <w:t xml:space="preserve"> verbal </w:t>
      </w:r>
      <w:proofErr w:type="spellStart"/>
      <w:r w:rsidR="00730C2E" w:rsidRPr="00D4006E">
        <w:rPr>
          <w:rFonts w:ascii="Times New Roman" w:hAnsi="Times New Roman" w:cs="Times New Roman"/>
          <w:color w:val="000000" w:themeColor="text1"/>
          <w:sz w:val="24"/>
          <w:szCs w:val="24"/>
        </w:rPr>
        <w:t>baik</w:t>
      </w:r>
      <w:proofErr w:type="spellEnd"/>
      <w:r w:rsidR="00730C2E" w:rsidRPr="00D4006E">
        <w:rPr>
          <w:rFonts w:ascii="Times New Roman" w:hAnsi="Times New Roman" w:cs="Times New Roman"/>
          <w:color w:val="000000" w:themeColor="text1"/>
          <w:sz w:val="24"/>
          <w:szCs w:val="24"/>
        </w:rPr>
        <w:t xml:space="preserve"> </w:t>
      </w:r>
      <w:proofErr w:type="spellStart"/>
      <w:r w:rsidR="00730C2E" w:rsidRPr="00D4006E">
        <w:rPr>
          <w:rFonts w:ascii="Times New Roman" w:hAnsi="Times New Roman" w:cs="Times New Roman"/>
          <w:color w:val="000000" w:themeColor="text1"/>
          <w:sz w:val="24"/>
          <w:szCs w:val="24"/>
        </w:rPr>
        <w:t>secara</w:t>
      </w:r>
      <w:proofErr w:type="spellEnd"/>
      <w:r w:rsidR="00730C2E" w:rsidRPr="00D4006E">
        <w:rPr>
          <w:rFonts w:ascii="Times New Roman" w:hAnsi="Times New Roman" w:cs="Times New Roman"/>
          <w:color w:val="000000" w:themeColor="text1"/>
          <w:sz w:val="24"/>
          <w:szCs w:val="24"/>
        </w:rPr>
        <w:t xml:space="preserve"> </w:t>
      </w:r>
      <w:proofErr w:type="spellStart"/>
      <w:r w:rsidR="00730C2E" w:rsidRPr="00D4006E">
        <w:rPr>
          <w:rFonts w:ascii="Times New Roman" w:hAnsi="Times New Roman" w:cs="Times New Roman"/>
          <w:color w:val="000000" w:themeColor="text1"/>
          <w:sz w:val="24"/>
          <w:szCs w:val="24"/>
        </w:rPr>
        <w:t>lisan</w:t>
      </w:r>
      <w:proofErr w:type="spellEnd"/>
      <w:r w:rsidR="00730C2E" w:rsidRPr="00D4006E">
        <w:rPr>
          <w:rFonts w:ascii="Times New Roman" w:hAnsi="Times New Roman" w:cs="Times New Roman"/>
          <w:color w:val="000000" w:themeColor="text1"/>
          <w:sz w:val="24"/>
          <w:szCs w:val="24"/>
        </w:rPr>
        <w:t xml:space="preserve"> </w:t>
      </w:r>
      <w:proofErr w:type="spellStart"/>
      <w:r w:rsidR="00730C2E" w:rsidRPr="00D4006E">
        <w:rPr>
          <w:rFonts w:ascii="Times New Roman" w:hAnsi="Times New Roman" w:cs="Times New Roman"/>
          <w:color w:val="000000" w:themeColor="text1"/>
          <w:sz w:val="24"/>
          <w:szCs w:val="24"/>
        </w:rPr>
        <w:t>maupun</w:t>
      </w:r>
      <w:proofErr w:type="spellEnd"/>
      <w:r w:rsidR="00730C2E" w:rsidRPr="00D4006E">
        <w:rPr>
          <w:rFonts w:ascii="Times New Roman" w:hAnsi="Times New Roman" w:cs="Times New Roman"/>
          <w:color w:val="000000" w:themeColor="text1"/>
          <w:sz w:val="24"/>
          <w:szCs w:val="24"/>
        </w:rPr>
        <w:t xml:space="preserve"> tulisan </w:t>
      </w:r>
      <w:proofErr w:type="spellStart"/>
      <w:r w:rsidR="00730C2E" w:rsidRPr="00D4006E">
        <w:rPr>
          <w:rFonts w:ascii="Times New Roman" w:hAnsi="Times New Roman" w:cs="Times New Roman"/>
          <w:color w:val="000000" w:themeColor="text1"/>
          <w:sz w:val="24"/>
          <w:szCs w:val="24"/>
        </w:rPr>
        <w:t>dapat</w:t>
      </w:r>
      <w:proofErr w:type="spellEnd"/>
      <w:r w:rsidR="00730C2E" w:rsidRPr="00D4006E">
        <w:rPr>
          <w:rFonts w:ascii="Times New Roman" w:hAnsi="Times New Roman" w:cs="Times New Roman"/>
          <w:color w:val="000000" w:themeColor="text1"/>
          <w:sz w:val="24"/>
          <w:szCs w:val="24"/>
        </w:rPr>
        <w:t xml:space="preserve"> </w:t>
      </w:r>
      <w:proofErr w:type="spellStart"/>
      <w:r w:rsidR="00730C2E" w:rsidRPr="00D4006E">
        <w:rPr>
          <w:rFonts w:ascii="Times New Roman" w:hAnsi="Times New Roman" w:cs="Times New Roman"/>
          <w:color w:val="000000" w:themeColor="text1"/>
          <w:sz w:val="24"/>
          <w:szCs w:val="24"/>
        </w:rPr>
        <w:t>disampaikan</w:t>
      </w:r>
      <w:proofErr w:type="spellEnd"/>
      <w:r w:rsidR="00730C2E" w:rsidRPr="00D4006E">
        <w:rPr>
          <w:rFonts w:ascii="Times New Roman" w:hAnsi="Times New Roman" w:cs="Times New Roman"/>
          <w:color w:val="000000" w:themeColor="text1"/>
          <w:sz w:val="24"/>
          <w:szCs w:val="24"/>
        </w:rPr>
        <w:t xml:space="preserve"> </w:t>
      </w:r>
      <w:proofErr w:type="spellStart"/>
      <w:r w:rsidR="00730C2E" w:rsidRPr="00D4006E">
        <w:rPr>
          <w:rFonts w:ascii="Times New Roman" w:hAnsi="Times New Roman" w:cs="Times New Roman"/>
          <w:color w:val="000000" w:themeColor="text1"/>
          <w:sz w:val="24"/>
          <w:szCs w:val="24"/>
        </w:rPr>
        <w:t>melalui</w:t>
      </w:r>
      <w:proofErr w:type="spellEnd"/>
      <w:r w:rsidR="00730C2E"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simbol-simbol</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linguistik</w:t>
      </w:r>
      <w:proofErr w:type="spellEnd"/>
      <w:r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Komunikasi</w:t>
      </w:r>
      <w:proofErr w:type="spellEnd"/>
      <w:r w:rsidR="00122875" w:rsidRPr="00D4006E">
        <w:rPr>
          <w:rFonts w:ascii="Times New Roman" w:hAnsi="Times New Roman" w:cs="Times New Roman"/>
          <w:color w:val="000000" w:themeColor="text1"/>
          <w:sz w:val="24"/>
          <w:szCs w:val="24"/>
        </w:rPr>
        <w:t xml:space="preserve"> verbal yang </w:t>
      </w:r>
      <w:proofErr w:type="spellStart"/>
      <w:r w:rsidR="00122875" w:rsidRPr="00D4006E">
        <w:rPr>
          <w:rFonts w:ascii="Times New Roman" w:hAnsi="Times New Roman" w:cs="Times New Roman"/>
          <w:color w:val="000000" w:themeColor="text1"/>
          <w:sz w:val="24"/>
          <w:szCs w:val="24"/>
        </w:rPr>
        <w:t>digunakan</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dalam</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lingkungan</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kerja</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multikultural</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mencakup</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penggunaan</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bahasa</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pilihan</w:t>
      </w:r>
      <w:proofErr w:type="spellEnd"/>
      <w:r w:rsidR="00122875" w:rsidRPr="00D4006E">
        <w:rPr>
          <w:rFonts w:ascii="Times New Roman" w:hAnsi="Times New Roman" w:cs="Times New Roman"/>
          <w:color w:val="000000" w:themeColor="text1"/>
          <w:sz w:val="24"/>
          <w:szCs w:val="24"/>
        </w:rPr>
        <w:t xml:space="preserve"> kata, </w:t>
      </w:r>
      <w:proofErr w:type="spellStart"/>
      <w:r w:rsidR="00122875" w:rsidRPr="00D4006E">
        <w:rPr>
          <w:rFonts w:ascii="Times New Roman" w:hAnsi="Times New Roman" w:cs="Times New Roman"/>
          <w:color w:val="000000" w:themeColor="text1"/>
          <w:sz w:val="24"/>
          <w:szCs w:val="24"/>
        </w:rPr>
        <w:t>intonasi</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gaya</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berbicara</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serta</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penyampaian</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informasi</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kepada</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individu</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dengan</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latar</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belakang</w:t>
      </w:r>
      <w:proofErr w:type="spellEnd"/>
      <w:r w:rsidR="00122875" w:rsidRPr="00D4006E">
        <w:rPr>
          <w:rFonts w:ascii="Times New Roman" w:hAnsi="Times New Roman" w:cs="Times New Roman"/>
          <w:color w:val="000000" w:themeColor="text1"/>
          <w:sz w:val="24"/>
          <w:szCs w:val="24"/>
        </w:rPr>
        <w:t xml:space="preserve"> </w:t>
      </w:r>
      <w:proofErr w:type="spellStart"/>
      <w:r w:rsidR="00122875" w:rsidRPr="00D4006E">
        <w:rPr>
          <w:rFonts w:ascii="Times New Roman" w:hAnsi="Times New Roman" w:cs="Times New Roman"/>
          <w:color w:val="000000" w:themeColor="text1"/>
          <w:sz w:val="24"/>
          <w:szCs w:val="24"/>
        </w:rPr>
        <w:t>budaya</w:t>
      </w:r>
      <w:proofErr w:type="spellEnd"/>
      <w:r w:rsidR="00122875" w:rsidRPr="00D4006E">
        <w:rPr>
          <w:rFonts w:ascii="Times New Roman" w:hAnsi="Times New Roman" w:cs="Times New Roman"/>
          <w:color w:val="000000" w:themeColor="text1"/>
          <w:sz w:val="24"/>
          <w:szCs w:val="24"/>
        </w:rPr>
        <w:t xml:space="preserve"> yang </w:t>
      </w:r>
      <w:proofErr w:type="spellStart"/>
      <w:r w:rsidR="00122875" w:rsidRPr="00D4006E">
        <w:rPr>
          <w:rFonts w:ascii="Times New Roman" w:hAnsi="Times New Roman" w:cs="Times New Roman"/>
          <w:color w:val="000000" w:themeColor="text1"/>
          <w:sz w:val="24"/>
          <w:szCs w:val="24"/>
        </w:rPr>
        <w:t>berbeda</w:t>
      </w:r>
      <w:proofErr w:type="spellEnd"/>
      <w:r w:rsidR="00122875" w:rsidRPr="00D4006E">
        <w:rPr>
          <w:rFonts w:ascii="Times New Roman" w:hAnsi="Times New Roman" w:cs="Times New Roman"/>
          <w:color w:val="000000" w:themeColor="text1"/>
          <w:sz w:val="24"/>
          <w:szCs w:val="24"/>
        </w:rPr>
        <w:t>.</w:t>
      </w:r>
      <w:r w:rsidR="00122875">
        <w:rPr>
          <w:rFonts w:ascii="Times New Roman" w:hAnsi="Times New Roman" w:cs="Times New Roman"/>
          <w:color w:val="EE0000"/>
          <w:sz w:val="24"/>
          <w:szCs w:val="24"/>
        </w:rPr>
        <w:t xml:space="preserve"> </w:t>
      </w:r>
    </w:p>
    <w:p w14:paraId="0C7EC7F8" w14:textId="77777777" w:rsidR="003F6CE3" w:rsidRPr="001C6D62" w:rsidRDefault="00156FA5" w:rsidP="00122875">
      <w:pPr>
        <w:spacing w:after="0" w:line="360" w:lineRule="auto"/>
        <w:ind w:left="1134" w:firstLine="720"/>
        <w:jc w:val="both"/>
        <w:rPr>
          <w:rFonts w:ascii="Times New Roman" w:hAnsi="Times New Roman" w:cs="Times New Roman"/>
          <w:sz w:val="24"/>
          <w:szCs w:val="24"/>
        </w:rPr>
      </w:pPr>
      <w:proofErr w:type="spellStart"/>
      <w:r w:rsidRPr="00AE1560">
        <w:rPr>
          <w:rFonts w:ascii="Times New Roman" w:hAnsi="Times New Roman" w:cs="Times New Roman"/>
          <w:sz w:val="24"/>
          <w:szCs w:val="24"/>
        </w:rPr>
        <w:t>Hambatan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bahasa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secara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langsung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dapat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mengganggu</w:t>
      </w:r>
      <w:proofErr w:type="spellEnd"/>
      <w:r w:rsidRPr="00AE1560">
        <w:rPr>
          <w:rFonts w:ascii="Times New Roman" w:hAnsi="Times New Roman" w:cs="Times New Roman"/>
          <w:sz w:val="24"/>
          <w:szCs w:val="24"/>
        </w:rPr>
        <w:t xml:space="preserve"> proses </w:t>
      </w:r>
      <w:proofErr w:type="spellStart"/>
      <w:r w:rsidRPr="00AE1560">
        <w:rPr>
          <w:rFonts w:ascii="Times New Roman" w:hAnsi="Times New Roman" w:cs="Times New Roman"/>
          <w:sz w:val="24"/>
          <w:szCs w:val="24"/>
        </w:rPr>
        <w:t>koordinasi</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pembagian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tugas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antarstaf</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tempat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Ketika </w:t>
      </w:r>
      <w:proofErr w:type="spellStart"/>
      <w:r w:rsidRPr="00AE1560">
        <w:rPr>
          <w:rFonts w:ascii="Times New Roman" w:hAnsi="Times New Roman" w:cs="Times New Roman"/>
          <w:sz w:val="24"/>
          <w:szCs w:val="24"/>
        </w:rPr>
        <w:t>pekerja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memiliki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keterbatasan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menguasai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bahasa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utama</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digunakan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operasional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risiko</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terjadinya</w:t>
      </w:r>
      <w:proofErr w:type="spellEnd"/>
      <w:r w:rsidRPr="00AE1560">
        <w:rPr>
          <w:rFonts w:ascii="Times New Roman" w:hAnsi="Times New Roman" w:cs="Times New Roman"/>
          <w:sz w:val="24"/>
          <w:szCs w:val="24"/>
        </w:rPr>
        <w:t xml:space="preserve"> salah tafsir </w:t>
      </w:r>
      <w:proofErr w:type="spellStart"/>
      <w:r w:rsidRPr="00AE1560">
        <w:rPr>
          <w:rFonts w:ascii="Times New Roman" w:hAnsi="Times New Roman" w:cs="Times New Roman"/>
          <w:sz w:val="24"/>
          <w:szCs w:val="24"/>
        </w:rPr>
        <w:t>terhadap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suatu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instruksi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meningkat</w:t>
      </w:r>
      <w:proofErr w:type="spellEnd"/>
      <w:r w:rsidRPr="00AE1560">
        <w:rPr>
          <w:rFonts w:ascii="Times New Roman" w:hAnsi="Times New Roman" w:cs="Times New Roman"/>
          <w:sz w:val="24"/>
          <w:szCs w:val="24"/>
        </w:rPr>
        <w:t xml:space="preserve">. </w:t>
      </w:r>
      <w:r w:rsidRPr="00D4006E">
        <w:rPr>
          <w:rFonts w:ascii="Times New Roman" w:hAnsi="Times New Roman" w:cs="Times New Roman"/>
          <w:color w:val="000000" w:themeColor="text1"/>
          <w:sz w:val="24"/>
          <w:szCs w:val="24"/>
        </w:rPr>
        <w:t>Sethi dan Sharma</w:t>
      </w:r>
      <w:r w:rsidR="00E33C82" w:rsidRPr="00D4006E">
        <w:rPr>
          <w:rFonts w:ascii="Times New Roman" w:hAnsi="Times New Roman" w:cs="Times New Roman"/>
          <w:color w:val="000000" w:themeColor="text1"/>
          <w:sz w:val="24"/>
          <w:szCs w:val="24"/>
        </w:rPr>
        <w:t xml:space="preserve"> (2022)</w:t>
      </w:r>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dalam</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studinya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meny</w:t>
      </w:r>
      <w:r w:rsidR="00E33C82" w:rsidRPr="00D4006E">
        <w:rPr>
          <w:rFonts w:ascii="Times New Roman" w:hAnsi="Times New Roman" w:cs="Times New Roman"/>
          <w:color w:val="000000" w:themeColor="text1"/>
          <w:sz w:val="24"/>
          <w:szCs w:val="24"/>
        </w:rPr>
        <w:t>atakan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bahwa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dalam</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tim</w:t>
      </w:r>
      <w:proofErr w:type="spellEnd"/>
      <w:r w:rsidRPr="00D4006E">
        <w:rPr>
          <w:rFonts w:ascii="Times New Roman" w:hAnsi="Times New Roman" w:cs="Times New Roman"/>
          <w:color w:val="000000" w:themeColor="text1"/>
          <w:sz w:val="24"/>
          <w:szCs w:val="24"/>
        </w:rPr>
        <w:t xml:space="preserve"> yang </w:t>
      </w:r>
      <w:proofErr w:type="spellStart"/>
      <w:r w:rsidRPr="00D4006E">
        <w:rPr>
          <w:rFonts w:ascii="Times New Roman" w:hAnsi="Times New Roman" w:cs="Times New Roman"/>
          <w:color w:val="000000" w:themeColor="text1"/>
          <w:sz w:val="24"/>
          <w:szCs w:val="24"/>
        </w:rPr>
        <w:t>beragam</w:t>
      </w:r>
      <w:proofErr w:type="spellEnd"/>
      <w:r w:rsidRPr="00D4006E">
        <w:rPr>
          <w:rFonts w:ascii="Times New Roman" w:hAnsi="Times New Roman" w:cs="Times New Roman"/>
          <w:color w:val="000000" w:themeColor="text1"/>
          <w:sz w:val="24"/>
          <w:szCs w:val="24"/>
        </w:rPr>
        <w:t xml:space="preserve">, salah tafsir </w:t>
      </w:r>
      <w:proofErr w:type="spellStart"/>
      <w:r w:rsidRPr="00D4006E">
        <w:rPr>
          <w:rFonts w:ascii="Times New Roman" w:hAnsi="Times New Roman" w:cs="Times New Roman"/>
          <w:color w:val="000000" w:themeColor="text1"/>
          <w:sz w:val="24"/>
          <w:szCs w:val="24"/>
        </w:rPr>
        <w:t>terhadap</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isyarat</w:t>
      </w:r>
      <w:proofErr w:type="spellEnd"/>
      <w:r w:rsidRPr="00D4006E">
        <w:rPr>
          <w:rFonts w:ascii="Times New Roman" w:hAnsi="Times New Roman" w:cs="Times New Roman"/>
          <w:color w:val="000000" w:themeColor="text1"/>
          <w:sz w:val="24"/>
          <w:szCs w:val="24"/>
        </w:rPr>
        <w:t xml:space="preserve"> verbal dan </w:t>
      </w:r>
      <w:r w:rsidRPr="00D4006E">
        <w:rPr>
          <w:rFonts w:ascii="Times New Roman" w:hAnsi="Times New Roman" w:cs="Times New Roman"/>
          <w:i/>
          <w:iCs/>
          <w:color w:val="000000" w:themeColor="text1"/>
          <w:sz w:val="24"/>
          <w:szCs w:val="24"/>
        </w:rPr>
        <w:t>non-verbal</w:t>
      </w:r>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sering</w:t>
      </w:r>
      <w:proofErr w:type="spellEnd"/>
      <w:r w:rsidRPr="00D4006E">
        <w:rPr>
          <w:rFonts w:ascii="Times New Roman" w:hAnsi="Times New Roman" w:cs="Times New Roman"/>
          <w:color w:val="000000" w:themeColor="text1"/>
          <w:sz w:val="24"/>
          <w:szCs w:val="24"/>
        </w:rPr>
        <w:t xml:space="preserve"> kali </w:t>
      </w:r>
      <w:proofErr w:type="spellStart"/>
      <w:r w:rsidRPr="00D4006E">
        <w:rPr>
          <w:rFonts w:ascii="Times New Roman" w:hAnsi="Times New Roman" w:cs="Times New Roman"/>
          <w:color w:val="000000" w:themeColor="text1"/>
          <w:sz w:val="24"/>
          <w:szCs w:val="24"/>
        </w:rPr>
        <w:t>menyebabkan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gesekan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operasional</w:t>
      </w:r>
      <w:proofErr w:type="spellEnd"/>
      <w:r w:rsidRPr="00D4006E">
        <w:rPr>
          <w:rFonts w:ascii="Times New Roman" w:hAnsi="Times New Roman" w:cs="Times New Roman"/>
          <w:color w:val="000000" w:themeColor="text1"/>
          <w:sz w:val="24"/>
          <w:szCs w:val="24"/>
        </w:rPr>
        <w:t xml:space="preserve"> dan </w:t>
      </w:r>
      <w:proofErr w:type="spellStart"/>
      <w:r w:rsidRPr="00D4006E">
        <w:rPr>
          <w:rFonts w:ascii="Times New Roman" w:hAnsi="Times New Roman" w:cs="Times New Roman"/>
          <w:color w:val="000000" w:themeColor="text1"/>
          <w:sz w:val="24"/>
          <w:szCs w:val="24"/>
        </w:rPr>
        <w:t>penurunan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kolaborasi</w:t>
      </w:r>
      <w:proofErr w:type="spellEnd"/>
      <w:r w:rsidRPr="00D4006E">
        <w:rPr>
          <w:rFonts w:ascii="Times New Roman" w:hAnsi="Times New Roman" w:cs="Times New Roman"/>
          <w:color w:val="000000" w:themeColor="text1"/>
          <w:sz w:val="24"/>
          <w:szCs w:val="24"/>
        </w:rPr>
        <w:t xml:space="preserve">. Oleh </w:t>
      </w:r>
      <w:proofErr w:type="spellStart"/>
      <w:r w:rsidRPr="00D4006E">
        <w:rPr>
          <w:rFonts w:ascii="Times New Roman" w:hAnsi="Times New Roman" w:cs="Times New Roman"/>
          <w:color w:val="000000" w:themeColor="text1"/>
          <w:sz w:val="24"/>
          <w:szCs w:val="24"/>
        </w:rPr>
        <w:t>karena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itu</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keterbatasan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tersebut</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jika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tidak</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ditangani</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dengan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baik</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tidak</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hanya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memperlambat</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ritme</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kerja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tetapi</w:t>
      </w:r>
      <w:proofErr w:type="spellEnd"/>
      <w:r w:rsidRPr="00D4006E">
        <w:rPr>
          <w:rFonts w:ascii="Times New Roman" w:hAnsi="Times New Roman" w:cs="Times New Roman"/>
          <w:color w:val="000000" w:themeColor="text1"/>
          <w:sz w:val="24"/>
          <w:szCs w:val="24"/>
        </w:rPr>
        <w:t xml:space="preserve"> juga </w:t>
      </w:r>
      <w:proofErr w:type="spellStart"/>
      <w:r w:rsidRPr="00D4006E">
        <w:rPr>
          <w:rFonts w:ascii="Times New Roman" w:hAnsi="Times New Roman" w:cs="Times New Roman"/>
          <w:color w:val="000000" w:themeColor="text1"/>
          <w:sz w:val="24"/>
          <w:szCs w:val="24"/>
        </w:rPr>
        <w:t>berpotensi</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memicu</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kesalahpahaman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kerja</w:t>
      </w:r>
      <w:proofErr w:type="spellEnd"/>
      <w:r w:rsidRPr="00D4006E">
        <w:rPr>
          <w:rFonts w:ascii="Times New Roman" w:hAnsi="Times New Roman" w:cs="Times New Roman"/>
          <w:color w:val="000000" w:themeColor="text1"/>
          <w:sz w:val="24"/>
          <w:szCs w:val="24"/>
        </w:rPr>
        <w:t xml:space="preserve"> yang </w:t>
      </w:r>
      <w:proofErr w:type="spellStart"/>
      <w:r w:rsidRPr="00D4006E">
        <w:rPr>
          <w:rFonts w:ascii="Times New Roman" w:hAnsi="Times New Roman" w:cs="Times New Roman"/>
          <w:color w:val="000000" w:themeColor="text1"/>
          <w:sz w:val="24"/>
          <w:szCs w:val="24"/>
        </w:rPr>
        <w:t>dapat</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menurunkan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produktivitas</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tim</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secara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keseluruhan</w:t>
      </w:r>
      <w:proofErr w:type="spellEnd"/>
      <w:r w:rsidRPr="00D4006E">
        <w:rPr>
          <w:rFonts w:ascii="Times New Roman" w:hAnsi="Times New Roman" w:cs="Times New Roman"/>
          <w:color w:val="000000" w:themeColor="text1"/>
          <w:sz w:val="24"/>
          <w:szCs w:val="24"/>
        </w:rPr>
        <w:t>.</w:t>
      </w:r>
      <w:r w:rsidR="001C6D62" w:rsidRPr="00D4006E">
        <w:rPr>
          <w:rFonts w:ascii="Times New Roman" w:hAnsi="Times New Roman" w:cs="Times New Roman"/>
          <w:color w:val="000000" w:themeColor="text1"/>
          <w:sz w:val="24"/>
          <w:szCs w:val="24"/>
        </w:rPr>
        <w:t xml:space="preserve"> </w:t>
      </w:r>
    </w:p>
    <w:p w14:paraId="76CA33E1" w14:textId="77777777" w:rsidR="003F6CE3" w:rsidRPr="00AE1560" w:rsidRDefault="00156FA5">
      <w:pPr>
        <w:pStyle w:val="ListParagraph"/>
        <w:numPr>
          <w:ilvl w:val="0"/>
          <w:numId w:val="16"/>
        </w:numPr>
        <w:spacing w:after="0" w:line="360" w:lineRule="auto"/>
        <w:ind w:left="1134"/>
        <w:rPr>
          <w:rFonts w:ascii="Times New Roman" w:hAnsi="Times New Roman" w:cs="Times New Roman"/>
          <w:bCs/>
          <w:i/>
          <w:iCs/>
          <w:sz w:val="24"/>
          <w:szCs w:val="24"/>
        </w:rPr>
      </w:pPr>
      <w:proofErr w:type="spellStart"/>
      <w:r w:rsidRPr="00AE1560">
        <w:rPr>
          <w:rFonts w:ascii="Times New Roman" w:hAnsi="Times New Roman" w:cs="Times New Roman"/>
          <w:bCs/>
          <w:sz w:val="24"/>
          <w:szCs w:val="24"/>
        </w:rPr>
        <w:t>Komunikasi</w:t>
      </w:r>
      <w:proofErr w:type="spellEnd"/>
      <w:r w:rsidRPr="00AE1560">
        <w:rPr>
          <w:rFonts w:ascii="Times New Roman" w:hAnsi="Times New Roman" w:cs="Times New Roman"/>
          <w:bCs/>
          <w:sz w:val="24"/>
          <w:szCs w:val="24"/>
        </w:rPr>
        <w:t xml:space="preserve"> </w:t>
      </w:r>
      <w:r w:rsidRPr="00122875">
        <w:rPr>
          <w:rFonts w:ascii="Times New Roman" w:hAnsi="Times New Roman" w:cs="Times New Roman"/>
          <w:bCs/>
          <w:i/>
          <w:iCs/>
          <w:sz w:val="24"/>
          <w:szCs w:val="24"/>
        </w:rPr>
        <w:t>Non-Verbal</w:t>
      </w:r>
    </w:p>
    <w:p w14:paraId="4635472F" w14:textId="77777777" w:rsidR="003F6CE3" w:rsidRPr="00AE1560" w:rsidRDefault="00156FA5" w:rsidP="001C6D62">
      <w:pPr>
        <w:spacing w:after="0" w:line="360" w:lineRule="auto"/>
        <w:ind w:left="1134" w:firstLine="720"/>
        <w:jc w:val="both"/>
        <w:rPr>
          <w:rFonts w:ascii="Times New Roman" w:hAnsi="Times New Roman" w:cs="Times New Roman"/>
          <w:sz w:val="24"/>
          <w:szCs w:val="24"/>
        </w:rPr>
      </w:pPr>
      <w:proofErr w:type="spellStart"/>
      <w:r w:rsidRPr="00AE1560">
        <w:rPr>
          <w:rFonts w:ascii="Times New Roman" w:hAnsi="Times New Roman" w:cs="Times New Roman"/>
          <w:sz w:val="24"/>
          <w:szCs w:val="24"/>
        </w:rPr>
        <w:t>Menurut</w:t>
      </w:r>
      <w:proofErr w:type="spellEnd"/>
      <w:r w:rsidRPr="00AE1560">
        <w:rPr>
          <w:rFonts w:ascii="Times New Roman" w:hAnsi="Times New Roman" w:cs="Times New Roman"/>
          <w:sz w:val="24"/>
          <w:szCs w:val="24"/>
        </w:rPr>
        <w:t xml:space="preserve"> Jackson</w:t>
      </w:r>
      <w:r w:rsidR="001C6D62">
        <w:rPr>
          <w:rFonts w:ascii="Times New Roman" w:hAnsi="Times New Roman" w:cs="Times New Roman"/>
          <w:sz w:val="24"/>
          <w:szCs w:val="24"/>
        </w:rPr>
        <w:t xml:space="preserve"> (2024) </w:t>
      </w:r>
      <w:proofErr w:type="spellStart"/>
      <w:r w:rsidR="001C6D62">
        <w:rPr>
          <w:rFonts w:ascii="Times New Roman" w:hAnsi="Times New Roman" w:cs="Times New Roman"/>
          <w:sz w:val="24"/>
          <w:szCs w:val="24"/>
        </w:rPr>
        <w:t>bahwa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w:t>
      </w:r>
      <w:r w:rsidRPr="00AE1560">
        <w:rPr>
          <w:rFonts w:ascii="Times New Roman" w:hAnsi="Times New Roman" w:cs="Times New Roman"/>
          <w:i/>
          <w:iCs/>
          <w:sz w:val="24"/>
          <w:szCs w:val="24"/>
        </w:rPr>
        <w:t>non-verbal</w:t>
      </w:r>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merupakan</w:t>
      </w:r>
      <w:proofErr w:type="spellEnd"/>
      <w:r w:rsidRPr="00AE1560">
        <w:rPr>
          <w:rFonts w:ascii="Times New Roman" w:hAnsi="Times New Roman" w:cs="Times New Roman"/>
          <w:sz w:val="24"/>
          <w:szCs w:val="24"/>
        </w:rPr>
        <w:t xml:space="preserve"> proses </w:t>
      </w:r>
      <w:proofErr w:type="spellStart"/>
      <w:r w:rsidRPr="00AE1560">
        <w:rPr>
          <w:rFonts w:ascii="Times New Roman" w:hAnsi="Times New Roman" w:cs="Times New Roman"/>
          <w:sz w:val="24"/>
          <w:szCs w:val="24"/>
        </w:rPr>
        <w:t>pertukaran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pesan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tanpa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menggunakan</w:t>
      </w:r>
      <w:proofErr w:type="spellEnd"/>
      <w:r w:rsidRPr="00AE1560">
        <w:rPr>
          <w:rFonts w:ascii="Times New Roman" w:hAnsi="Times New Roman" w:cs="Times New Roman"/>
          <w:sz w:val="24"/>
          <w:szCs w:val="24"/>
        </w:rPr>
        <w:t xml:space="preserve"> kata-kata, </w:t>
      </w:r>
      <w:proofErr w:type="spellStart"/>
      <w:r w:rsidRPr="00AE1560">
        <w:rPr>
          <w:rFonts w:ascii="Times New Roman" w:hAnsi="Times New Roman" w:cs="Times New Roman"/>
          <w:sz w:val="24"/>
          <w:szCs w:val="24"/>
        </w:rPr>
        <w:t>melainkan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melalui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isyarat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tubuh</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ekspresi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maupun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tindakan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implisit</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terikat</w:t>
      </w:r>
      <w:proofErr w:type="spellEnd"/>
      <w:r w:rsidRPr="00AE1560">
        <w:rPr>
          <w:rFonts w:ascii="Times New Roman" w:hAnsi="Times New Roman" w:cs="Times New Roman"/>
          <w:sz w:val="24"/>
          <w:szCs w:val="24"/>
        </w:rPr>
        <w:t xml:space="preserve"> oleh </w:t>
      </w:r>
      <w:proofErr w:type="spellStart"/>
      <w:r w:rsidRPr="00AE1560">
        <w:rPr>
          <w:rFonts w:ascii="Times New Roman" w:hAnsi="Times New Roman" w:cs="Times New Roman"/>
          <w:sz w:val="24"/>
          <w:szCs w:val="24"/>
        </w:rPr>
        <w:t>makna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Selain </w:t>
      </w:r>
      <w:proofErr w:type="spellStart"/>
      <w:r w:rsidRPr="00AE1560">
        <w:rPr>
          <w:rFonts w:ascii="Times New Roman" w:hAnsi="Times New Roman" w:cs="Times New Roman"/>
          <w:sz w:val="24"/>
          <w:szCs w:val="24"/>
        </w:rPr>
        <w:t>kendala</w:t>
      </w:r>
      <w:proofErr w:type="spellEnd"/>
      <w:r w:rsidRPr="00AE1560">
        <w:rPr>
          <w:rFonts w:ascii="Times New Roman" w:hAnsi="Times New Roman" w:cs="Times New Roman"/>
          <w:sz w:val="24"/>
          <w:szCs w:val="24"/>
        </w:rPr>
        <w:t xml:space="preserve"> pada </w:t>
      </w:r>
      <w:proofErr w:type="spellStart"/>
      <w:r w:rsidRPr="00AE1560">
        <w:rPr>
          <w:rFonts w:ascii="Times New Roman" w:hAnsi="Times New Roman" w:cs="Times New Roman"/>
          <w:sz w:val="24"/>
          <w:szCs w:val="24"/>
        </w:rPr>
        <w:t>bahasa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lisan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w:t>
      </w:r>
      <w:r w:rsidRPr="00AE1560">
        <w:rPr>
          <w:rFonts w:ascii="Times New Roman" w:hAnsi="Times New Roman" w:cs="Times New Roman"/>
          <w:i/>
          <w:iCs/>
          <w:sz w:val="24"/>
          <w:szCs w:val="24"/>
        </w:rPr>
        <w:t>non-verbal</w:t>
      </w:r>
      <w:r w:rsidRPr="00AE1560">
        <w:rPr>
          <w:rFonts w:ascii="Times New Roman" w:hAnsi="Times New Roman" w:cs="Times New Roman"/>
          <w:sz w:val="24"/>
          <w:szCs w:val="24"/>
        </w:rPr>
        <w:t xml:space="preserve"> juga </w:t>
      </w:r>
      <w:proofErr w:type="spellStart"/>
      <w:r w:rsidRPr="00AE1560">
        <w:rPr>
          <w:rFonts w:ascii="Times New Roman" w:hAnsi="Times New Roman" w:cs="Times New Roman"/>
          <w:sz w:val="24"/>
          <w:szCs w:val="24"/>
        </w:rPr>
        <w:t>memegang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peranan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penting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namun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sering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memicu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hambatan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interaksi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lintas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Isyarat</w:t>
      </w:r>
      <w:proofErr w:type="spellEnd"/>
      <w:r w:rsidRPr="00AE1560">
        <w:rPr>
          <w:rFonts w:ascii="Times New Roman" w:hAnsi="Times New Roman" w:cs="Times New Roman"/>
          <w:sz w:val="24"/>
          <w:szCs w:val="24"/>
        </w:rPr>
        <w:t xml:space="preserve"> </w:t>
      </w:r>
      <w:proofErr w:type="spellStart"/>
      <w:r w:rsidR="001C6D62">
        <w:rPr>
          <w:rFonts w:ascii="Times New Roman" w:hAnsi="Times New Roman" w:cs="Times New Roman"/>
          <w:sz w:val="24"/>
          <w:szCs w:val="24"/>
        </w:rPr>
        <w:t>atau</w:t>
      </w:r>
      <w:proofErr w:type="spellEnd"/>
      <w:r w:rsidR="001C6D62">
        <w:rPr>
          <w:rFonts w:ascii="Times New Roman" w:hAnsi="Times New Roman" w:cs="Times New Roman"/>
          <w:sz w:val="24"/>
          <w:szCs w:val="24"/>
        </w:rPr>
        <w:t xml:space="preserve"> </w:t>
      </w:r>
      <w:r w:rsidRPr="00AE1560">
        <w:rPr>
          <w:rFonts w:ascii="Times New Roman" w:hAnsi="Times New Roman" w:cs="Times New Roman"/>
          <w:i/>
          <w:iCs/>
          <w:sz w:val="24"/>
          <w:szCs w:val="24"/>
        </w:rPr>
        <w:t>non-verbal</w:t>
      </w:r>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seperti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ekspresi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wajah</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kontak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mata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gerakan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tangan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hingga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penafsiran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terhadap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jarak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fisik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memiliki</w:t>
      </w:r>
      <w:proofErr w:type="spellEnd"/>
      <w:r w:rsidRPr="00AE1560">
        <w:rPr>
          <w:rFonts w:ascii="Times New Roman" w:hAnsi="Times New Roman" w:cs="Times New Roman"/>
          <w:sz w:val="24"/>
          <w:szCs w:val="24"/>
        </w:rPr>
        <w:t xml:space="preserve"> arti yang </w:t>
      </w:r>
      <w:proofErr w:type="spellStart"/>
      <w:r w:rsidRPr="00AE1560">
        <w:rPr>
          <w:rFonts w:ascii="Times New Roman" w:hAnsi="Times New Roman" w:cs="Times New Roman"/>
          <w:sz w:val="24"/>
          <w:szCs w:val="24"/>
        </w:rPr>
        <w:t>berbeda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tergantung</w:t>
      </w:r>
      <w:proofErr w:type="spellEnd"/>
      <w:r w:rsidRPr="00AE1560">
        <w:rPr>
          <w:rFonts w:ascii="Times New Roman" w:hAnsi="Times New Roman" w:cs="Times New Roman"/>
          <w:sz w:val="24"/>
          <w:szCs w:val="24"/>
        </w:rPr>
        <w:t xml:space="preserve"> pada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asal</w:t>
      </w:r>
      <w:proofErr w:type="spellEnd"/>
      <w:r w:rsidRPr="00AE1560">
        <w:rPr>
          <w:rFonts w:ascii="Times New Roman" w:hAnsi="Times New Roman" w:cs="Times New Roman"/>
          <w:sz w:val="24"/>
          <w:szCs w:val="24"/>
        </w:rPr>
        <w:t xml:space="preserve"> masing-masing </w:t>
      </w:r>
      <w:proofErr w:type="spellStart"/>
      <w:r w:rsidRPr="00AE1560">
        <w:rPr>
          <w:rFonts w:ascii="Times New Roman" w:hAnsi="Times New Roman" w:cs="Times New Roman"/>
          <w:sz w:val="24"/>
          <w:szCs w:val="24"/>
        </w:rPr>
        <w:t>individu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Terkait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r w:rsidR="001C6D62">
        <w:rPr>
          <w:rFonts w:ascii="Times New Roman" w:hAnsi="Times New Roman" w:cs="Times New Roman"/>
          <w:sz w:val="24"/>
          <w:szCs w:val="24"/>
        </w:rPr>
        <w:br/>
      </w:r>
      <w:r w:rsidRPr="00D4006E">
        <w:rPr>
          <w:rFonts w:ascii="Times New Roman" w:hAnsi="Times New Roman" w:cs="Times New Roman"/>
          <w:color w:val="000000" w:themeColor="text1"/>
          <w:sz w:val="24"/>
          <w:szCs w:val="24"/>
        </w:rPr>
        <w:t>Al-Amir dan Al-Subhi</w:t>
      </w:r>
      <w:r w:rsidR="001C6D62" w:rsidRPr="00D4006E">
        <w:rPr>
          <w:rFonts w:ascii="Times New Roman" w:hAnsi="Times New Roman" w:cs="Times New Roman"/>
          <w:color w:val="000000" w:themeColor="text1"/>
          <w:sz w:val="24"/>
          <w:szCs w:val="24"/>
        </w:rPr>
        <w:t xml:space="preserve"> (2023)</w:t>
      </w:r>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menjelaskan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bahwa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kebudayaan</w:t>
      </w:r>
      <w:proofErr w:type="spellEnd"/>
      <w:r w:rsidRPr="00D4006E">
        <w:rPr>
          <w:rFonts w:ascii="Times New Roman" w:hAnsi="Times New Roman" w:cs="Times New Roman"/>
          <w:color w:val="000000" w:themeColor="text1"/>
          <w:sz w:val="24"/>
          <w:szCs w:val="24"/>
        </w:rPr>
        <w:t xml:space="preserve"> sangat </w:t>
      </w:r>
      <w:proofErr w:type="spellStart"/>
      <w:r w:rsidRPr="00D4006E">
        <w:rPr>
          <w:rFonts w:ascii="Times New Roman" w:hAnsi="Times New Roman" w:cs="Times New Roman"/>
          <w:color w:val="000000" w:themeColor="text1"/>
          <w:sz w:val="24"/>
          <w:szCs w:val="24"/>
        </w:rPr>
        <w:t>mem</w:t>
      </w:r>
      <w:r w:rsidR="001C6D62" w:rsidRPr="00D4006E">
        <w:rPr>
          <w:rFonts w:ascii="Times New Roman" w:hAnsi="Times New Roman" w:cs="Times New Roman"/>
          <w:color w:val="000000" w:themeColor="text1"/>
          <w:sz w:val="24"/>
          <w:szCs w:val="24"/>
        </w:rPr>
        <w:t>p</w:t>
      </w:r>
      <w:r w:rsidRPr="00D4006E">
        <w:rPr>
          <w:rFonts w:ascii="Times New Roman" w:hAnsi="Times New Roman" w:cs="Times New Roman"/>
          <w:color w:val="000000" w:themeColor="text1"/>
          <w:sz w:val="24"/>
          <w:szCs w:val="24"/>
        </w:rPr>
        <w:t>engaruhi</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pola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perilaku</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individu</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sehingga</w:t>
      </w:r>
      <w:proofErr w:type="spellEnd"/>
      <w:r w:rsidRPr="00D4006E">
        <w:rPr>
          <w:rFonts w:ascii="Times New Roman" w:hAnsi="Times New Roman" w:cs="Times New Roman"/>
          <w:color w:val="000000" w:themeColor="text1"/>
          <w:sz w:val="24"/>
          <w:szCs w:val="24"/>
        </w:rPr>
        <w:t xml:space="preserve"> salah tafsir </w:t>
      </w:r>
      <w:proofErr w:type="spellStart"/>
      <w:r w:rsidRPr="00D4006E">
        <w:rPr>
          <w:rFonts w:ascii="Times New Roman" w:hAnsi="Times New Roman" w:cs="Times New Roman"/>
          <w:color w:val="000000" w:themeColor="text1"/>
          <w:sz w:val="24"/>
          <w:szCs w:val="24"/>
        </w:rPr>
        <w:t>terhadap</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isyarat</w:t>
      </w:r>
      <w:proofErr w:type="spellEnd"/>
      <w:r w:rsidRPr="00D4006E">
        <w:rPr>
          <w:rFonts w:ascii="Times New Roman" w:hAnsi="Times New Roman" w:cs="Times New Roman"/>
          <w:color w:val="000000" w:themeColor="text1"/>
          <w:sz w:val="24"/>
          <w:szCs w:val="24"/>
        </w:rPr>
        <w:t xml:space="preserve"> </w:t>
      </w:r>
      <w:r w:rsidRPr="00D4006E">
        <w:rPr>
          <w:rFonts w:ascii="Times New Roman" w:hAnsi="Times New Roman" w:cs="Times New Roman"/>
          <w:i/>
          <w:iCs/>
          <w:color w:val="000000" w:themeColor="text1"/>
          <w:sz w:val="24"/>
          <w:szCs w:val="24"/>
        </w:rPr>
        <w:t>non-verbal</w:t>
      </w:r>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ini</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dapat</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menciptakan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jarak</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psikologis</w:t>
      </w:r>
      <w:proofErr w:type="spellEnd"/>
      <w:r w:rsidRPr="00D4006E">
        <w:rPr>
          <w:rFonts w:ascii="Times New Roman" w:hAnsi="Times New Roman" w:cs="Times New Roman"/>
          <w:color w:val="000000" w:themeColor="text1"/>
          <w:sz w:val="24"/>
          <w:szCs w:val="24"/>
        </w:rPr>
        <w:t xml:space="preserve"> dan </w:t>
      </w:r>
      <w:proofErr w:type="spellStart"/>
      <w:r w:rsidRPr="00D4006E">
        <w:rPr>
          <w:rFonts w:ascii="Times New Roman" w:hAnsi="Times New Roman" w:cs="Times New Roman"/>
          <w:color w:val="000000" w:themeColor="text1"/>
          <w:sz w:val="24"/>
          <w:szCs w:val="24"/>
        </w:rPr>
        <w:t>hambatan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relasional</w:t>
      </w:r>
      <w:proofErr w:type="spellEnd"/>
      <w:r w:rsidRPr="00D4006E">
        <w:rPr>
          <w:rFonts w:ascii="Times New Roman" w:hAnsi="Times New Roman" w:cs="Times New Roman"/>
          <w:color w:val="000000" w:themeColor="text1"/>
          <w:sz w:val="24"/>
          <w:szCs w:val="24"/>
        </w:rPr>
        <w:t xml:space="preserve"> di </w:t>
      </w:r>
      <w:proofErr w:type="spellStart"/>
      <w:r w:rsidRPr="00D4006E">
        <w:rPr>
          <w:rFonts w:ascii="Times New Roman" w:hAnsi="Times New Roman" w:cs="Times New Roman"/>
          <w:color w:val="000000" w:themeColor="text1"/>
          <w:sz w:val="24"/>
          <w:szCs w:val="24"/>
        </w:rPr>
        <w:t>antara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pekerja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multikultural</w:t>
      </w:r>
      <w:proofErr w:type="spellEnd"/>
      <w:r w:rsidRPr="00D4006E">
        <w:rPr>
          <w:rFonts w:ascii="Times New Roman" w:hAnsi="Times New Roman" w:cs="Times New Roman"/>
          <w:color w:val="000000" w:themeColor="text1"/>
          <w:sz w:val="24"/>
          <w:szCs w:val="24"/>
        </w:rPr>
        <w:t>.</w:t>
      </w:r>
      <w:r w:rsidR="001C6D62" w:rsidRPr="00D4006E">
        <w:rPr>
          <w:rFonts w:ascii="Times New Roman" w:hAnsi="Times New Roman" w:cs="Times New Roman"/>
          <w:color w:val="000000" w:themeColor="text1"/>
          <w:sz w:val="24"/>
          <w:szCs w:val="24"/>
        </w:rPr>
        <w:t xml:space="preserve"> </w:t>
      </w:r>
    </w:p>
    <w:p w14:paraId="04F8A713" w14:textId="77777777" w:rsidR="003F6CE3" w:rsidRPr="00AE1560" w:rsidRDefault="00156FA5" w:rsidP="00AE1560">
      <w:pPr>
        <w:spacing w:after="0" w:line="360" w:lineRule="auto"/>
        <w:ind w:left="1134" w:firstLine="720"/>
        <w:jc w:val="both"/>
        <w:rPr>
          <w:rFonts w:ascii="Times New Roman" w:hAnsi="Times New Roman" w:cs="Times New Roman"/>
          <w:sz w:val="24"/>
          <w:szCs w:val="24"/>
        </w:rPr>
      </w:pPr>
      <w:r w:rsidRPr="00AE1560">
        <w:rPr>
          <w:rFonts w:ascii="Times New Roman" w:hAnsi="Times New Roman" w:cs="Times New Roman"/>
          <w:sz w:val="24"/>
          <w:szCs w:val="24"/>
        </w:rPr>
        <w:t xml:space="preserve">Di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lingkungan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kegagalan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memahami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isyarat</w:t>
      </w:r>
      <w:proofErr w:type="spellEnd"/>
      <w:r w:rsidRPr="00AE1560">
        <w:rPr>
          <w:rFonts w:ascii="Times New Roman" w:hAnsi="Times New Roman" w:cs="Times New Roman"/>
          <w:sz w:val="24"/>
          <w:szCs w:val="24"/>
        </w:rPr>
        <w:t xml:space="preserve"> </w:t>
      </w:r>
      <w:r w:rsidRPr="00AE1560">
        <w:rPr>
          <w:rFonts w:ascii="Times New Roman" w:hAnsi="Times New Roman" w:cs="Times New Roman"/>
          <w:i/>
          <w:iCs/>
          <w:sz w:val="24"/>
          <w:szCs w:val="24"/>
        </w:rPr>
        <w:t>non-verbal</w:t>
      </w:r>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sering</w:t>
      </w:r>
      <w:proofErr w:type="spellEnd"/>
      <w:r w:rsidRPr="00AE1560">
        <w:rPr>
          <w:rFonts w:ascii="Times New Roman" w:hAnsi="Times New Roman" w:cs="Times New Roman"/>
          <w:sz w:val="24"/>
          <w:szCs w:val="24"/>
        </w:rPr>
        <w:t xml:space="preserve"> kali </w:t>
      </w:r>
      <w:proofErr w:type="spellStart"/>
      <w:r w:rsidRPr="00AE1560">
        <w:rPr>
          <w:rFonts w:ascii="Times New Roman" w:hAnsi="Times New Roman" w:cs="Times New Roman"/>
          <w:sz w:val="24"/>
          <w:szCs w:val="24"/>
        </w:rPr>
        <w:t>menimbulkan</w:t>
      </w:r>
      <w:proofErr w:type="spellEnd"/>
      <w:r w:rsidRPr="00AE1560">
        <w:rPr>
          <w:rFonts w:ascii="Times New Roman" w:hAnsi="Times New Roman" w:cs="Times New Roman"/>
          <w:sz w:val="24"/>
          <w:szCs w:val="24"/>
        </w:rPr>
        <w:t xml:space="preserve"> rasa </w:t>
      </w:r>
      <w:proofErr w:type="spellStart"/>
      <w:r w:rsidRPr="00AE1560">
        <w:rPr>
          <w:rFonts w:ascii="Times New Roman" w:hAnsi="Times New Roman" w:cs="Times New Roman"/>
          <w:sz w:val="24"/>
          <w:szCs w:val="24"/>
        </w:rPr>
        <w:t>canggung</w:t>
      </w:r>
      <w:proofErr w:type="spellEnd"/>
      <w:r w:rsidRPr="00AE1560">
        <w:rPr>
          <w:rFonts w:ascii="Times New Roman" w:hAnsi="Times New Roman" w:cs="Times New Roman"/>
          <w:sz w:val="24"/>
          <w:szCs w:val="24"/>
        </w:rPr>
        <w:t xml:space="preserve">, salah </w:t>
      </w:r>
      <w:proofErr w:type="spellStart"/>
      <w:r w:rsidRPr="00AE1560">
        <w:rPr>
          <w:rFonts w:ascii="Times New Roman" w:hAnsi="Times New Roman" w:cs="Times New Roman"/>
          <w:sz w:val="24"/>
          <w:szCs w:val="24"/>
        </w:rPr>
        <w:t>paham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atau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bahkan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ketersinggungan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antarkaryawan</w:t>
      </w:r>
      <w:proofErr w:type="spellEnd"/>
      <w:r w:rsidRPr="00AE1560">
        <w:rPr>
          <w:rFonts w:ascii="Times New Roman" w:hAnsi="Times New Roman" w:cs="Times New Roman"/>
          <w:sz w:val="24"/>
          <w:szCs w:val="24"/>
        </w:rPr>
        <w:t xml:space="preserve">. Oleh </w:t>
      </w:r>
      <w:proofErr w:type="spellStart"/>
      <w:r w:rsidRPr="00AE1560">
        <w:rPr>
          <w:rFonts w:ascii="Times New Roman" w:hAnsi="Times New Roman" w:cs="Times New Roman"/>
          <w:sz w:val="24"/>
          <w:szCs w:val="24"/>
        </w:rPr>
        <w:t>karena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itu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kombinasi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antara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hambatan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bahasa</w:t>
      </w:r>
      <w:proofErr w:type="spellEnd"/>
      <w:r w:rsidRPr="00AE1560">
        <w:rPr>
          <w:rFonts w:ascii="Times New Roman" w:hAnsi="Times New Roman" w:cs="Times New Roman"/>
          <w:sz w:val="24"/>
          <w:szCs w:val="24"/>
        </w:rPr>
        <w:t xml:space="preserve"> verbal dan </w:t>
      </w:r>
      <w:proofErr w:type="spellStart"/>
      <w:r w:rsidRPr="00AE1560">
        <w:rPr>
          <w:rFonts w:ascii="Times New Roman" w:hAnsi="Times New Roman" w:cs="Times New Roman"/>
          <w:sz w:val="24"/>
          <w:szCs w:val="24"/>
        </w:rPr>
        <w:t>kekeliruan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membaca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pesan</w:t>
      </w:r>
      <w:proofErr w:type="spellEnd"/>
      <w:r w:rsidRPr="00AE1560">
        <w:rPr>
          <w:rFonts w:ascii="Times New Roman" w:hAnsi="Times New Roman" w:cs="Times New Roman"/>
          <w:sz w:val="24"/>
          <w:szCs w:val="24"/>
        </w:rPr>
        <w:t xml:space="preserve"> </w:t>
      </w:r>
      <w:r w:rsidRPr="00AE1560">
        <w:rPr>
          <w:rFonts w:ascii="Times New Roman" w:hAnsi="Times New Roman" w:cs="Times New Roman"/>
          <w:i/>
          <w:iCs/>
          <w:sz w:val="24"/>
          <w:szCs w:val="24"/>
        </w:rPr>
        <w:t>non-verbal</w:t>
      </w:r>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menjadi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tantangan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nyata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bagi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karyawan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khususnya</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departemen</w:t>
      </w:r>
      <w:proofErr w:type="spellEnd"/>
      <w:r w:rsidRPr="00AE1560">
        <w:rPr>
          <w:rFonts w:ascii="Times New Roman" w:hAnsi="Times New Roman" w:cs="Times New Roman"/>
          <w:sz w:val="24"/>
          <w:szCs w:val="24"/>
        </w:rPr>
        <w:t xml:space="preserve"> </w:t>
      </w:r>
      <w:r w:rsidRPr="005D4FE5">
        <w:rPr>
          <w:rFonts w:ascii="Times New Roman" w:hAnsi="Times New Roman" w:cs="Times New Roman"/>
          <w:i/>
          <w:iCs/>
          <w:sz w:val="24"/>
          <w:szCs w:val="24"/>
        </w:rPr>
        <w:t>Frontline</w:t>
      </w:r>
      <w:r w:rsidRPr="00AE1560">
        <w:rPr>
          <w:rFonts w:ascii="Times New Roman" w:hAnsi="Times New Roman" w:cs="Times New Roman"/>
          <w:sz w:val="24"/>
          <w:szCs w:val="24"/>
        </w:rPr>
        <w:t xml:space="preserve">. </w:t>
      </w:r>
      <w:r w:rsidRPr="00D4006E">
        <w:rPr>
          <w:rFonts w:ascii="Times New Roman" w:hAnsi="Times New Roman" w:cs="Times New Roman"/>
          <w:color w:val="000000" w:themeColor="text1"/>
          <w:sz w:val="24"/>
          <w:szCs w:val="24"/>
        </w:rPr>
        <w:t>Kim dan Jang</w:t>
      </w:r>
      <w:r w:rsidR="00CB758D" w:rsidRPr="00D4006E">
        <w:rPr>
          <w:rFonts w:ascii="Times New Roman" w:hAnsi="Times New Roman" w:cs="Times New Roman"/>
          <w:color w:val="000000" w:themeColor="text1"/>
          <w:sz w:val="24"/>
          <w:szCs w:val="24"/>
        </w:rPr>
        <w:t xml:space="preserve"> (2024)</w:t>
      </w:r>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mengemukakan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bahwa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dalam</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lingkungan</w:t>
      </w:r>
      <w:proofErr w:type="spellEnd"/>
      <w:r w:rsidRPr="00D4006E">
        <w:rPr>
          <w:rFonts w:ascii="Times New Roman" w:hAnsi="Times New Roman" w:cs="Times New Roman"/>
          <w:color w:val="000000" w:themeColor="text1"/>
          <w:sz w:val="24"/>
          <w:szCs w:val="24"/>
        </w:rPr>
        <w:t xml:space="preserve"> </w:t>
      </w:r>
      <w:r w:rsidRPr="00D4006E">
        <w:rPr>
          <w:rFonts w:ascii="Times New Roman" w:hAnsi="Times New Roman" w:cs="Times New Roman"/>
          <w:i/>
          <w:iCs/>
          <w:color w:val="000000" w:themeColor="text1"/>
          <w:sz w:val="24"/>
          <w:szCs w:val="24"/>
        </w:rPr>
        <w:t>hospitality</w:t>
      </w:r>
      <w:r w:rsidRPr="00D4006E">
        <w:rPr>
          <w:rFonts w:ascii="Times New Roman" w:hAnsi="Times New Roman" w:cs="Times New Roman"/>
          <w:color w:val="000000" w:themeColor="text1"/>
          <w:sz w:val="24"/>
          <w:szCs w:val="24"/>
        </w:rPr>
        <w:t xml:space="preserve"> </w:t>
      </w:r>
      <w:proofErr w:type="spellStart"/>
      <w:r w:rsidRPr="00AE1560">
        <w:rPr>
          <w:rFonts w:ascii="Times New Roman" w:hAnsi="Times New Roman" w:cs="Times New Roman"/>
          <w:sz w:val="24"/>
          <w:szCs w:val="24"/>
        </w:rPr>
        <w:t>internasional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kecerdasan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adaptif</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adalah</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aset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penting</w:t>
      </w:r>
      <w:proofErr w:type="spellEnd"/>
      <w:r w:rsidRPr="00AE1560">
        <w:rPr>
          <w:rFonts w:ascii="Times New Roman" w:hAnsi="Times New Roman" w:cs="Times New Roman"/>
          <w:sz w:val="24"/>
          <w:szCs w:val="24"/>
        </w:rPr>
        <w:t xml:space="preserve">, oleh </w:t>
      </w:r>
      <w:proofErr w:type="spellStart"/>
      <w:r w:rsidRPr="00AE1560">
        <w:rPr>
          <w:rFonts w:ascii="Times New Roman" w:hAnsi="Times New Roman" w:cs="Times New Roman"/>
          <w:sz w:val="24"/>
          <w:szCs w:val="24"/>
        </w:rPr>
        <w:t>karena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itu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ketidakmampuan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staf</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mengatasi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kendala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linguistik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serta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memahami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karakteristik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tidak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hanya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memicu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hambatan</w:t>
      </w:r>
      <w:proofErr w:type="spellEnd"/>
      <w:r w:rsidRPr="00AE1560">
        <w:rPr>
          <w:rFonts w:ascii="Times New Roman" w:hAnsi="Times New Roman" w:cs="Times New Roman"/>
          <w:sz w:val="24"/>
          <w:szCs w:val="24"/>
        </w:rPr>
        <w:t xml:space="preserve"> internal </w:t>
      </w:r>
      <w:proofErr w:type="spellStart"/>
      <w:r w:rsidRPr="00AE1560">
        <w:rPr>
          <w:rFonts w:ascii="Times New Roman" w:hAnsi="Times New Roman" w:cs="Times New Roman"/>
          <w:sz w:val="24"/>
          <w:szCs w:val="24"/>
        </w:rPr>
        <w:t>sesama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rekan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melainkan</w:t>
      </w:r>
      <w:proofErr w:type="spellEnd"/>
      <w:r w:rsidRPr="00AE1560">
        <w:rPr>
          <w:rFonts w:ascii="Times New Roman" w:hAnsi="Times New Roman" w:cs="Times New Roman"/>
          <w:sz w:val="24"/>
          <w:szCs w:val="24"/>
        </w:rPr>
        <w:t xml:space="preserve"> juga </w:t>
      </w:r>
      <w:proofErr w:type="spellStart"/>
      <w:r w:rsidRPr="00AE1560">
        <w:rPr>
          <w:rFonts w:ascii="Times New Roman" w:hAnsi="Times New Roman" w:cs="Times New Roman"/>
          <w:sz w:val="24"/>
          <w:szCs w:val="24"/>
        </w:rPr>
        <w:t>berisiko</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langsung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terhadap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munculnya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komplain</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ketidakpuasan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dari</w:t>
      </w:r>
      <w:proofErr w:type="spellEnd"/>
      <w:r w:rsidRPr="00AE1560">
        <w:rPr>
          <w:rFonts w:ascii="Times New Roman" w:hAnsi="Times New Roman" w:cs="Times New Roman"/>
          <w:sz w:val="24"/>
          <w:szCs w:val="24"/>
        </w:rPr>
        <w:t xml:space="preserve"> para </w:t>
      </w:r>
      <w:proofErr w:type="spellStart"/>
      <w:r w:rsidRPr="00AE1560">
        <w:rPr>
          <w:rFonts w:ascii="Times New Roman" w:hAnsi="Times New Roman" w:cs="Times New Roman"/>
          <w:sz w:val="24"/>
          <w:szCs w:val="24"/>
        </w:rPr>
        <w:t>tamu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internasional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akibat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terjadinya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kegagalan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pelayanan</w:t>
      </w:r>
      <w:proofErr w:type="spellEnd"/>
      <w:r w:rsidRPr="00AE1560">
        <w:rPr>
          <w:rFonts w:ascii="Times New Roman" w:hAnsi="Times New Roman" w:cs="Times New Roman"/>
          <w:sz w:val="24"/>
          <w:szCs w:val="24"/>
        </w:rPr>
        <w:t>.</w:t>
      </w:r>
      <w:r w:rsidR="00CB758D">
        <w:rPr>
          <w:rFonts w:ascii="Times New Roman" w:hAnsi="Times New Roman" w:cs="Times New Roman"/>
          <w:sz w:val="24"/>
          <w:szCs w:val="24"/>
        </w:rPr>
        <w:t xml:space="preserve"> </w:t>
      </w:r>
    </w:p>
    <w:p w14:paraId="522E44F0" w14:textId="77777777" w:rsidR="003F6CE3" w:rsidRPr="00AE1560" w:rsidRDefault="00156FA5">
      <w:pPr>
        <w:pStyle w:val="Heading3"/>
        <w:numPr>
          <w:ilvl w:val="2"/>
          <w:numId w:val="15"/>
        </w:numPr>
        <w:spacing w:before="0" w:line="360" w:lineRule="auto"/>
        <w:ind w:left="426" w:hanging="306"/>
        <w:rPr>
          <w:rFonts w:ascii="Times New Roman" w:hAnsi="Times New Roman" w:cs="Times New Roman"/>
          <w:b w:val="0"/>
          <w:bCs w:val="0"/>
          <w:color w:val="auto"/>
          <w:sz w:val="24"/>
          <w:szCs w:val="24"/>
        </w:rPr>
      </w:pPr>
      <w:bookmarkStart w:id="26" w:name="_Toc238448293"/>
      <w:r w:rsidRPr="00AE1560">
        <w:rPr>
          <w:rFonts w:ascii="Times New Roman" w:hAnsi="Times New Roman" w:cs="Times New Roman"/>
          <w:b w:val="0"/>
          <w:bCs w:val="0"/>
          <w:color w:val="auto"/>
          <w:sz w:val="24"/>
          <w:szCs w:val="24"/>
        </w:rPr>
        <w:t xml:space="preserve">Etika </w:t>
      </w:r>
      <w:proofErr w:type="spellStart"/>
      <w:r w:rsidRPr="00AE1560">
        <w:rPr>
          <w:rFonts w:ascii="Times New Roman" w:hAnsi="Times New Roman" w:cs="Times New Roman"/>
          <w:b w:val="0"/>
          <w:bCs w:val="0"/>
          <w:color w:val="auto"/>
          <w:sz w:val="24"/>
          <w:szCs w:val="24"/>
        </w:rPr>
        <w:t>Kerja</w:t>
      </w:r>
      <w:proofErr w:type="spellEnd"/>
      <w:r w:rsidRPr="00AE1560">
        <w:rPr>
          <w:rFonts w:ascii="Times New Roman" w:hAnsi="Times New Roman" w:cs="Times New Roman"/>
          <w:b w:val="0"/>
          <w:bCs w:val="0"/>
          <w:color w:val="auto"/>
          <w:sz w:val="24"/>
          <w:szCs w:val="24"/>
        </w:rPr>
        <w:t xml:space="preserve"> dan </w:t>
      </w:r>
      <w:proofErr w:type="spellStart"/>
      <w:r w:rsidRPr="00AE1560">
        <w:rPr>
          <w:rFonts w:ascii="Times New Roman" w:hAnsi="Times New Roman" w:cs="Times New Roman"/>
          <w:b w:val="0"/>
          <w:bCs w:val="0"/>
          <w:color w:val="auto"/>
          <w:sz w:val="24"/>
          <w:szCs w:val="24"/>
        </w:rPr>
        <w:t>Budaya</w:t>
      </w:r>
      <w:proofErr w:type="spellEnd"/>
      <w:r w:rsidRPr="00AE1560">
        <w:rPr>
          <w:rFonts w:ascii="Times New Roman" w:hAnsi="Times New Roman" w:cs="Times New Roman"/>
          <w:b w:val="0"/>
          <w:bCs w:val="0"/>
          <w:color w:val="auto"/>
          <w:sz w:val="24"/>
          <w:szCs w:val="24"/>
        </w:rPr>
        <w:t xml:space="preserve"> Perusahaan </w:t>
      </w:r>
      <w:proofErr w:type="spellStart"/>
      <w:r w:rsidRPr="00AE1560">
        <w:rPr>
          <w:rFonts w:ascii="Times New Roman" w:hAnsi="Times New Roman" w:cs="Times New Roman"/>
          <w:b w:val="0"/>
          <w:bCs w:val="0"/>
          <w:color w:val="auto"/>
          <w:sz w:val="24"/>
          <w:szCs w:val="24"/>
        </w:rPr>
        <w:t>Jepang</w:t>
      </w:r>
      <w:bookmarkEnd w:id="26"/>
      <w:proofErr w:type="spellEnd"/>
    </w:p>
    <w:p w14:paraId="54179E80" w14:textId="77777777" w:rsidR="003F6CE3" w:rsidRPr="00AE1560" w:rsidRDefault="00156FA5" w:rsidP="00AE1560">
      <w:pPr>
        <w:spacing w:after="0" w:line="360" w:lineRule="auto"/>
        <w:ind w:left="709" w:firstLine="720"/>
        <w:jc w:val="both"/>
        <w:rPr>
          <w:rFonts w:ascii="Times New Roman" w:hAnsi="Times New Roman" w:cs="Times New Roman"/>
          <w:sz w:val="24"/>
          <w:szCs w:val="24"/>
        </w:rPr>
      </w:pPr>
      <w:r w:rsidRPr="00AE1560">
        <w:rPr>
          <w:rFonts w:ascii="Times New Roman" w:hAnsi="Times New Roman" w:cs="Times New Roman"/>
          <w:sz w:val="24"/>
          <w:szCs w:val="24"/>
        </w:rPr>
        <w:t xml:space="preserve">Selain </w:t>
      </w:r>
      <w:proofErr w:type="spellStart"/>
      <w:r w:rsidRPr="00AE1560">
        <w:rPr>
          <w:rFonts w:ascii="Times New Roman" w:hAnsi="Times New Roman" w:cs="Times New Roman"/>
          <w:sz w:val="24"/>
          <w:szCs w:val="24"/>
        </w:rPr>
        <w:t>faktor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kebahasaan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pemahaman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terhadap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etika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perusahaan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lokal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merupakan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aspek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krusial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bagi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asing</w:t>
      </w:r>
      <w:proofErr w:type="spellEnd"/>
      <w:r w:rsidRPr="00AE1560">
        <w:rPr>
          <w:rFonts w:ascii="Times New Roman" w:hAnsi="Times New Roman" w:cs="Times New Roman"/>
          <w:sz w:val="24"/>
          <w:szCs w:val="24"/>
        </w:rPr>
        <w:t xml:space="preserve"> agar </w:t>
      </w:r>
      <w:proofErr w:type="spellStart"/>
      <w:r w:rsidRPr="00AE1560">
        <w:rPr>
          <w:rFonts w:ascii="Times New Roman" w:hAnsi="Times New Roman" w:cs="Times New Roman"/>
          <w:sz w:val="24"/>
          <w:szCs w:val="24"/>
        </w:rPr>
        <w:t>dapat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beradaptasi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dengan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baik</w:t>
      </w:r>
      <w:proofErr w:type="spellEnd"/>
      <w:r w:rsidRPr="00AE1560">
        <w:rPr>
          <w:rFonts w:ascii="Times New Roman" w:hAnsi="Times New Roman" w:cs="Times New Roman"/>
          <w:sz w:val="24"/>
          <w:szCs w:val="24"/>
        </w:rPr>
        <w:t xml:space="preserve">. Di Jepang, dunia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memiliki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karakteristik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unik</w:t>
      </w:r>
      <w:proofErr w:type="spellEnd"/>
      <w:r w:rsidRPr="00AE1560">
        <w:rPr>
          <w:rFonts w:ascii="Times New Roman" w:hAnsi="Times New Roman" w:cs="Times New Roman"/>
          <w:sz w:val="24"/>
          <w:szCs w:val="24"/>
        </w:rPr>
        <w:t xml:space="preserve"> yang sangat </w:t>
      </w:r>
      <w:proofErr w:type="spellStart"/>
      <w:r w:rsidRPr="00AE1560">
        <w:rPr>
          <w:rFonts w:ascii="Times New Roman" w:hAnsi="Times New Roman" w:cs="Times New Roman"/>
          <w:sz w:val="24"/>
          <w:szCs w:val="24"/>
        </w:rPr>
        <w:t>dipengaruhi</w:t>
      </w:r>
      <w:proofErr w:type="spellEnd"/>
      <w:r w:rsidRPr="00AE1560">
        <w:rPr>
          <w:rFonts w:ascii="Times New Roman" w:hAnsi="Times New Roman" w:cs="Times New Roman"/>
          <w:sz w:val="24"/>
          <w:szCs w:val="24"/>
        </w:rPr>
        <w:t xml:space="preserve"> oleh </w:t>
      </w:r>
      <w:proofErr w:type="spellStart"/>
      <w:r w:rsidRPr="00AE1560">
        <w:rPr>
          <w:rFonts w:ascii="Times New Roman" w:hAnsi="Times New Roman" w:cs="Times New Roman"/>
          <w:sz w:val="24"/>
          <w:szCs w:val="24"/>
        </w:rPr>
        <w:t>nilai-nilai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tradisional</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diterapkan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secara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ketat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operasional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perusahaan</w:t>
      </w:r>
      <w:proofErr w:type="spellEnd"/>
      <w:r w:rsidRPr="00AE1560">
        <w:rPr>
          <w:rFonts w:ascii="Times New Roman" w:hAnsi="Times New Roman" w:cs="Times New Roman"/>
          <w:sz w:val="24"/>
          <w:szCs w:val="24"/>
        </w:rPr>
        <w:t xml:space="preserve"> modern, </w:t>
      </w:r>
      <w:proofErr w:type="spellStart"/>
      <w:r w:rsidRPr="00AE1560">
        <w:rPr>
          <w:rFonts w:ascii="Times New Roman" w:hAnsi="Times New Roman" w:cs="Times New Roman"/>
          <w:sz w:val="24"/>
          <w:szCs w:val="24"/>
        </w:rPr>
        <w:t>termasuk</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sektor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industri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jasa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pelayanan</w:t>
      </w:r>
      <w:proofErr w:type="spellEnd"/>
      <w:r w:rsidRPr="00AE1560">
        <w:rPr>
          <w:rFonts w:ascii="Times New Roman" w:hAnsi="Times New Roman" w:cs="Times New Roman"/>
          <w:sz w:val="24"/>
          <w:szCs w:val="24"/>
        </w:rPr>
        <w:t>.</w:t>
      </w:r>
    </w:p>
    <w:p w14:paraId="2928833F" w14:textId="77777777" w:rsidR="003F6CE3" w:rsidRPr="00AE1560" w:rsidRDefault="00156FA5" w:rsidP="00AE1560">
      <w:pPr>
        <w:spacing w:after="0" w:line="360" w:lineRule="auto"/>
        <w:ind w:left="709" w:firstLine="720"/>
        <w:jc w:val="both"/>
        <w:rPr>
          <w:rFonts w:ascii="Times New Roman" w:hAnsi="Times New Roman" w:cs="Times New Roman"/>
          <w:sz w:val="24"/>
          <w:szCs w:val="24"/>
        </w:rPr>
      </w:pPr>
      <w:proofErr w:type="spellStart"/>
      <w:r w:rsidRPr="00D4006E">
        <w:rPr>
          <w:rFonts w:ascii="Times New Roman" w:hAnsi="Times New Roman" w:cs="Times New Roman"/>
          <w:color w:val="000000" w:themeColor="text1"/>
          <w:sz w:val="24"/>
          <w:szCs w:val="24"/>
        </w:rPr>
        <w:t>Terkait</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karakteristik</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ini</w:t>
      </w:r>
      <w:proofErr w:type="spellEnd"/>
      <w:r w:rsidRPr="00D4006E">
        <w:rPr>
          <w:rFonts w:ascii="Times New Roman" w:hAnsi="Times New Roman" w:cs="Times New Roman"/>
          <w:color w:val="000000" w:themeColor="text1"/>
          <w:sz w:val="24"/>
          <w:szCs w:val="24"/>
        </w:rPr>
        <w:t xml:space="preserve">, Sugimoto </w:t>
      </w:r>
      <w:r w:rsidR="00CB758D" w:rsidRPr="00D4006E">
        <w:rPr>
          <w:rFonts w:ascii="Times New Roman" w:hAnsi="Times New Roman" w:cs="Times New Roman"/>
          <w:color w:val="000000" w:themeColor="text1"/>
          <w:sz w:val="24"/>
          <w:szCs w:val="24"/>
        </w:rPr>
        <w:t xml:space="preserve">(2021) </w:t>
      </w:r>
      <w:proofErr w:type="spellStart"/>
      <w:r w:rsidRPr="00D4006E">
        <w:rPr>
          <w:rFonts w:ascii="Times New Roman" w:hAnsi="Times New Roman" w:cs="Times New Roman"/>
          <w:color w:val="000000" w:themeColor="text1"/>
          <w:sz w:val="24"/>
          <w:szCs w:val="24"/>
        </w:rPr>
        <w:t>menjelaskan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bahwa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budaya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perusahaan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Jepang</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secara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struktural</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didefinisikan</w:t>
      </w:r>
      <w:proofErr w:type="spellEnd"/>
      <w:r w:rsidRPr="00D4006E">
        <w:rPr>
          <w:rFonts w:ascii="Times New Roman" w:hAnsi="Times New Roman" w:cs="Times New Roman"/>
          <w:color w:val="000000" w:themeColor="text1"/>
          <w:sz w:val="24"/>
          <w:szCs w:val="24"/>
        </w:rPr>
        <w:t xml:space="preserve"> </w:t>
      </w:r>
      <w:r w:rsidRPr="00AE1560">
        <w:rPr>
          <w:rFonts w:ascii="Times New Roman" w:hAnsi="Times New Roman" w:cs="Times New Roman"/>
          <w:sz w:val="24"/>
          <w:szCs w:val="24"/>
        </w:rPr>
        <w:t xml:space="preserve">oleh </w:t>
      </w:r>
      <w:proofErr w:type="spellStart"/>
      <w:r w:rsidRPr="00AE1560">
        <w:rPr>
          <w:rFonts w:ascii="Times New Roman" w:hAnsi="Times New Roman" w:cs="Times New Roman"/>
          <w:sz w:val="24"/>
          <w:szCs w:val="24"/>
        </w:rPr>
        <w:t>perpaduan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nilai-nilai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tradisional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seperti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harmoni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kelompok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loyalitas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institusional</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pembagian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hierarki</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jelas</w:t>
      </w:r>
      <w:proofErr w:type="spellEnd"/>
      <w:r w:rsidRPr="00AE1560">
        <w:rPr>
          <w:rFonts w:ascii="Times New Roman" w:hAnsi="Times New Roman" w:cs="Times New Roman"/>
          <w:sz w:val="24"/>
          <w:szCs w:val="24"/>
        </w:rPr>
        <w:t>. Nilai-</w:t>
      </w:r>
      <w:proofErr w:type="spellStart"/>
      <w:r w:rsidRPr="00AE1560">
        <w:rPr>
          <w:rFonts w:ascii="Times New Roman" w:hAnsi="Times New Roman" w:cs="Times New Roman"/>
          <w:sz w:val="24"/>
          <w:szCs w:val="24"/>
        </w:rPr>
        <w:t>nilai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tersebut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menegakkan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disiplin</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ketat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serta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tanggung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jawab</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kolektif</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tempat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sehingga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setiap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asing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dituntut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untuk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mampu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menyelaraskan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ritme</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mereka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dengan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standar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kompetensi</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etika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kebudayaan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tersebut</w:t>
      </w:r>
      <w:proofErr w:type="spellEnd"/>
      <w:r w:rsidRPr="00AE1560">
        <w:rPr>
          <w:rFonts w:ascii="Times New Roman" w:hAnsi="Times New Roman" w:cs="Times New Roman"/>
          <w:sz w:val="24"/>
          <w:szCs w:val="24"/>
        </w:rPr>
        <w:t>.</w:t>
      </w:r>
      <w:r w:rsidR="00CB758D">
        <w:rPr>
          <w:rFonts w:ascii="Times New Roman" w:hAnsi="Times New Roman" w:cs="Times New Roman"/>
          <w:sz w:val="24"/>
          <w:szCs w:val="24"/>
        </w:rPr>
        <w:t xml:space="preserve"> </w:t>
      </w:r>
    </w:p>
    <w:p w14:paraId="123FCD33" w14:textId="77777777" w:rsidR="003F6CE3" w:rsidRPr="00AE1560" w:rsidRDefault="00156FA5">
      <w:pPr>
        <w:pStyle w:val="ListParagraph"/>
        <w:numPr>
          <w:ilvl w:val="0"/>
          <w:numId w:val="17"/>
        </w:numPr>
        <w:spacing w:after="0" w:line="360" w:lineRule="auto"/>
        <w:ind w:left="1134"/>
        <w:rPr>
          <w:rFonts w:ascii="Times New Roman" w:hAnsi="Times New Roman" w:cs="Times New Roman"/>
          <w:bCs/>
          <w:sz w:val="24"/>
          <w:szCs w:val="24"/>
        </w:rPr>
      </w:pPr>
      <w:proofErr w:type="spellStart"/>
      <w:r w:rsidRPr="005D4FE5">
        <w:rPr>
          <w:rFonts w:ascii="Times New Roman" w:hAnsi="Times New Roman" w:cs="Times New Roman"/>
          <w:bCs/>
          <w:i/>
          <w:iCs/>
          <w:sz w:val="24"/>
          <w:szCs w:val="24"/>
        </w:rPr>
        <w:t>Omotenashi</w:t>
      </w:r>
      <w:proofErr w:type="spellEnd"/>
      <w:r w:rsidRPr="005D4FE5">
        <w:rPr>
          <w:rFonts w:ascii="Times New Roman" w:hAnsi="Times New Roman" w:cs="Times New Roman"/>
          <w:bCs/>
          <w:i/>
          <w:iCs/>
          <w:sz w:val="24"/>
          <w:szCs w:val="24"/>
        </w:rPr>
        <w:t xml:space="preserve"> </w:t>
      </w:r>
      <w:r w:rsidRPr="00AE1560">
        <w:rPr>
          <w:rFonts w:ascii="Times New Roman" w:hAnsi="Times New Roman" w:cs="Times New Roman"/>
          <w:bCs/>
          <w:sz w:val="24"/>
          <w:szCs w:val="24"/>
        </w:rPr>
        <w:t>(</w:t>
      </w:r>
      <w:proofErr w:type="spellStart"/>
      <w:r w:rsidRPr="00AE1560">
        <w:rPr>
          <w:rFonts w:ascii="Times New Roman" w:hAnsi="Times New Roman" w:cs="Times New Roman"/>
          <w:bCs/>
          <w:sz w:val="24"/>
          <w:szCs w:val="24"/>
        </w:rPr>
        <w:t>Keramahtamahan</w:t>
      </w:r>
      <w:proofErr w:type="spellEnd"/>
      <w:r w:rsidRPr="00AE1560">
        <w:rPr>
          <w:rFonts w:ascii="Times New Roman" w:hAnsi="Times New Roman" w:cs="Times New Roman"/>
          <w:bCs/>
          <w:sz w:val="24"/>
          <w:szCs w:val="24"/>
        </w:rPr>
        <w:t>)</w:t>
      </w:r>
    </w:p>
    <w:p w14:paraId="34AFD1AE" w14:textId="77777777" w:rsidR="003F6CE3" w:rsidRPr="00AE1560" w:rsidRDefault="00156FA5" w:rsidP="00AE1560">
      <w:pPr>
        <w:spacing w:after="0" w:line="360" w:lineRule="auto"/>
        <w:ind w:left="1134" w:firstLine="720"/>
        <w:jc w:val="both"/>
        <w:rPr>
          <w:rFonts w:ascii="Times New Roman" w:hAnsi="Times New Roman" w:cs="Times New Roman"/>
          <w:sz w:val="24"/>
          <w:szCs w:val="24"/>
        </w:rPr>
      </w:pPr>
      <w:r w:rsidRPr="00AE1560">
        <w:rPr>
          <w:rFonts w:ascii="Times New Roman" w:hAnsi="Times New Roman" w:cs="Times New Roman"/>
          <w:sz w:val="24"/>
          <w:szCs w:val="24"/>
        </w:rPr>
        <w:t xml:space="preserve">Dalam </w:t>
      </w:r>
      <w:proofErr w:type="spellStart"/>
      <w:r w:rsidRPr="00AE1560">
        <w:rPr>
          <w:rFonts w:ascii="Times New Roman" w:hAnsi="Times New Roman" w:cs="Times New Roman"/>
          <w:sz w:val="24"/>
          <w:szCs w:val="24"/>
        </w:rPr>
        <w:t>industri</w:t>
      </w:r>
      <w:proofErr w:type="spellEnd"/>
      <w:r w:rsidRPr="00AE1560">
        <w:rPr>
          <w:rFonts w:ascii="Times New Roman" w:hAnsi="Times New Roman" w:cs="Times New Roman"/>
          <w:sz w:val="24"/>
          <w:szCs w:val="24"/>
        </w:rPr>
        <w:t xml:space="preserve"> </w:t>
      </w:r>
      <w:r w:rsidRPr="005D4FE5">
        <w:rPr>
          <w:rFonts w:ascii="Times New Roman" w:hAnsi="Times New Roman" w:cs="Times New Roman"/>
          <w:i/>
          <w:iCs/>
          <w:sz w:val="24"/>
          <w:szCs w:val="24"/>
        </w:rPr>
        <w:t>hospitality</w:t>
      </w:r>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Jepang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konsep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pelayanan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akar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utamanya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berdasar</w:t>
      </w:r>
      <w:proofErr w:type="spellEnd"/>
      <w:r w:rsidRPr="00AE1560">
        <w:rPr>
          <w:rFonts w:ascii="Times New Roman" w:hAnsi="Times New Roman" w:cs="Times New Roman"/>
          <w:sz w:val="24"/>
          <w:szCs w:val="24"/>
        </w:rPr>
        <w:t xml:space="preserve"> pada </w:t>
      </w:r>
      <w:proofErr w:type="spellStart"/>
      <w:r w:rsidRPr="00AE1560">
        <w:rPr>
          <w:rFonts w:ascii="Times New Roman" w:hAnsi="Times New Roman" w:cs="Times New Roman"/>
          <w:sz w:val="24"/>
          <w:szCs w:val="24"/>
        </w:rPr>
        <w:t>prinsip</w:t>
      </w:r>
      <w:proofErr w:type="spellEnd"/>
      <w:r w:rsidRPr="00AE1560">
        <w:rPr>
          <w:rFonts w:ascii="Times New Roman" w:hAnsi="Times New Roman" w:cs="Times New Roman"/>
          <w:sz w:val="24"/>
          <w:szCs w:val="24"/>
        </w:rPr>
        <w:t xml:space="preserve"> </w:t>
      </w:r>
      <w:proofErr w:type="spellStart"/>
      <w:r w:rsidRPr="005D4FE5">
        <w:rPr>
          <w:rFonts w:ascii="Times New Roman" w:hAnsi="Times New Roman" w:cs="Times New Roman"/>
          <w:i/>
          <w:iCs/>
          <w:sz w:val="24"/>
          <w:szCs w:val="24"/>
        </w:rPr>
        <w:t>omotenashi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yaitu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bentuk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keramahtamahan</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tulus</w:t>
      </w:r>
      <w:proofErr w:type="spellEnd"/>
      <w:r w:rsidRPr="00AE1560">
        <w:rPr>
          <w:rFonts w:ascii="Times New Roman" w:hAnsi="Times New Roman" w:cs="Times New Roman"/>
          <w:sz w:val="24"/>
          <w:szCs w:val="24"/>
        </w:rPr>
        <w:t xml:space="preserve"> di mana </w:t>
      </w:r>
      <w:proofErr w:type="spellStart"/>
      <w:r w:rsidRPr="00AE1560">
        <w:rPr>
          <w:rFonts w:ascii="Times New Roman" w:hAnsi="Times New Roman" w:cs="Times New Roman"/>
          <w:sz w:val="24"/>
          <w:szCs w:val="24"/>
        </w:rPr>
        <w:t>pelayanan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diberikan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sepenuh</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hati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tanpa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mengharapkan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imbalan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langsung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Staf</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dituntut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untuk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mampu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mengantisipasi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kebutuhan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tamu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bahkan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sebelum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tamu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tersebut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mengutarakannya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secara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langsung</w:t>
      </w:r>
      <w:proofErr w:type="spellEnd"/>
      <w:r w:rsidRPr="00AE1560">
        <w:rPr>
          <w:rFonts w:ascii="Times New Roman" w:hAnsi="Times New Roman" w:cs="Times New Roman"/>
          <w:sz w:val="24"/>
          <w:szCs w:val="24"/>
        </w:rPr>
        <w:t xml:space="preserve">. </w:t>
      </w:r>
      <w:proofErr w:type="spellStart"/>
      <w:r w:rsidRPr="00D4006E">
        <w:rPr>
          <w:rFonts w:ascii="Times New Roman" w:hAnsi="Times New Roman" w:cs="Times New Roman"/>
          <w:color w:val="000000" w:themeColor="text1"/>
          <w:sz w:val="24"/>
          <w:szCs w:val="24"/>
        </w:rPr>
        <w:t>Terkait</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hal</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ini</w:t>
      </w:r>
      <w:proofErr w:type="spellEnd"/>
      <w:r w:rsidRPr="00D4006E">
        <w:rPr>
          <w:rFonts w:ascii="Times New Roman" w:hAnsi="Times New Roman" w:cs="Times New Roman"/>
          <w:color w:val="000000" w:themeColor="text1"/>
          <w:sz w:val="24"/>
          <w:szCs w:val="24"/>
        </w:rPr>
        <w:t xml:space="preserve">, Sato dan Benson </w:t>
      </w:r>
      <w:r w:rsidR="00CB758D" w:rsidRPr="00D4006E">
        <w:rPr>
          <w:rFonts w:ascii="Times New Roman" w:hAnsi="Times New Roman" w:cs="Times New Roman"/>
          <w:color w:val="000000" w:themeColor="text1"/>
          <w:sz w:val="24"/>
          <w:szCs w:val="24"/>
        </w:rPr>
        <w:t xml:space="preserve">(2023) </w:t>
      </w:r>
      <w:proofErr w:type="spellStart"/>
      <w:r w:rsidRPr="00D4006E">
        <w:rPr>
          <w:rFonts w:ascii="Times New Roman" w:hAnsi="Times New Roman" w:cs="Times New Roman"/>
          <w:color w:val="000000" w:themeColor="text1"/>
          <w:sz w:val="24"/>
          <w:szCs w:val="24"/>
        </w:rPr>
        <w:t>menjelaskan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bahwa</w:t>
      </w:r>
      <w:proofErr w:type="spellEnd"/>
      <w:r w:rsidRPr="00D4006E">
        <w:rPr>
          <w:rFonts w:ascii="Times New Roman" w:hAnsi="Times New Roman" w:cs="Times New Roman"/>
          <w:color w:val="000000" w:themeColor="text1"/>
          <w:sz w:val="24"/>
          <w:szCs w:val="24"/>
        </w:rPr>
        <w:t xml:space="preserve"> </w:t>
      </w:r>
      <w:proofErr w:type="spellStart"/>
      <w:r w:rsidR="00CB758D" w:rsidRPr="00D4006E">
        <w:rPr>
          <w:rFonts w:ascii="Times New Roman" w:hAnsi="Times New Roman" w:cs="Times New Roman"/>
          <w:i/>
          <w:iCs/>
          <w:color w:val="000000" w:themeColor="text1"/>
          <w:sz w:val="24"/>
          <w:szCs w:val="24"/>
        </w:rPr>
        <w:t>o</w:t>
      </w:r>
      <w:r w:rsidRPr="00D4006E">
        <w:rPr>
          <w:rFonts w:ascii="Times New Roman" w:hAnsi="Times New Roman" w:cs="Times New Roman"/>
          <w:i/>
          <w:iCs/>
          <w:color w:val="000000" w:themeColor="text1"/>
          <w:sz w:val="24"/>
          <w:szCs w:val="24"/>
        </w:rPr>
        <w:t>motenashi</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melampaui</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layanan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pelanggan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standar</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dengan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menekankan</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keramahtamahan</w:t>
      </w:r>
      <w:proofErr w:type="spellEnd"/>
      <w:r w:rsidRPr="00D4006E">
        <w:rPr>
          <w:rFonts w:ascii="Times New Roman" w:hAnsi="Times New Roman" w:cs="Times New Roman"/>
          <w:color w:val="000000" w:themeColor="text1"/>
          <w:sz w:val="24"/>
          <w:szCs w:val="24"/>
        </w:rPr>
        <w:t xml:space="preserve"> yang </w:t>
      </w:r>
      <w:proofErr w:type="spellStart"/>
      <w:r w:rsidRPr="00AE1560">
        <w:rPr>
          <w:rFonts w:ascii="Times New Roman" w:hAnsi="Times New Roman" w:cs="Times New Roman"/>
          <w:sz w:val="24"/>
          <w:szCs w:val="24"/>
        </w:rPr>
        <w:t>tulus</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antisipasi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kebutuhan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tamu</w:t>
      </w:r>
      <w:proofErr w:type="spellEnd"/>
      <w:r w:rsidRPr="00AE1560">
        <w:rPr>
          <w:rFonts w:ascii="Times New Roman" w:hAnsi="Times New Roman" w:cs="Times New Roman"/>
          <w:sz w:val="24"/>
          <w:szCs w:val="24"/>
        </w:rPr>
        <w:t xml:space="preserve">. Oleh </w:t>
      </w:r>
      <w:proofErr w:type="spellStart"/>
      <w:r w:rsidRPr="00AE1560">
        <w:rPr>
          <w:rFonts w:ascii="Times New Roman" w:hAnsi="Times New Roman" w:cs="Times New Roman"/>
          <w:sz w:val="24"/>
          <w:szCs w:val="24"/>
        </w:rPr>
        <w:t>karena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itu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konsep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pelayanan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sering</w:t>
      </w:r>
      <w:proofErr w:type="spellEnd"/>
      <w:r w:rsidRPr="00AE1560">
        <w:rPr>
          <w:rFonts w:ascii="Times New Roman" w:hAnsi="Times New Roman" w:cs="Times New Roman"/>
          <w:sz w:val="24"/>
          <w:szCs w:val="24"/>
        </w:rPr>
        <w:t xml:space="preserve"> kali </w:t>
      </w:r>
      <w:proofErr w:type="spellStart"/>
      <w:r w:rsidRPr="00AE1560">
        <w:rPr>
          <w:rFonts w:ascii="Times New Roman" w:hAnsi="Times New Roman" w:cs="Times New Roman"/>
          <w:sz w:val="24"/>
          <w:szCs w:val="24"/>
        </w:rPr>
        <w:t>menjadi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tantangan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adaptasi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cukup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besar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bagi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karyawan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asing</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belum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terbiasa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dengan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standar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pelayanan</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Jepang</w:t>
      </w:r>
      <w:proofErr w:type="spellEnd"/>
      <w:r w:rsidRPr="00AE1560">
        <w:rPr>
          <w:rFonts w:ascii="Times New Roman" w:hAnsi="Times New Roman" w:cs="Times New Roman"/>
          <w:sz w:val="24"/>
          <w:szCs w:val="24"/>
        </w:rPr>
        <w:t>.</w:t>
      </w:r>
    </w:p>
    <w:p w14:paraId="580BC3DF" w14:textId="77777777" w:rsidR="003F6CE3" w:rsidRPr="00AE1560" w:rsidRDefault="00156FA5">
      <w:pPr>
        <w:pStyle w:val="ListParagraph"/>
        <w:numPr>
          <w:ilvl w:val="0"/>
          <w:numId w:val="17"/>
        </w:numPr>
        <w:spacing w:after="0" w:line="360" w:lineRule="auto"/>
        <w:ind w:left="1134"/>
        <w:rPr>
          <w:rFonts w:ascii="Times New Roman" w:hAnsi="Times New Roman" w:cs="Times New Roman"/>
          <w:bCs/>
          <w:sz w:val="24"/>
          <w:szCs w:val="24"/>
        </w:rPr>
      </w:pPr>
      <w:proofErr w:type="spellStart"/>
      <w:r w:rsidRPr="00AE1560">
        <w:rPr>
          <w:rFonts w:ascii="Times New Roman" w:hAnsi="Times New Roman" w:cs="Times New Roman"/>
          <w:bCs/>
          <w:sz w:val="24"/>
          <w:szCs w:val="24"/>
        </w:rPr>
        <w:t>Budaya</w:t>
      </w:r>
      <w:proofErr w:type="spellEnd"/>
      <w:r w:rsidRPr="00AE1560">
        <w:rPr>
          <w:rFonts w:ascii="Times New Roman" w:hAnsi="Times New Roman" w:cs="Times New Roman"/>
          <w:bCs/>
          <w:sz w:val="24"/>
          <w:szCs w:val="24"/>
        </w:rPr>
        <w:t xml:space="preserve"> </w:t>
      </w:r>
      <w:proofErr w:type="spellStart"/>
      <w:r w:rsidRPr="00AE1560">
        <w:rPr>
          <w:rFonts w:ascii="Times New Roman" w:hAnsi="Times New Roman" w:cs="Times New Roman"/>
          <w:bCs/>
          <w:sz w:val="24"/>
          <w:szCs w:val="24"/>
        </w:rPr>
        <w:t>Pelaporan</w:t>
      </w:r>
      <w:proofErr w:type="spellEnd"/>
      <w:r w:rsidRPr="00AE1560">
        <w:rPr>
          <w:rFonts w:ascii="Times New Roman" w:hAnsi="Times New Roman" w:cs="Times New Roman"/>
          <w:bCs/>
          <w:sz w:val="24"/>
          <w:szCs w:val="24"/>
        </w:rPr>
        <w:t xml:space="preserve"> dan </w:t>
      </w:r>
      <w:proofErr w:type="spellStart"/>
      <w:r w:rsidRPr="00AE1560">
        <w:rPr>
          <w:rFonts w:ascii="Times New Roman" w:hAnsi="Times New Roman" w:cs="Times New Roman"/>
          <w:bCs/>
          <w:sz w:val="24"/>
          <w:szCs w:val="24"/>
        </w:rPr>
        <w:t>Konsultasi</w:t>
      </w:r>
      <w:proofErr w:type="spellEnd"/>
      <w:r w:rsidRPr="00AE1560">
        <w:rPr>
          <w:rFonts w:ascii="Times New Roman" w:hAnsi="Times New Roman" w:cs="Times New Roman"/>
          <w:bCs/>
          <w:sz w:val="24"/>
          <w:szCs w:val="24"/>
        </w:rPr>
        <w:t xml:space="preserve"> (</w:t>
      </w:r>
      <w:proofErr w:type="spellStart"/>
      <w:r w:rsidRPr="005D4FE5">
        <w:rPr>
          <w:rFonts w:ascii="Times New Roman" w:hAnsi="Times New Roman" w:cs="Times New Roman"/>
          <w:bCs/>
          <w:i/>
          <w:iCs/>
          <w:sz w:val="24"/>
          <w:szCs w:val="24"/>
        </w:rPr>
        <w:t>Hourenso</w:t>
      </w:r>
      <w:proofErr w:type="spellEnd"/>
      <w:r w:rsidRPr="005D4FE5">
        <w:rPr>
          <w:rFonts w:ascii="Times New Roman" w:hAnsi="Times New Roman" w:cs="Times New Roman"/>
          <w:bCs/>
          <w:i/>
          <w:iCs/>
          <w:sz w:val="24"/>
          <w:szCs w:val="24"/>
        </w:rPr>
        <w:t xml:space="preserve"> / Soudan</w:t>
      </w:r>
      <w:r w:rsidRPr="00AE1560">
        <w:rPr>
          <w:rFonts w:ascii="Times New Roman" w:hAnsi="Times New Roman" w:cs="Times New Roman"/>
          <w:bCs/>
          <w:sz w:val="24"/>
          <w:szCs w:val="24"/>
        </w:rPr>
        <w:t>)</w:t>
      </w:r>
    </w:p>
    <w:p w14:paraId="56661CAD" w14:textId="77777777" w:rsidR="003F6CE3" w:rsidRPr="00AE1560" w:rsidRDefault="00156FA5" w:rsidP="00AE1560">
      <w:pPr>
        <w:spacing w:after="0" w:line="360" w:lineRule="auto"/>
        <w:ind w:left="1134" w:firstLine="720"/>
        <w:jc w:val="both"/>
        <w:rPr>
          <w:rFonts w:ascii="Times New Roman" w:hAnsi="Times New Roman" w:cs="Times New Roman"/>
          <w:sz w:val="24"/>
          <w:szCs w:val="24"/>
        </w:rPr>
      </w:pPr>
      <w:proofErr w:type="spellStart"/>
      <w:r w:rsidRPr="00AE1560">
        <w:rPr>
          <w:rFonts w:ascii="Times New Roman" w:hAnsi="Times New Roman" w:cs="Times New Roman"/>
          <w:sz w:val="24"/>
          <w:szCs w:val="24"/>
        </w:rPr>
        <w:t>Sistem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manajemen</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perusahaan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Jepang</w:t>
      </w:r>
      <w:proofErr w:type="spellEnd"/>
      <w:r w:rsidRPr="00AE1560">
        <w:rPr>
          <w:rFonts w:ascii="Times New Roman" w:hAnsi="Times New Roman" w:cs="Times New Roman"/>
          <w:sz w:val="24"/>
          <w:szCs w:val="24"/>
        </w:rPr>
        <w:t xml:space="preserve"> juga sangat </w:t>
      </w:r>
      <w:proofErr w:type="spellStart"/>
      <w:r w:rsidRPr="00AE1560">
        <w:rPr>
          <w:rFonts w:ascii="Times New Roman" w:hAnsi="Times New Roman" w:cs="Times New Roman"/>
          <w:sz w:val="24"/>
          <w:szCs w:val="24"/>
        </w:rPr>
        <w:t>mengutamakan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koordinasi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kelompok</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transparansi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informasi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melalui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konsep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pelaporan</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konsultasi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asing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diwajibkan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untuk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aktif</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berkomunikasi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dengan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atasan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maupun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rekan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setiap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tahapan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tugas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melalui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pelaporan</w:t>
      </w:r>
      <w:proofErr w:type="spellEnd"/>
      <w:r w:rsidRPr="00AE1560">
        <w:rPr>
          <w:rFonts w:ascii="Times New Roman" w:hAnsi="Times New Roman" w:cs="Times New Roman"/>
          <w:sz w:val="24"/>
          <w:szCs w:val="24"/>
        </w:rPr>
        <w:t xml:space="preserve"> rutin, </w:t>
      </w:r>
      <w:proofErr w:type="spellStart"/>
      <w:r w:rsidRPr="00AE1560">
        <w:rPr>
          <w:rFonts w:ascii="Times New Roman" w:hAnsi="Times New Roman" w:cs="Times New Roman"/>
          <w:sz w:val="24"/>
          <w:szCs w:val="24"/>
        </w:rPr>
        <w:t>berbagi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informasi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serta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melakukan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konsultasi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sebelum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mengambil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keputusan</w:t>
      </w:r>
      <w:proofErr w:type="spellEnd"/>
      <w:r w:rsidRPr="00AE1560">
        <w:rPr>
          <w:rFonts w:ascii="Times New Roman" w:hAnsi="Times New Roman" w:cs="Times New Roman"/>
          <w:sz w:val="24"/>
          <w:szCs w:val="24"/>
        </w:rPr>
        <w:t xml:space="preserve"> (</w:t>
      </w:r>
      <w:proofErr w:type="spellStart"/>
      <w:r w:rsidRPr="005D4FE5">
        <w:rPr>
          <w:rFonts w:ascii="Times New Roman" w:hAnsi="Times New Roman" w:cs="Times New Roman"/>
          <w:i/>
          <w:iCs/>
          <w:sz w:val="24"/>
          <w:szCs w:val="24"/>
        </w:rPr>
        <w:t>soudan</w:t>
      </w:r>
      <w:proofErr w:type="spellEnd"/>
      <w:r w:rsidRPr="00AE1560">
        <w:rPr>
          <w:rFonts w:ascii="Times New Roman" w:hAnsi="Times New Roman" w:cs="Times New Roman"/>
          <w:sz w:val="24"/>
          <w:szCs w:val="24"/>
        </w:rPr>
        <w:t xml:space="preserve">). Dalam </w:t>
      </w:r>
      <w:proofErr w:type="spellStart"/>
      <w:r w:rsidRPr="00AE1560">
        <w:rPr>
          <w:rFonts w:ascii="Times New Roman" w:hAnsi="Times New Roman" w:cs="Times New Roman"/>
          <w:sz w:val="24"/>
          <w:szCs w:val="24"/>
        </w:rPr>
        <w:t>pandangan</w:t>
      </w:r>
      <w:proofErr w:type="spellEnd"/>
      <w:r w:rsidRPr="00AE1560">
        <w:rPr>
          <w:rFonts w:ascii="Times New Roman" w:hAnsi="Times New Roman" w:cs="Times New Roman"/>
          <w:sz w:val="24"/>
          <w:szCs w:val="24"/>
        </w:rPr>
        <w:t xml:space="preserve"> </w:t>
      </w:r>
      <w:r w:rsidRPr="00D4006E">
        <w:rPr>
          <w:rFonts w:ascii="Times New Roman" w:hAnsi="Times New Roman" w:cs="Times New Roman"/>
          <w:color w:val="000000" w:themeColor="text1"/>
          <w:sz w:val="24"/>
          <w:szCs w:val="24"/>
        </w:rPr>
        <w:t>Nguyen dan Takahashi</w:t>
      </w:r>
      <w:r w:rsidR="00CB758D" w:rsidRPr="00D4006E">
        <w:rPr>
          <w:rFonts w:ascii="Times New Roman" w:hAnsi="Times New Roman" w:cs="Times New Roman"/>
          <w:color w:val="000000" w:themeColor="text1"/>
          <w:sz w:val="24"/>
          <w:szCs w:val="24"/>
        </w:rPr>
        <w:t xml:space="preserve"> (2024) </w:t>
      </w:r>
      <w:proofErr w:type="spellStart"/>
      <w:r w:rsidR="00CB758D" w:rsidRPr="00D4006E">
        <w:rPr>
          <w:rFonts w:ascii="Times New Roman" w:hAnsi="Times New Roman" w:cs="Times New Roman"/>
          <w:color w:val="000000" w:themeColor="text1"/>
          <w:sz w:val="24"/>
          <w:szCs w:val="24"/>
        </w:rPr>
        <w:t>bahwa</w:t>
      </w:r>
      <w:proofErr w:type="spellEnd"/>
      <w:r w:rsidR="00CB758D"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kerangka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kerja</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komunikasi</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tradisional</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dalam</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organisasi</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Jepang</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memang</w:t>
      </w:r>
      <w:proofErr w:type="spellEnd"/>
      <w:r w:rsidRPr="00D4006E">
        <w:rPr>
          <w:rFonts w:ascii="Times New Roman" w:hAnsi="Times New Roman" w:cs="Times New Roman"/>
          <w:color w:val="000000" w:themeColor="text1"/>
          <w:sz w:val="24"/>
          <w:szCs w:val="24"/>
        </w:rPr>
        <w:t xml:space="preserve"> sangat </w:t>
      </w:r>
      <w:proofErr w:type="spellStart"/>
      <w:r w:rsidRPr="00D4006E">
        <w:rPr>
          <w:rFonts w:ascii="Times New Roman" w:hAnsi="Times New Roman" w:cs="Times New Roman"/>
          <w:color w:val="000000" w:themeColor="text1"/>
          <w:sz w:val="24"/>
          <w:szCs w:val="24"/>
        </w:rPr>
        <w:t>bergantung</w:t>
      </w:r>
      <w:proofErr w:type="spellEnd"/>
      <w:r w:rsidRPr="00D4006E">
        <w:rPr>
          <w:rFonts w:ascii="Times New Roman" w:hAnsi="Times New Roman" w:cs="Times New Roman"/>
          <w:color w:val="000000" w:themeColor="text1"/>
          <w:sz w:val="24"/>
          <w:szCs w:val="24"/>
        </w:rPr>
        <w:t xml:space="preserve"> pada </w:t>
      </w:r>
      <w:proofErr w:type="spellStart"/>
      <w:r w:rsidRPr="00D4006E">
        <w:rPr>
          <w:rFonts w:ascii="Times New Roman" w:hAnsi="Times New Roman" w:cs="Times New Roman"/>
          <w:color w:val="000000" w:themeColor="text1"/>
          <w:sz w:val="24"/>
          <w:szCs w:val="24"/>
        </w:rPr>
        <w:t>konsensus</w:t>
      </w:r>
      <w:proofErr w:type="spellEnd"/>
      <w:r w:rsidRPr="00D4006E">
        <w:rPr>
          <w:rFonts w:ascii="Times New Roman" w:hAnsi="Times New Roman" w:cs="Times New Roman"/>
          <w:color w:val="000000" w:themeColor="text1"/>
          <w:sz w:val="24"/>
          <w:szCs w:val="24"/>
        </w:rPr>
        <w:t xml:space="preserve"> </w:t>
      </w:r>
      <w:proofErr w:type="spellStart"/>
      <w:r w:rsidRPr="00D4006E">
        <w:rPr>
          <w:rFonts w:ascii="Times New Roman" w:hAnsi="Times New Roman" w:cs="Times New Roman"/>
          <w:color w:val="000000" w:themeColor="text1"/>
          <w:sz w:val="24"/>
          <w:szCs w:val="24"/>
        </w:rPr>
        <w:t>kolektif</w:t>
      </w:r>
      <w:proofErr w:type="spellEnd"/>
      <w:r w:rsidRPr="00D4006E">
        <w:rPr>
          <w:rFonts w:ascii="Times New Roman" w:hAnsi="Times New Roman" w:cs="Times New Roman"/>
          <w:color w:val="000000" w:themeColor="text1"/>
          <w:sz w:val="24"/>
          <w:szCs w:val="24"/>
        </w:rPr>
        <w:t xml:space="preserve"> dan </w:t>
      </w:r>
      <w:proofErr w:type="spellStart"/>
      <w:r w:rsidRPr="00D4006E">
        <w:rPr>
          <w:rFonts w:ascii="Times New Roman" w:hAnsi="Times New Roman" w:cs="Times New Roman"/>
          <w:color w:val="000000" w:themeColor="text1"/>
          <w:sz w:val="24"/>
          <w:szCs w:val="24"/>
        </w:rPr>
        <w:t>konsultasi</w:t>
      </w:r>
      <w:proofErr w:type="spellEnd"/>
      <w:r w:rsidRPr="00D4006E">
        <w:rPr>
          <w:rFonts w:ascii="Times New Roman" w:hAnsi="Times New Roman" w:cs="Times New Roman"/>
          <w:color w:val="000000" w:themeColor="text1"/>
          <w:sz w:val="24"/>
          <w:szCs w:val="24"/>
        </w:rPr>
        <w:t xml:space="preserve"> </w:t>
      </w:r>
      <w:proofErr w:type="spellStart"/>
      <w:r w:rsidRPr="00AE1560">
        <w:rPr>
          <w:rFonts w:ascii="Times New Roman" w:hAnsi="Times New Roman" w:cs="Times New Roman"/>
          <w:sz w:val="24"/>
          <w:szCs w:val="24"/>
        </w:rPr>
        <w:t>terus-menerus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Kondisi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tersebut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menuntut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asing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untuk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menyesuaikan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gaya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mereka</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semula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individualis</w:t>
      </w:r>
      <w:proofErr w:type="spellEnd"/>
      <w:r w:rsidRPr="00AE1560">
        <w:rPr>
          <w:rFonts w:ascii="Times New Roman" w:hAnsi="Times New Roman" w:cs="Times New Roman"/>
          <w:sz w:val="24"/>
          <w:szCs w:val="24"/>
        </w:rPr>
        <w:t xml:space="preserve"> agar </w:t>
      </w:r>
      <w:proofErr w:type="spellStart"/>
      <w:r w:rsidRPr="00AE1560">
        <w:rPr>
          <w:rFonts w:ascii="Times New Roman" w:hAnsi="Times New Roman" w:cs="Times New Roman"/>
          <w:sz w:val="24"/>
          <w:szCs w:val="24"/>
        </w:rPr>
        <w:t>bisa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sejalan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dengan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mekanisme</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pelaporan</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berorientasi</w:t>
      </w:r>
      <w:proofErr w:type="spellEnd"/>
      <w:r w:rsidRPr="00AE1560">
        <w:rPr>
          <w:rFonts w:ascii="Times New Roman" w:hAnsi="Times New Roman" w:cs="Times New Roman"/>
          <w:sz w:val="24"/>
          <w:szCs w:val="24"/>
        </w:rPr>
        <w:t xml:space="preserve"> pada </w:t>
      </w:r>
      <w:proofErr w:type="spellStart"/>
      <w:r w:rsidRPr="00AE1560">
        <w:rPr>
          <w:rFonts w:ascii="Times New Roman" w:hAnsi="Times New Roman" w:cs="Times New Roman"/>
          <w:sz w:val="24"/>
          <w:szCs w:val="24"/>
        </w:rPr>
        <w:t>tim.</w:t>
      </w:r>
      <w:proofErr w:type="spellEnd"/>
      <w:r w:rsidR="00CB758D">
        <w:rPr>
          <w:rFonts w:ascii="Times New Roman" w:hAnsi="Times New Roman" w:cs="Times New Roman"/>
          <w:sz w:val="24"/>
          <w:szCs w:val="24"/>
        </w:rPr>
        <w:t xml:space="preserve"> </w:t>
      </w:r>
    </w:p>
    <w:p w14:paraId="2666EA72" w14:textId="77777777" w:rsidR="003F6CE3" w:rsidRPr="00AE1560" w:rsidRDefault="00156FA5">
      <w:pPr>
        <w:pStyle w:val="ListParagraph"/>
        <w:numPr>
          <w:ilvl w:val="0"/>
          <w:numId w:val="17"/>
        </w:numPr>
        <w:spacing w:after="0" w:line="360" w:lineRule="auto"/>
        <w:ind w:left="1134"/>
        <w:rPr>
          <w:rFonts w:ascii="Times New Roman" w:hAnsi="Times New Roman" w:cs="Times New Roman"/>
          <w:bCs/>
          <w:sz w:val="24"/>
          <w:szCs w:val="24"/>
        </w:rPr>
      </w:pPr>
      <w:proofErr w:type="spellStart"/>
      <w:r w:rsidRPr="00AE1560">
        <w:rPr>
          <w:rFonts w:ascii="Times New Roman" w:hAnsi="Times New Roman" w:cs="Times New Roman"/>
          <w:bCs/>
          <w:sz w:val="24"/>
          <w:szCs w:val="24"/>
        </w:rPr>
        <w:t>Prinsip</w:t>
      </w:r>
      <w:proofErr w:type="spellEnd"/>
      <w:r w:rsidRPr="00AE1560">
        <w:rPr>
          <w:rFonts w:ascii="Times New Roman" w:hAnsi="Times New Roman" w:cs="Times New Roman"/>
          <w:bCs/>
          <w:sz w:val="24"/>
          <w:szCs w:val="24"/>
        </w:rPr>
        <w:t xml:space="preserve"> </w:t>
      </w:r>
      <w:proofErr w:type="spellStart"/>
      <w:r w:rsidRPr="005D4FE5">
        <w:rPr>
          <w:rFonts w:ascii="Times New Roman" w:hAnsi="Times New Roman" w:cs="Times New Roman"/>
          <w:bCs/>
          <w:i/>
          <w:iCs/>
          <w:sz w:val="24"/>
          <w:szCs w:val="24"/>
        </w:rPr>
        <w:t>Meiwaku</w:t>
      </w:r>
      <w:proofErr w:type="spellEnd"/>
      <w:r w:rsidRPr="00AE1560">
        <w:rPr>
          <w:rFonts w:ascii="Times New Roman" w:hAnsi="Times New Roman" w:cs="Times New Roman"/>
          <w:bCs/>
          <w:sz w:val="24"/>
          <w:szCs w:val="24"/>
        </w:rPr>
        <w:t xml:space="preserve"> (</w:t>
      </w:r>
      <w:proofErr w:type="spellStart"/>
      <w:r w:rsidRPr="00AE1560">
        <w:rPr>
          <w:rFonts w:ascii="Times New Roman" w:hAnsi="Times New Roman" w:cs="Times New Roman"/>
          <w:bCs/>
          <w:sz w:val="24"/>
          <w:szCs w:val="24"/>
        </w:rPr>
        <w:t>Menghindari</w:t>
      </w:r>
      <w:proofErr w:type="spellEnd"/>
      <w:r w:rsidRPr="00AE1560">
        <w:rPr>
          <w:rFonts w:ascii="Times New Roman" w:hAnsi="Times New Roman" w:cs="Times New Roman"/>
          <w:bCs/>
          <w:sz w:val="24"/>
          <w:szCs w:val="24"/>
        </w:rPr>
        <w:t xml:space="preserve"> Ketidaknyamanan) dan </w:t>
      </w:r>
      <w:proofErr w:type="spellStart"/>
      <w:r w:rsidRPr="00AE1560">
        <w:rPr>
          <w:rFonts w:ascii="Times New Roman" w:hAnsi="Times New Roman" w:cs="Times New Roman"/>
          <w:bCs/>
          <w:sz w:val="24"/>
          <w:szCs w:val="24"/>
        </w:rPr>
        <w:t>Senioritas</w:t>
      </w:r>
      <w:proofErr w:type="spellEnd"/>
    </w:p>
    <w:p w14:paraId="553CE9D6" w14:textId="77777777" w:rsidR="003F6CE3" w:rsidRPr="00AE1560" w:rsidRDefault="00156FA5" w:rsidP="00AE1560">
      <w:pPr>
        <w:spacing w:after="0" w:line="360" w:lineRule="auto"/>
        <w:ind w:left="1134" w:firstLine="720"/>
        <w:jc w:val="both"/>
        <w:rPr>
          <w:rFonts w:ascii="Times New Roman" w:hAnsi="Times New Roman" w:cs="Times New Roman"/>
          <w:sz w:val="24"/>
          <w:szCs w:val="24"/>
        </w:rPr>
      </w:pPr>
      <w:r w:rsidRPr="00AE1560">
        <w:rPr>
          <w:rFonts w:ascii="Times New Roman" w:hAnsi="Times New Roman" w:cs="Times New Roman"/>
          <w:bCs/>
          <w:sz w:val="24"/>
          <w:szCs w:val="24"/>
        </w:rPr>
        <w:t xml:space="preserve">Salah </w:t>
      </w:r>
      <w:proofErr w:type="spellStart"/>
      <w:r w:rsidRPr="00AE1560">
        <w:rPr>
          <w:rFonts w:ascii="Times New Roman" w:hAnsi="Times New Roman" w:cs="Times New Roman"/>
          <w:bCs/>
          <w:sz w:val="24"/>
          <w:szCs w:val="24"/>
        </w:rPr>
        <w:t>satu</w:t>
      </w:r>
      <w:proofErr w:type="spellEnd"/>
      <w:r w:rsidRPr="00AE1560">
        <w:rPr>
          <w:rFonts w:ascii="Times New Roman" w:hAnsi="Times New Roman" w:cs="Times New Roman"/>
          <w:bCs/>
          <w:sz w:val="24"/>
          <w:szCs w:val="24"/>
        </w:rPr>
        <w:t xml:space="preserve"> </w:t>
      </w:r>
      <w:proofErr w:type="spellStart"/>
      <w:r w:rsidRPr="00AE1560">
        <w:rPr>
          <w:rFonts w:ascii="Times New Roman" w:hAnsi="Times New Roman" w:cs="Times New Roman"/>
          <w:bCs/>
          <w:sz w:val="24"/>
          <w:szCs w:val="24"/>
        </w:rPr>
        <w:t>nilai</w:t>
      </w:r>
      <w:proofErr w:type="spellEnd"/>
      <w:r w:rsidRPr="00AE1560">
        <w:rPr>
          <w:rFonts w:ascii="Times New Roman" w:hAnsi="Times New Roman" w:cs="Times New Roman"/>
          <w:bCs/>
          <w:sz w:val="24"/>
          <w:szCs w:val="24"/>
        </w:rPr>
        <w:t xml:space="preserve"> </w:t>
      </w:r>
      <w:proofErr w:type="spellStart"/>
      <w:r w:rsidRPr="00AE1560">
        <w:rPr>
          <w:rFonts w:ascii="Times New Roman" w:hAnsi="Times New Roman" w:cs="Times New Roman"/>
          <w:bCs/>
          <w:sz w:val="24"/>
          <w:szCs w:val="24"/>
        </w:rPr>
        <w:t>sosial</w:t>
      </w:r>
      <w:proofErr w:type="spellEnd"/>
      <w:r w:rsidRPr="00AE1560">
        <w:rPr>
          <w:rFonts w:ascii="Times New Roman" w:hAnsi="Times New Roman" w:cs="Times New Roman"/>
          <w:bCs/>
          <w:sz w:val="24"/>
          <w:szCs w:val="24"/>
        </w:rPr>
        <w:t xml:space="preserve"> yang sangat </w:t>
      </w:r>
      <w:proofErr w:type="spellStart"/>
      <w:r w:rsidRPr="00AE1560">
        <w:rPr>
          <w:rFonts w:ascii="Times New Roman" w:hAnsi="Times New Roman" w:cs="Times New Roman"/>
          <w:bCs/>
          <w:sz w:val="24"/>
          <w:szCs w:val="24"/>
        </w:rPr>
        <w:t>dijunjung</w:t>
      </w:r>
      <w:proofErr w:type="spellEnd"/>
      <w:r w:rsidRPr="00AE1560">
        <w:rPr>
          <w:rFonts w:ascii="Times New Roman" w:hAnsi="Times New Roman" w:cs="Times New Roman"/>
          <w:bCs/>
          <w:sz w:val="24"/>
          <w:szCs w:val="24"/>
        </w:rPr>
        <w:t xml:space="preserve"> </w:t>
      </w:r>
      <w:proofErr w:type="spellStart"/>
      <w:r w:rsidRPr="00AE1560">
        <w:rPr>
          <w:rFonts w:ascii="Times New Roman" w:hAnsi="Times New Roman" w:cs="Times New Roman"/>
          <w:bCs/>
          <w:sz w:val="24"/>
          <w:szCs w:val="24"/>
        </w:rPr>
        <w:t>tinggi</w:t>
      </w:r>
      <w:proofErr w:type="spellEnd"/>
      <w:r w:rsidRPr="00AE1560">
        <w:rPr>
          <w:rFonts w:ascii="Times New Roman" w:hAnsi="Times New Roman" w:cs="Times New Roman"/>
          <w:bCs/>
          <w:sz w:val="24"/>
          <w:szCs w:val="24"/>
        </w:rPr>
        <w:t xml:space="preserve"> </w:t>
      </w:r>
      <w:proofErr w:type="spellStart"/>
      <w:r w:rsidRPr="00AE1560">
        <w:rPr>
          <w:rFonts w:ascii="Times New Roman" w:hAnsi="Times New Roman" w:cs="Times New Roman"/>
          <w:bCs/>
          <w:sz w:val="24"/>
          <w:szCs w:val="24"/>
        </w:rPr>
        <w:t>dalam</w:t>
      </w:r>
      <w:proofErr w:type="spellEnd"/>
      <w:r w:rsidRPr="00AE1560">
        <w:rPr>
          <w:rFonts w:ascii="Times New Roman" w:hAnsi="Times New Roman" w:cs="Times New Roman"/>
          <w:bCs/>
          <w:sz w:val="24"/>
          <w:szCs w:val="24"/>
        </w:rPr>
        <w:t xml:space="preserve"> </w:t>
      </w:r>
      <w:proofErr w:type="spellStart"/>
      <w:r w:rsidRPr="00AE1560">
        <w:rPr>
          <w:rFonts w:ascii="Times New Roman" w:hAnsi="Times New Roman" w:cs="Times New Roman"/>
          <w:bCs/>
          <w:sz w:val="24"/>
          <w:szCs w:val="24"/>
        </w:rPr>
        <w:t>budaya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perusahaan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Jepang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adalah</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prinsip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menghindari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meiwaku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yaitu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komitmen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untuk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tidak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menyusahkan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atau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menimbulkan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ketidaknyamanan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bagi</w:t>
      </w:r>
      <w:proofErr w:type="spellEnd"/>
      <w:r w:rsidRPr="00AE1560">
        <w:rPr>
          <w:rFonts w:ascii="Times New Roman" w:hAnsi="Times New Roman" w:cs="Times New Roman"/>
          <w:sz w:val="24"/>
          <w:szCs w:val="24"/>
        </w:rPr>
        <w:t xml:space="preserve"> orang lain, </w:t>
      </w:r>
      <w:proofErr w:type="spellStart"/>
      <w:r w:rsidRPr="00AE1560">
        <w:rPr>
          <w:rFonts w:ascii="Times New Roman" w:hAnsi="Times New Roman" w:cs="Times New Roman"/>
          <w:sz w:val="24"/>
          <w:szCs w:val="24"/>
        </w:rPr>
        <w:t>baik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kepada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tamu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maupun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rekan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satu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tim.</w:t>
      </w:r>
      <w:proofErr w:type="spellEnd"/>
      <w:r w:rsidRPr="00AE1560">
        <w:rPr>
          <w:rFonts w:ascii="Times New Roman" w:hAnsi="Times New Roman" w:cs="Times New Roman"/>
          <w:sz w:val="24"/>
          <w:szCs w:val="24"/>
        </w:rPr>
        <w:t xml:space="preserve"> </w:t>
      </w:r>
      <w:proofErr w:type="spellStart"/>
      <w:r w:rsidRPr="00CB758D">
        <w:rPr>
          <w:rFonts w:ascii="Times New Roman" w:hAnsi="Times New Roman" w:cs="Times New Roman"/>
          <w:sz w:val="24"/>
          <w:szCs w:val="24"/>
        </w:rPr>
        <w:t>Menurut</w:t>
      </w:r>
      <w:proofErr w:type="spellEnd"/>
      <w:r w:rsidRPr="00CB758D">
        <w:rPr>
          <w:rFonts w:ascii="Times New Roman" w:hAnsi="Times New Roman" w:cs="Times New Roman"/>
          <w:sz w:val="24"/>
          <w:szCs w:val="24"/>
        </w:rPr>
        <w:t xml:space="preserve"> Kato dan Morris </w:t>
      </w:r>
      <w:r w:rsidR="00CB758D" w:rsidRPr="00CB758D">
        <w:rPr>
          <w:rFonts w:ascii="Times New Roman" w:hAnsi="Times New Roman" w:cs="Times New Roman"/>
          <w:sz w:val="24"/>
          <w:szCs w:val="24"/>
        </w:rPr>
        <w:t xml:space="preserve">(2024) </w:t>
      </w:r>
      <w:proofErr w:type="spellStart"/>
      <w:r w:rsidRPr="00CB758D">
        <w:rPr>
          <w:rFonts w:ascii="Times New Roman" w:hAnsi="Times New Roman" w:cs="Times New Roman"/>
          <w:sz w:val="24"/>
          <w:szCs w:val="24"/>
        </w:rPr>
        <w:t>bahwa</w:t>
      </w:r>
      <w:proofErr w:type="spellEnd"/>
      <w:r w:rsidRPr="00CB758D">
        <w:rPr>
          <w:rFonts w:ascii="Times New Roman" w:hAnsi="Times New Roman" w:cs="Times New Roman"/>
          <w:sz w:val="24"/>
          <w:szCs w:val="24"/>
        </w:rPr>
        <w:t xml:space="preserve"> </w:t>
      </w:r>
      <w:proofErr w:type="spellStart"/>
      <w:r w:rsidRPr="00CB758D">
        <w:rPr>
          <w:rFonts w:ascii="Times New Roman" w:hAnsi="Times New Roman" w:cs="Times New Roman"/>
          <w:sz w:val="24"/>
          <w:szCs w:val="24"/>
        </w:rPr>
        <w:t>dengan</w:t>
      </w:r>
      <w:proofErr w:type="spellEnd"/>
      <w:r w:rsidRPr="00CB758D">
        <w:rPr>
          <w:rFonts w:ascii="Times New Roman" w:hAnsi="Times New Roman" w:cs="Times New Roman"/>
          <w:sz w:val="24"/>
          <w:szCs w:val="24"/>
        </w:rPr>
        <w:t xml:space="preserve"> </w:t>
      </w:r>
      <w:proofErr w:type="spellStart"/>
      <w:r w:rsidRPr="00CB758D">
        <w:rPr>
          <w:rFonts w:ascii="Times New Roman" w:hAnsi="Times New Roman" w:cs="Times New Roman"/>
          <w:sz w:val="24"/>
          <w:szCs w:val="24"/>
        </w:rPr>
        <w:t>menghindari</w:t>
      </w:r>
      <w:proofErr w:type="spellEnd"/>
      <w:r w:rsidRPr="00CB758D">
        <w:rPr>
          <w:rFonts w:ascii="Times New Roman" w:hAnsi="Times New Roman" w:cs="Times New Roman"/>
          <w:sz w:val="24"/>
          <w:szCs w:val="24"/>
        </w:rPr>
        <w:t xml:space="preserve"> </w:t>
      </w:r>
      <w:proofErr w:type="spellStart"/>
      <w:r w:rsidRPr="00CB758D">
        <w:rPr>
          <w:rFonts w:ascii="Times New Roman" w:hAnsi="Times New Roman" w:cs="Times New Roman"/>
          <w:sz w:val="24"/>
          <w:szCs w:val="24"/>
        </w:rPr>
        <w:t>tindakan</w:t>
      </w:r>
      <w:proofErr w:type="spellEnd"/>
      <w:r w:rsidRPr="00CB758D">
        <w:rPr>
          <w:rFonts w:ascii="Times New Roman" w:hAnsi="Times New Roman" w:cs="Times New Roman"/>
          <w:sz w:val="24"/>
          <w:szCs w:val="24"/>
        </w:rPr>
        <w:t xml:space="preserve"> yang </w:t>
      </w:r>
      <w:proofErr w:type="spellStart"/>
      <w:r w:rsidRPr="00CB758D">
        <w:rPr>
          <w:rFonts w:ascii="Times New Roman" w:hAnsi="Times New Roman" w:cs="Times New Roman"/>
          <w:sz w:val="24"/>
          <w:szCs w:val="24"/>
        </w:rPr>
        <w:t>menyebabkan</w:t>
      </w:r>
      <w:proofErr w:type="spellEnd"/>
      <w:r w:rsidRPr="00CB758D">
        <w:rPr>
          <w:rFonts w:ascii="Times New Roman" w:hAnsi="Times New Roman" w:cs="Times New Roman"/>
          <w:sz w:val="24"/>
          <w:szCs w:val="24"/>
        </w:rPr>
        <w:t xml:space="preserve"> </w:t>
      </w:r>
      <w:proofErr w:type="spellStart"/>
      <w:r w:rsidRPr="00CB758D">
        <w:rPr>
          <w:rFonts w:ascii="Times New Roman" w:hAnsi="Times New Roman" w:cs="Times New Roman"/>
          <w:sz w:val="24"/>
          <w:szCs w:val="24"/>
        </w:rPr>
        <w:t>ketidaknyamanan</w:t>
      </w:r>
      <w:proofErr w:type="spellEnd"/>
      <w:r w:rsidRPr="00CB758D">
        <w:rPr>
          <w:rFonts w:ascii="Times New Roman" w:hAnsi="Times New Roman" w:cs="Times New Roman"/>
          <w:sz w:val="24"/>
          <w:szCs w:val="24"/>
        </w:rPr>
        <w:t xml:space="preserve"> </w:t>
      </w:r>
      <w:proofErr w:type="spellStart"/>
      <w:r w:rsidRPr="00CB758D">
        <w:rPr>
          <w:rFonts w:ascii="Times New Roman" w:hAnsi="Times New Roman" w:cs="Times New Roman"/>
          <w:sz w:val="24"/>
          <w:szCs w:val="24"/>
        </w:rPr>
        <w:t>bagi</w:t>
      </w:r>
      <w:proofErr w:type="spellEnd"/>
      <w:r w:rsidRPr="00CB758D">
        <w:rPr>
          <w:rFonts w:ascii="Times New Roman" w:hAnsi="Times New Roman" w:cs="Times New Roman"/>
          <w:sz w:val="24"/>
          <w:szCs w:val="24"/>
        </w:rPr>
        <w:t xml:space="preserve"> orang lain, yang </w:t>
      </w:r>
      <w:proofErr w:type="spellStart"/>
      <w:r w:rsidRPr="00CB758D">
        <w:rPr>
          <w:rFonts w:ascii="Times New Roman" w:hAnsi="Times New Roman" w:cs="Times New Roman"/>
          <w:sz w:val="24"/>
          <w:szCs w:val="24"/>
        </w:rPr>
        <w:t>dikenal</w:t>
      </w:r>
      <w:proofErr w:type="spellEnd"/>
      <w:r w:rsidRPr="00CB758D">
        <w:rPr>
          <w:rFonts w:ascii="Times New Roman" w:hAnsi="Times New Roman" w:cs="Times New Roman"/>
          <w:sz w:val="24"/>
          <w:szCs w:val="24"/>
        </w:rPr>
        <w:t xml:space="preserve"> </w:t>
      </w:r>
      <w:proofErr w:type="spellStart"/>
      <w:r w:rsidRPr="00CB758D">
        <w:rPr>
          <w:rFonts w:ascii="Times New Roman" w:hAnsi="Times New Roman" w:cs="Times New Roman"/>
          <w:sz w:val="24"/>
          <w:szCs w:val="24"/>
        </w:rPr>
        <w:t>sebagai</w:t>
      </w:r>
      <w:proofErr w:type="spellEnd"/>
      <w:r w:rsidRPr="00CB758D">
        <w:rPr>
          <w:rFonts w:ascii="Times New Roman" w:hAnsi="Times New Roman" w:cs="Times New Roman"/>
          <w:sz w:val="24"/>
          <w:szCs w:val="24"/>
        </w:rPr>
        <w:t xml:space="preserve"> </w:t>
      </w:r>
      <w:proofErr w:type="spellStart"/>
      <w:r w:rsidRPr="00CB758D">
        <w:rPr>
          <w:rFonts w:ascii="Times New Roman" w:hAnsi="Times New Roman" w:cs="Times New Roman"/>
          <w:i/>
          <w:iCs/>
          <w:sz w:val="24"/>
          <w:szCs w:val="24"/>
        </w:rPr>
        <w:t>meiwaku</w:t>
      </w:r>
      <w:proofErr w:type="spellEnd"/>
      <w:r w:rsidRPr="00CB758D">
        <w:rPr>
          <w:rFonts w:ascii="Times New Roman" w:hAnsi="Times New Roman" w:cs="Times New Roman"/>
          <w:sz w:val="24"/>
          <w:szCs w:val="24"/>
        </w:rPr>
        <w:t xml:space="preserve">, di </w:t>
      </w:r>
      <w:proofErr w:type="spellStart"/>
      <w:r w:rsidRPr="00CB758D">
        <w:rPr>
          <w:rFonts w:ascii="Times New Roman" w:hAnsi="Times New Roman" w:cs="Times New Roman"/>
          <w:sz w:val="24"/>
          <w:szCs w:val="24"/>
        </w:rPr>
        <w:t>samping</w:t>
      </w:r>
      <w:proofErr w:type="spellEnd"/>
      <w:r w:rsidRPr="00CB758D">
        <w:rPr>
          <w:rFonts w:ascii="Times New Roman" w:hAnsi="Times New Roman" w:cs="Times New Roman"/>
          <w:sz w:val="24"/>
          <w:szCs w:val="24"/>
        </w:rPr>
        <w:t xml:space="preserve"> </w:t>
      </w:r>
      <w:proofErr w:type="spellStart"/>
      <w:r w:rsidRPr="00CB758D">
        <w:rPr>
          <w:rFonts w:ascii="Times New Roman" w:hAnsi="Times New Roman" w:cs="Times New Roman"/>
          <w:sz w:val="24"/>
          <w:szCs w:val="24"/>
        </w:rPr>
        <w:t>kepatuhan</w:t>
      </w:r>
      <w:proofErr w:type="spellEnd"/>
      <w:r w:rsidRPr="00CB758D">
        <w:rPr>
          <w:rFonts w:ascii="Times New Roman" w:hAnsi="Times New Roman" w:cs="Times New Roman"/>
          <w:sz w:val="24"/>
          <w:szCs w:val="24"/>
        </w:rPr>
        <w:t xml:space="preserve"> yang </w:t>
      </w:r>
      <w:proofErr w:type="spellStart"/>
      <w:r w:rsidRPr="00CB758D">
        <w:rPr>
          <w:rFonts w:ascii="Times New Roman" w:hAnsi="Times New Roman" w:cs="Times New Roman"/>
          <w:sz w:val="24"/>
          <w:szCs w:val="24"/>
        </w:rPr>
        <w:t>ketat</w:t>
      </w:r>
      <w:proofErr w:type="spellEnd"/>
      <w:r w:rsidRPr="00CB758D">
        <w:rPr>
          <w:rFonts w:ascii="Times New Roman" w:hAnsi="Times New Roman" w:cs="Times New Roman"/>
          <w:sz w:val="24"/>
          <w:szCs w:val="24"/>
        </w:rPr>
        <w:t xml:space="preserve"> </w:t>
      </w:r>
      <w:proofErr w:type="spellStart"/>
      <w:r w:rsidRPr="00CB758D">
        <w:rPr>
          <w:rFonts w:ascii="Times New Roman" w:hAnsi="Times New Roman" w:cs="Times New Roman"/>
          <w:sz w:val="24"/>
          <w:szCs w:val="24"/>
        </w:rPr>
        <w:t>terhadap</w:t>
      </w:r>
      <w:proofErr w:type="spellEnd"/>
      <w:r w:rsidRPr="00CB758D">
        <w:rPr>
          <w:rFonts w:ascii="Times New Roman" w:hAnsi="Times New Roman" w:cs="Times New Roman"/>
          <w:sz w:val="24"/>
          <w:szCs w:val="24"/>
        </w:rPr>
        <w:t xml:space="preserve"> </w:t>
      </w:r>
      <w:proofErr w:type="spellStart"/>
      <w:r w:rsidRPr="00CB758D">
        <w:rPr>
          <w:rFonts w:ascii="Times New Roman" w:hAnsi="Times New Roman" w:cs="Times New Roman"/>
          <w:sz w:val="24"/>
          <w:szCs w:val="24"/>
        </w:rPr>
        <w:t>struktur</w:t>
      </w:r>
      <w:proofErr w:type="spellEnd"/>
      <w:r w:rsidRPr="00CB758D">
        <w:rPr>
          <w:rFonts w:ascii="Times New Roman" w:hAnsi="Times New Roman" w:cs="Times New Roman"/>
          <w:sz w:val="24"/>
          <w:szCs w:val="24"/>
        </w:rPr>
        <w:t xml:space="preserve"> </w:t>
      </w:r>
      <w:proofErr w:type="spellStart"/>
      <w:r w:rsidRPr="00CB758D">
        <w:rPr>
          <w:rFonts w:ascii="Times New Roman" w:hAnsi="Times New Roman" w:cs="Times New Roman"/>
          <w:sz w:val="24"/>
          <w:szCs w:val="24"/>
        </w:rPr>
        <w:t>hierarki</w:t>
      </w:r>
      <w:proofErr w:type="spellEnd"/>
      <w:r w:rsidRPr="00CB758D">
        <w:rPr>
          <w:rFonts w:ascii="Times New Roman" w:hAnsi="Times New Roman" w:cs="Times New Roman"/>
          <w:sz w:val="24"/>
          <w:szCs w:val="24"/>
        </w:rPr>
        <w:t xml:space="preserve"> dan </w:t>
      </w:r>
      <w:proofErr w:type="spellStart"/>
      <w:r w:rsidRPr="00CB758D">
        <w:rPr>
          <w:rFonts w:ascii="Times New Roman" w:hAnsi="Times New Roman" w:cs="Times New Roman"/>
          <w:sz w:val="24"/>
          <w:szCs w:val="24"/>
        </w:rPr>
        <w:t>senioritas</w:t>
      </w:r>
      <w:proofErr w:type="spellEnd"/>
      <w:r w:rsidRPr="00CB758D">
        <w:rPr>
          <w:rFonts w:ascii="Times New Roman" w:hAnsi="Times New Roman" w:cs="Times New Roman"/>
          <w:sz w:val="24"/>
          <w:szCs w:val="24"/>
        </w:rPr>
        <w:t xml:space="preserve">. </w:t>
      </w:r>
      <w:proofErr w:type="spellStart"/>
      <w:r w:rsidRPr="00CB758D">
        <w:rPr>
          <w:rFonts w:ascii="Times New Roman" w:hAnsi="Times New Roman" w:cs="Times New Roman"/>
          <w:sz w:val="24"/>
          <w:szCs w:val="24"/>
        </w:rPr>
        <w:t>Hubungan</w:t>
      </w:r>
      <w:proofErr w:type="spellEnd"/>
      <w:r w:rsidRPr="00CB758D">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hierarki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membuat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keputusan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atau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instruksi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dari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karyawan</w:t>
      </w:r>
      <w:proofErr w:type="spellEnd"/>
      <w:r w:rsidRPr="00AE1560">
        <w:rPr>
          <w:rFonts w:ascii="Times New Roman" w:hAnsi="Times New Roman" w:cs="Times New Roman"/>
          <w:sz w:val="24"/>
          <w:szCs w:val="24"/>
        </w:rPr>
        <w:t xml:space="preserve"> senior </w:t>
      </w:r>
      <w:proofErr w:type="spellStart"/>
      <w:r w:rsidRPr="00AE1560">
        <w:rPr>
          <w:rFonts w:ascii="Times New Roman" w:hAnsi="Times New Roman" w:cs="Times New Roman"/>
          <w:sz w:val="24"/>
          <w:szCs w:val="24"/>
        </w:rPr>
        <w:t>memiliki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bobot</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besar</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harus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dipatuhi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dengan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penuh</w:t>
      </w:r>
      <w:proofErr w:type="spellEnd"/>
      <w:r w:rsidRPr="00AE1560">
        <w:rPr>
          <w:rFonts w:ascii="Times New Roman" w:hAnsi="Times New Roman" w:cs="Times New Roman"/>
          <w:sz w:val="24"/>
          <w:szCs w:val="24"/>
        </w:rPr>
        <w:t xml:space="preserve"> rasa </w:t>
      </w:r>
      <w:proofErr w:type="spellStart"/>
      <w:r w:rsidRPr="00AE1560">
        <w:rPr>
          <w:rFonts w:ascii="Times New Roman" w:hAnsi="Times New Roman" w:cs="Times New Roman"/>
          <w:sz w:val="24"/>
          <w:szCs w:val="24"/>
        </w:rPr>
        <w:t>hormat</w:t>
      </w:r>
      <w:proofErr w:type="spellEnd"/>
      <w:r w:rsidRPr="00AE1560">
        <w:rPr>
          <w:rFonts w:ascii="Times New Roman" w:hAnsi="Times New Roman" w:cs="Times New Roman"/>
          <w:sz w:val="24"/>
          <w:szCs w:val="24"/>
        </w:rPr>
        <w:t xml:space="preserve"> oleh </w:t>
      </w:r>
      <w:proofErr w:type="spellStart"/>
      <w:r w:rsidRPr="00AE1560">
        <w:rPr>
          <w:rFonts w:ascii="Times New Roman" w:hAnsi="Times New Roman" w:cs="Times New Roman"/>
          <w:sz w:val="24"/>
          <w:szCs w:val="24"/>
        </w:rPr>
        <w:t>karyawan</w:t>
      </w:r>
      <w:proofErr w:type="spellEnd"/>
      <w:r w:rsidRPr="00AE1560">
        <w:rPr>
          <w:rFonts w:ascii="Times New Roman" w:hAnsi="Times New Roman" w:cs="Times New Roman"/>
          <w:sz w:val="24"/>
          <w:szCs w:val="24"/>
        </w:rPr>
        <w:t xml:space="preserve"> junior.</w:t>
      </w:r>
      <w:r w:rsidR="00CB758D">
        <w:rPr>
          <w:rFonts w:ascii="Times New Roman" w:hAnsi="Times New Roman" w:cs="Times New Roman"/>
          <w:sz w:val="24"/>
          <w:szCs w:val="24"/>
        </w:rPr>
        <w:t xml:space="preserve"> </w:t>
      </w:r>
    </w:p>
    <w:p w14:paraId="1CE38917" w14:textId="77777777" w:rsidR="003F6CE3" w:rsidRPr="00AE1560" w:rsidRDefault="00156FA5">
      <w:pPr>
        <w:pStyle w:val="ListParagraph"/>
        <w:numPr>
          <w:ilvl w:val="0"/>
          <w:numId w:val="17"/>
        </w:numPr>
        <w:spacing w:after="0" w:line="360" w:lineRule="auto"/>
        <w:ind w:left="1134"/>
        <w:rPr>
          <w:rFonts w:ascii="Times New Roman" w:hAnsi="Times New Roman" w:cs="Times New Roman"/>
          <w:bCs/>
          <w:sz w:val="24"/>
          <w:szCs w:val="24"/>
        </w:rPr>
      </w:pPr>
      <w:proofErr w:type="spellStart"/>
      <w:r w:rsidRPr="00AE1560">
        <w:rPr>
          <w:rFonts w:ascii="Times New Roman" w:hAnsi="Times New Roman" w:cs="Times New Roman"/>
          <w:bCs/>
          <w:sz w:val="24"/>
          <w:szCs w:val="24"/>
        </w:rPr>
        <w:t>Kedisiplinan</w:t>
      </w:r>
      <w:proofErr w:type="spellEnd"/>
      <w:r w:rsidRPr="00AE1560">
        <w:rPr>
          <w:rFonts w:ascii="Times New Roman" w:hAnsi="Times New Roman" w:cs="Times New Roman"/>
          <w:bCs/>
          <w:sz w:val="24"/>
          <w:szCs w:val="24"/>
        </w:rPr>
        <w:t xml:space="preserve"> di </w:t>
      </w:r>
      <w:proofErr w:type="spellStart"/>
      <w:r w:rsidRPr="00AE1560">
        <w:rPr>
          <w:rFonts w:ascii="Times New Roman" w:hAnsi="Times New Roman" w:cs="Times New Roman"/>
          <w:bCs/>
          <w:sz w:val="24"/>
          <w:szCs w:val="24"/>
        </w:rPr>
        <w:t>Jepang</w:t>
      </w:r>
      <w:proofErr w:type="spellEnd"/>
      <w:r w:rsidRPr="00AE1560">
        <w:rPr>
          <w:rFonts w:ascii="Times New Roman" w:hAnsi="Times New Roman" w:cs="Times New Roman"/>
          <w:bCs/>
          <w:sz w:val="24"/>
          <w:szCs w:val="24"/>
        </w:rPr>
        <w:t xml:space="preserve"> (</w:t>
      </w:r>
      <w:proofErr w:type="spellStart"/>
      <w:r w:rsidRPr="005D4FE5">
        <w:rPr>
          <w:rFonts w:ascii="Times New Roman" w:hAnsi="Times New Roman" w:cs="Times New Roman"/>
          <w:bCs/>
          <w:i/>
          <w:iCs/>
          <w:sz w:val="24"/>
          <w:szCs w:val="24"/>
        </w:rPr>
        <w:t>Kiritsu</w:t>
      </w:r>
      <w:proofErr w:type="spellEnd"/>
      <w:r w:rsidRPr="00AE1560">
        <w:rPr>
          <w:rFonts w:ascii="Times New Roman" w:hAnsi="Times New Roman" w:cs="Times New Roman"/>
          <w:bCs/>
          <w:sz w:val="24"/>
          <w:szCs w:val="24"/>
        </w:rPr>
        <w:t>)</w:t>
      </w:r>
    </w:p>
    <w:p w14:paraId="600F02BB" w14:textId="77777777" w:rsidR="003F6CE3" w:rsidRPr="00AE1560" w:rsidRDefault="00156FA5" w:rsidP="00AE1560">
      <w:pPr>
        <w:spacing w:after="0" w:line="360" w:lineRule="auto"/>
        <w:ind w:left="1134" w:firstLine="720"/>
        <w:jc w:val="both"/>
        <w:rPr>
          <w:rFonts w:ascii="Times New Roman" w:hAnsi="Times New Roman" w:cs="Times New Roman"/>
          <w:sz w:val="24"/>
          <w:szCs w:val="24"/>
        </w:rPr>
      </w:pPr>
      <w:proofErr w:type="spellStart"/>
      <w:r w:rsidRPr="00AE1560">
        <w:rPr>
          <w:rFonts w:ascii="Times New Roman" w:hAnsi="Times New Roman" w:cs="Times New Roman"/>
          <w:sz w:val="24"/>
          <w:szCs w:val="24"/>
        </w:rPr>
        <w:t>Kedisiplinan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merupakan</w:t>
      </w:r>
      <w:proofErr w:type="spellEnd"/>
      <w:r w:rsidRPr="00AE1560">
        <w:rPr>
          <w:rFonts w:ascii="Times New Roman" w:hAnsi="Times New Roman" w:cs="Times New Roman"/>
          <w:sz w:val="24"/>
          <w:szCs w:val="24"/>
        </w:rPr>
        <w:t xml:space="preserve"> pilar </w:t>
      </w:r>
      <w:proofErr w:type="spellStart"/>
      <w:r w:rsidRPr="00AE1560">
        <w:rPr>
          <w:rFonts w:ascii="Times New Roman" w:hAnsi="Times New Roman" w:cs="Times New Roman"/>
          <w:sz w:val="24"/>
          <w:szCs w:val="24"/>
        </w:rPr>
        <w:t>utama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etika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masyarakat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Jepang</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tidak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boleh</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diabaikan</w:t>
      </w:r>
      <w:proofErr w:type="spellEnd"/>
      <w:r w:rsidRPr="00AE1560">
        <w:rPr>
          <w:rFonts w:ascii="Times New Roman" w:hAnsi="Times New Roman" w:cs="Times New Roman"/>
          <w:sz w:val="24"/>
          <w:szCs w:val="24"/>
        </w:rPr>
        <w:t xml:space="preserve"> oleh </w:t>
      </w:r>
      <w:proofErr w:type="spellStart"/>
      <w:r w:rsidRPr="00AE1560">
        <w:rPr>
          <w:rFonts w:ascii="Times New Roman" w:hAnsi="Times New Roman" w:cs="Times New Roman"/>
          <w:sz w:val="24"/>
          <w:szCs w:val="24"/>
        </w:rPr>
        <w:t>pekerja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asing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Bentuk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kedisiplinan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tidak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hanya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tecermin</w:t>
      </w:r>
      <w:proofErr w:type="spellEnd"/>
      <w:r w:rsidRPr="00AE1560">
        <w:rPr>
          <w:rFonts w:ascii="Times New Roman" w:hAnsi="Times New Roman" w:cs="Times New Roman"/>
          <w:sz w:val="24"/>
          <w:szCs w:val="24"/>
        </w:rPr>
        <w:t xml:space="preserve"> pada </w:t>
      </w:r>
      <w:proofErr w:type="spellStart"/>
      <w:r w:rsidRPr="00AE1560">
        <w:rPr>
          <w:rFonts w:ascii="Times New Roman" w:hAnsi="Times New Roman" w:cs="Times New Roman"/>
          <w:sz w:val="24"/>
          <w:szCs w:val="24"/>
        </w:rPr>
        <w:t>ketepatan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waktu</w:t>
      </w:r>
      <w:proofErr w:type="spellEnd"/>
      <w:r w:rsidRPr="00AE1560">
        <w:rPr>
          <w:rFonts w:ascii="Times New Roman" w:hAnsi="Times New Roman" w:cs="Times New Roman"/>
          <w:sz w:val="24"/>
          <w:szCs w:val="24"/>
        </w:rPr>
        <w:t xml:space="preserve"> yang sangat </w:t>
      </w:r>
      <w:proofErr w:type="spellStart"/>
      <w:r w:rsidRPr="00AE1560">
        <w:rPr>
          <w:rFonts w:ascii="Times New Roman" w:hAnsi="Times New Roman" w:cs="Times New Roman"/>
          <w:sz w:val="24"/>
          <w:szCs w:val="24"/>
        </w:rPr>
        <w:t>ketat</w:t>
      </w:r>
      <w:proofErr w:type="spellEnd"/>
      <w:r w:rsidRPr="00AE1560">
        <w:rPr>
          <w:rFonts w:ascii="Times New Roman" w:hAnsi="Times New Roman" w:cs="Times New Roman"/>
          <w:sz w:val="24"/>
          <w:szCs w:val="24"/>
        </w:rPr>
        <w:t xml:space="preserve"> (</w:t>
      </w:r>
      <w:r w:rsidRPr="005D4FE5">
        <w:rPr>
          <w:rFonts w:ascii="Times New Roman" w:hAnsi="Times New Roman" w:cs="Times New Roman"/>
          <w:i/>
          <w:iCs/>
          <w:sz w:val="24"/>
          <w:szCs w:val="24"/>
        </w:rPr>
        <w:t>punctuality</w:t>
      </w:r>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melainkan</w:t>
      </w:r>
      <w:proofErr w:type="spellEnd"/>
      <w:r w:rsidRPr="00AE1560">
        <w:rPr>
          <w:rFonts w:ascii="Times New Roman" w:hAnsi="Times New Roman" w:cs="Times New Roman"/>
          <w:sz w:val="24"/>
          <w:szCs w:val="24"/>
        </w:rPr>
        <w:t xml:space="preserve"> juga pada </w:t>
      </w:r>
      <w:proofErr w:type="spellStart"/>
      <w:r w:rsidRPr="00AE1560">
        <w:rPr>
          <w:rFonts w:ascii="Times New Roman" w:hAnsi="Times New Roman" w:cs="Times New Roman"/>
          <w:sz w:val="24"/>
          <w:szCs w:val="24"/>
        </w:rPr>
        <w:t>kepatuhan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penuh</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terhadap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prosedur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standar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operasional</w:t>
      </w:r>
      <w:proofErr w:type="spellEnd"/>
      <w:r w:rsidRPr="00AE1560">
        <w:rPr>
          <w:rFonts w:ascii="Times New Roman" w:hAnsi="Times New Roman" w:cs="Times New Roman"/>
          <w:sz w:val="24"/>
          <w:szCs w:val="24"/>
        </w:rPr>
        <w:t xml:space="preserve"> (SOP) </w:t>
      </w:r>
      <w:proofErr w:type="spellStart"/>
      <w:r w:rsidRPr="00AE1560">
        <w:rPr>
          <w:rFonts w:ascii="Times New Roman" w:hAnsi="Times New Roman" w:cs="Times New Roman"/>
          <w:sz w:val="24"/>
          <w:szCs w:val="24"/>
        </w:rPr>
        <w:t>perusahaan</w:t>
      </w:r>
      <w:proofErr w:type="spellEnd"/>
      <w:r w:rsidRPr="00AE1560">
        <w:rPr>
          <w:rFonts w:ascii="Times New Roman" w:hAnsi="Times New Roman" w:cs="Times New Roman"/>
          <w:sz w:val="24"/>
          <w:szCs w:val="24"/>
        </w:rPr>
        <w:t>. Smith dan Tanaka</w:t>
      </w:r>
      <w:r w:rsidR="00CB758D">
        <w:rPr>
          <w:rFonts w:ascii="Times New Roman" w:hAnsi="Times New Roman" w:cs="Times New Roman"/>
          <w:sz w:val="24"/>
          <w:szCs w:val="24"/>
        </w:rPr>
        <w:t xml:space="preserve"> (2023)</w:t>
      </w:r>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penelitiannya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menyebutkan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bahwa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ketepatan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waktu</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kedisiplinan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Jepang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dipandang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sebagai</w:t>
      </w:r>
      <w:proofErr w:type="spellEnd"/>
      <w:r w:rsidRPr="00AE1560">
        <w:rPr>
          <w:rFonts w:ascii="Times New Roman" w:hAnsi="Times New Roman" w:cs="Times New Roman"/>
          <w:sz w:val="24"/>
          <w:szCs w:val="24"/>
        </w:rPr>
        <w:t xml:space="preserve"> </w:t>
      </w:r>
      <w:proofErr w:type="spellStart"/>
      <w:r w:rsidR="00CB758D">
        <w:rPr>
          <w:rFonts w:ascii="Times New Roman" w:hAnsi="Times New Roman" w:cs="Times New Roman"/>
          <w:sz w:val="24"/>
          <w:szCs w:val="24"/>
        </w:rPr>
        <w:t>sebuah</w:t>
      </w:r>
      <w:proofErr w:type="spellEnd"/>
      <w:r w:rsidR="00CB758D">
        <w:rPr>
          <w:rFonts w:ascii="Times New Roman" w:hAnsi="Times New Roman" w:cs="Times New Roman"/>
          <w:sz w:val="24"/>
          <w:szCs w:val="24"/>
        </w:rPr>
        <w:t xml:space="preserve"> </w:t>
      </w:r>
      <w:proofErr w:type="spellStart"/>
      <w:r w:rsidR="00CB758D">
        <w:rPr>
          <w:rFonts w:ascii="Times New Roman" w:hAnsi="Times New Roman" w:cs="Times New Roman"/>
          <w:sz w:val="24"/>
          <w:szCs w:val="24"/>
        </w:rPr>
        <w:t>komitmen</w:t>
      </w:r>
      <w:proofErr w:type="spellEnd"/>
      <w:r w:rsidR="00CB758D">
        <w:rPr>
          <w:rFonts w:ascii="Times New Roman" w:hAnsi="Times New Roman" w:cs="Times New Roman"/>
          <w:sz w:val="24"/>
          <w:szCs w:val="24"/>
        </w:rPr>
        <w:t xml:space="preserve"> </w:t>
      </w:r>
      <w:proofErr w:type="spellStart"/>
      <w:r w:rsidR="00CB758D">
        <w:rPr>
          <w:rFonts w:ascii="Times New Roman" w:hAnsi="Times New Roman" w:cs="Times New Roman"/>
          <w:sz w:val="24"/>
          <w:szCs w:val="24"/>
        </w:rPr>
        <w:t>dalam</w:t>
      </w:r>
      <w:proofErr w:type="spellEnd"/>
      <w:r w:rsidR="00CB758D">
        <w:rPr>
          <w:rFonts w:ascii="Times New Roman" w:hAnsi="Times New Roman" w:cs="Times New Roman"/>
          <w:sz w:val="24"/>
          <w:szCs w:val="24"/>
        </w:rPr>
        <w:t xml:space="preserve"> </w:t>
      </w:r>
      <w:proofErr w:type="spellStart"/>
      <w:r w:rsidR="00CB758D">
        <w:rPr>
          <w:rFonts w:ascii="Times New Roman" w:hAnsi="Times New Roman" w:cs="Times New Roman"/>
          <w:sz w:val="24"/>
          <w:szCs w:val="24"/>
        </w:rPr>
        <w:t>profesionalisme</w:t>
      </w:r>
      <w:proofErr w:type="spellEnd"/>
      <w:r w:rsidRPr="00AE1560">
        <w:rPr>
          <w:rFonts w:ascii="Times New Roman" w:hAnsi="Times New Roman" w:cs="Times New Roman"/>
          <w:sz w:val="24"/>
          <w:szCs w:val="24"/>
        </w:rPr>
        <w:t xml:space="preserve">. Oleh </w:t>
      </w:r>
      <w:proofErr w:type="spellStart"/>
      <w:r w:rsidRPr="00AE1560">
        <w:rPr>
          <w:rFonts w:ascii="Times New Roman" w:hAnsi="Times New Roman" w:cs="Times New Roman"/>
          <w:sz w:val="24"/>
          <w:szCs w:val="24"/>
        </w:rPr>
        <w:t>karena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itu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asing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dituntut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untuk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segera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beradaptasi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dengan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ritme</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serba</w:t>
      </w:r>
      <w:proofErr w:type="spellEnd"/>
      <w:r w:rsidR="00CB758D">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cepat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namun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tetap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mengedepankan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ketelitian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karena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kelalaian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kecil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terhadap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waktu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atau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prosedur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langsung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dinilai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sebagai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bentuk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kurangnya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integritas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bekerja</w:t>
      </w:r>
      <w:proofErr w:type="spellEnd"/>
      <w:r w:rsidRPr="00AE1560">
        <w:rPr>
          <w:rFonts w:ascii="Times New Roman" w:hAnsi="Times New Roman" w:cs="Times New Roman"/>
          <w:sz w:val="24"/>
          <w:szCs w:val="24"/>
        </w:rPr>
        <w:t>.</w:t>
      </w:r>
    </w:p>
    <w:p w14:paraId="3AE8B5CC" w14:textId="77777777" w:rsidR="003F6CE3" w:rsidRPr="00AE1560" w:rsidRDefault="00156FA5">
      <w:pPr>
        <w:pStyle w:val="Heading2"/>
        <w:numPr>
          <w:ilvl w:val="0"/>
          <w:numId w:val="14"/>
        </w:numPr>
        <w:spacing w:before="0" w:line="360" w:lineRule="auto"/>
        <w:ind w:left="284"/>
        <w:rPr>
          <w:rFonts w:ascii="Times New Roman" w:hAnsi="Times New Roman" w:cs="Times New Roman"/>
          <w:color w:val="auto"/>
          <w:sz w:val="24"/>
          <w:szCs w:val="24"/>
        </w:rPr>
      </w:pPr>
      <w:bookmarkStart w:id="27" w:name="_Toc238448294"/>
      <w:proofErr w:type="spellStart"/>
      <w:r w:rsidRPr="00AE1560">
        <w:rPr>
          <w:rFonts w:ascii="Times New Roman" w:hAnsi="Times New Roman" w:cs="Times New Roman"/>
          <w:color w:val="auto"/>
          <w:sz w:val="24"/>
          <w:szCs w:val="24"/>
        </w:rPr>
        <w:t>Penelitian</w:t>
      </w:r>
      <w:proofErr w:type="spellEnd"/>
      <w:r w:rsidRPr="00AE1560">
        <w:rPr>
          <w:rFonts w:ascii="Times New Roman" w:hAnsi="Times New Roman" w:cs="Times New Roman"/>
          <w:color w:val="auto"/>
          <w:sz w:val="24"/>
          <w:szCs w:val="24"/>
        </w:rPr>
        <w:t xml:space="preserve"> </w:t>
      </w:r>
      <w:proofErr w:type="spellStart"/>
      <w:r w:rsidRPr="00AE1560">
        <w:rPr>
          <w:rFonts w:ascii="Times New Roman" w:hAnsi="Times New Roman" w:cs="Times New Roman"/>
          <w:color w:val="auto"/>
          <w:sz w:val="24"/>
          <w:szCs w:val="24"/>
        </w:rPr>
        <w:t>Terdahulu</w:t>
      </w:r>
      <w:bookmarkEnd w:id="27"/>
      <w:proofErr w:type="spellEnd"/>
    </w:p>
    <w:p w14:paraId="0C93223D" w14:textId="77777777" w:rsidR="003F6CE3" w:rsidRPr="00AE1560" w:rsidRDefault="00156FA5" w:rsidP="00E157C0">
      <w:pPr>
        <w:spacing w:after="0" w:line="360" w:lineRule="auto"/>
        <w:ind w:left="284" w:firstLine="720"/>
        <w:jc w:val="both"/>
        <w:rPr>
          <w:rFonts w:ascii="Times New Roman" w:hAnsi="Times New Roman" w:cs="Times New Roman"/>
          <w:sz w:val="24"/>
          <w:szCs w:val="24"/>
        </w:rPr>
      </w:pPr>
      <w:proofErr w:type="spellStart"/>
      <w:r w:rsidRPr="00AE1560">
        <w:rPr>
          <w:rFonts w:ascii="Times New Roman" w:hAnsi="Times New Roman" w:cs="Times New Roman"/>
          <w:sz w:val="24"/>
          <w:szCs w:val="24"/>
        </w:rPr>
        <w:t>Untuk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memberikan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landasan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empiris</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kuat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penelitian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merujuk</w:t>
      </w:r>
      <w:proofErr w:type="spellEnd"/>
      <w:r w:rsidRPr="00AE1560">
        <w:rPr>
          <w:rFonts w:ascii="Times New Roman" w:hAnsi="Times New Roman" w:cs="Times New Roman"/>
          <w:sz w:val="24"/>
          <w:szCs w:val="24"/>
        </w:rPr>
        <w:t xml:space="preserve"> pada </w:t>
      </w:r>
      <w:proofErr w:type="spellStart"/>
      <w:r w:rsidRPr="00AE1560">
        <w:rPr>
          <w:rFonts w:ascii="Times New Roman" w:hAnsi="Times New Roman" w:cs="Times New Roman"/>
          <w:sz w:val="24"/>
          <w:szCs w:val="24"/>
        </w:rPr>
        <w:t>beberapa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literatur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terdahulu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rentang</w:t>
      </w:r>
      <w:proofErr w:type="spellEnd"/>
      <w:r w:rsidRPr="00AE1560">
        <w:rPr>
          <w:rFonts w:ascii="Times New Roman" w:hAnsi="Times New Roman" w:cs="Times New Roman"/>
          <w:sz w:val="24"/>
          <w:szCs w:val="24"/>
        </w:rPr>
        <w:t xml:space="preserve"> lima </w:t>
      </w:r>
      <w:proofErr w:type="spellStart"/>
      <w:r w:rsidRPr="00AE1560">
        <w:rPr>
          <w:rFonts w:ascii="Times New Roman" w:hAnsi="Times New Roman" w:cs="Times New Roman"/>
          <w:sz w:val="24"/>
          <w:szCs w:val="24"/>
        </w:rPr>
        <w:t>tahun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terakhir</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relevan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dengan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topik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antar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adaptasi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tenaga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lingkungan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multikultural</w:t>
      </w:r>
      <w:proofErr w:type="spellEnd"/>
      <w:r w:rsidRPr="00AE1560">
        <w:rPr>
          <w:rFonts w:ascii="Times New Roman" w:hAnsi="Times New Roman" w:cs="Times New Roman"/>
          <w:sz w:val="24"/>
          <w:szCs w:val="24"/>
        </w:rPr>
        <w:t>.</w:t>
      </w:r>
    </w:p>
    <w:p w14:paraId="03952A72" w14:textId="77777777" w:rsidR="003F6CE3" w:rsidRPr="00AE1560" w:rsidRDefault="00156FA5" w:rsidP="00F20686">
      <w:pPr>
        <w:autoSpaceDE w:val="0"/>
        <w:autoSpaceDN w:val="0"/>
        <w:adjustRightInd w:val="0"/>
        <w:spacing w:after="0" w:line="360" w:lineRule="auto"/>
        <w:ind w:left="284" w:firstLine="720"/>
        <w:jc w:val="both"/>
        <w:rPr>
          <w:rFonts w:ascii="Times New Roman" w:hAnsi="Times New Roman" w:cs="Times New Roman"/>
          <w:sz w:val="24"/>
          <w:szCs w:val="24"/>
        </w:rPr>
      </w:pPr>
      <w:proofErr w:type="spellStart"/>
      <w:r w:rsidRPr="00AE1560">
        <w:rPr>
          <w:rFonts w:ascii="Times New Roman" w:hAnsi="Times New Roman" w:cs="Times New Roman"/>
          <w:sz w:val="24"/>
          <w:szCs w:val="24"/>
        </w:rPr>
        <w:t>Pertama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penelitian</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dilakukan</w:t>
      </w:r>
      <w:proofErr w:type="spellEnd"/>
      <w:r w:rsidRPr="00AE1560">
        <w:rPr>
          <w:rFonts w:ascii="Times New Roman" w:hAnsi="Times New Roman" w:cs="Times New Roman"/>
          <w:sz w:val="24"/>
          <w:szCs w:val="24"/>
        </w:rPr>
        <w:t xml:space="preserve"> oleh </w:t>
      </w:r>
      <w:proofErr w:type="spellStart"/>
      <w:r w:rsidRPr="00AE1560">
        <w:rPr>
          <w:rFonts w:ascii="Times New Roman" w:hAnsi="Times New Roman" w:cs="Times New Roman"/>
          <w:sz w:val="24"/>
          <w:szCs w:val="24"/>
        </w:rPr>
        <w:t>Saputri</w:t>
      </w:r>
      <w:proofErr w:type="spellEnd"/>
      <w:r w:rsidRPr="00AE1560">
        <w:rPr>
          <w:rFonts w:ascii="Times New Roman" w:hAnsi="Times New Roman" w:cs="Times New Roman"/>
          <w:sz w:val="24"/>
          <w:szCs w:val="24"/>
        </w:rPr>
        <w:t xml:space="preserve"> dan Rahayu</w:t>
      </w:r>
      <w:r w:rsidR="000077A0">
        <w:rPr>
          <w:rFonts w:ascii="Times New Roman" w:hAnsi="Times New Roman" w:cs="Times New Roman"/>
          <w:sz w:val="24"/>
          <w:szCs w:val="24"/>
        </w:rPr>
        <w:t xml:space="preserve"> (2022)</w:t>
      </w:r>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mengkaji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mengenai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hambatan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antar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terjadi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antara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tenaga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Indonesia dan </w:t>
      </w:r>
      <w:proofErr w:type="spellStart"/>
      <w:r w:rsidRPr="00AE1560">
        <w:rPr>
          <w:rFonts w:ascii="Times New Roman" w:hAnsi="Times New Roman" w:cs="Times New Roman"/>
          <w:sz w:val="24"/>
          <w:szCs w:val="24"/>
        </w:rPr>
        <w:t>ekspatriat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Jepang</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perusahaan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multikultural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Temuan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dari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penelitian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tersebut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menunjukkan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bahwa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perusahaan</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kaku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dikombinasikan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dengan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keterbatasan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bahasa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teknis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merupakan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hambatan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utama</w:t>
      </w:r>
      <w:proofErr w:type="spellEnd"/>
      <w:r w:rsidRPr="00AE1560">
        <w:rPr>
          <w:rFonts w:ascii="Times New Roman" w:hAnsi="Times New Roman" w:cs="Times New Roman"/>
          <w:sz w:val="24"/>
          <w:szCs w:val="24"/>
        </w:rPr>
        <w:t xml:space="preserve"> </w:t>
      </w:r>
      <w:r w:rsidR="000077A0">
        <w:rPr>
          <w:rFonts w:ascii="Times New Roman" w:hAnsi="Times New Roman" w:cs="Times New Roman"/>
          <w:sz w:val="24"/>
          <w:szCs w:val="24"/>
        </w:rPr>
        <w:t xml:space="preserve">yang paling </w:t>
      </w:r>
      <w:proofErr w:type="spellStart"/>
      <w:r w:rsidR="000077A0">
        <w:rPr>
          <w:rFonts w:ascii="Times New Roman" w:hAnsi="Times New Roman" w:cs="Times New Roman"/>
          <w:sz w:val="24"/>
          <w:szCs w:val="24"/>
        </w:rPr>
        <w:t>sering</w:t>
      </w:r>
      <w:proofErr w:type="spellEnd"/>
      <w:r w:rsidR="000077A0">
        <w:rPr>
          <w:rFonts w:ascii="Times New Roman" w:hAnsi="Times New Roman" w:cs="Times New Roman"/>
          <w:sz w:val="24"/>
          <w:szCs w:val="24"/>
        </w:rPr>
        <w:t xml:space="preserve"> </w:t>
      </w:r>
      <w:proofErr w:type="spellStart"/>
      <w:r w:rsidR="000077A0">
        <w:rPr>
          <w:rFonts w:ascii="Times New Roman" w:hAnsi="Times New Roman" w:cs="Times New Roman"/>
          <w:sz w:val="24"/>
          <w:szCs w:val="24"/>
        </w:rPr>
        <w:t>muncul</w:t>
      </w:r>
      <w:proofErr w:type="spellEnd"/>
      <w:r w:rsidR="000077A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operasional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sehari-har</w:t>
      </w:r>
      <w:r w:rsidR="00E157C0">
        <w:rPr>
          <w:rFonts w:ascii="Times New Roman" w:hAnsi="Times New Roman" w:cs="Times New Roman"/>
          <w:sz w:val="24"/>
          <w:szCs w:val="24"/>
        </w:rPr>
        <w:t>i</w:t>
      </w:r>
      <w:proofErr w:type="spellEnd"/>
      <w:r w:rsidR="00E157C0">
        <w:rPr>
          <w:rFonts w:ascii="Times New Roman" w:hAnsi="Times New Roman" w:cs="Times New Roman"/>
          <w:sz w:val="24"/>
          <w:szCs w:val="24"/>
        </w:rPr>
        <w:t xml:space="preserve">. </w:t>
      </w:r>
      <w:proofErr w:type="spellStart"/>
      <w:r w:rsidR="00E157C0" w:rsidRPr="00E157C0">
        <w:rPr>
          <w:rFonts w:ascii="Times New Roman" w:hAnsi="Times New Roman" w:cs="Times New Roman" w:hint="cs"/>
          <w:sz w:val="24"/>
          <w:szCs w:val="24"/>
        </w:rPr>
        <w:t>Meskipun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penelitian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Saputri</w:t>
      </w:r>
      <w:proofErr w:type="spellEnd"/>
      <w:r w:rsidR="00E157C0" w:rsidRPr="00E157C0">
        <w:rPr>
          <w:rFonts w:ascii="Times New Roman" w:hAnsi="Times New Roman" w:cs="Times New Roman" w:hint="cs"/>
          <w:sz w:val="24"/>
          <w:szCs w:val="24"/>
        </w:rPr>
        <w:t xml:space="preserve"> dan Rahayu (2022) </w:t>
      </w:r>
      <w:proofErr w:type="spellStart"/>
      <w:r w:rsidR="00E157C0" w:rsidRPr="00E157C0">
        <w:rPr>
          <w:rFonts w:ascii="Times New Roman" w:hAnsi="Times New Roman" w:cs="Times New Roman" w:hint="cs"/>
          <w:sz w:val="24"/>
          <w:szCs w:val="24"/>
        </w:rPr>
        <w:t>telah</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membahas</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hambatan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komunikasi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dalam</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lingkungan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kerja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multikultural</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penelitian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tersebut</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memiliki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fokus</w:t>
      </w:r>
      <w:proofErr w:type="spellEnd"/>
      <w:r w:rsidR="00E157C0" w:rsidRPr="00E157C0">
        <w:rPr>
          <w:rFonts w:ascii="Times New Roman" w:hAnsi="Times New Roman" w:cs="Times New Roman" w:hint="cs"/>
          <w:sz w:val="24"/>
          <w:szCs w:val="24"/>
        </w:rPr>
        <w:t xml:space="preserve"> yang </w:t>
      </w:r>
      <w:proofErr w:type="spellStart"/>
      <w:r w:rsidR="00E157C0" w:rsidRPr="00E157C0">
        <w:rPr>
          <w:rFonts w:ascii="Times New Roman" w:hAnsi="Times New Roman" w:cs="Times New Roman" w:hint="cs"/>
          <w:sz w:val="24"/>
          <w:szCs w:val="24"/>
        </w:rPr>
        <w:t>lebih</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umum</w:t>
      </w:r>
      <w:proofErr w:type="spellEnd"/>
      <w:r w:rsidR="00E157C0" w:rsidRPr="00E157C0">
        <w:rPr>
          <w:rFonts w:ascii="Times New Roman" w:hAnsi="Times New Roman" w:cs="Times New Roman" w:hint="cs"/>
          <w:sz w:val="24"/>
          <w:szCs w:val="24"/>
        </w:rPr>
        <w:t xml:space="preserve"> pada </w:t>
      </w:r>
      <w:proofErr w:type="spellStart"/>
      <w:r w:rsidR="00E157C0" w:rsidRPr="00E157C0">
        <w:rPr>
          <w:rFonts w:ascii="Times New Roman" w:hAnsi="Times New Roman" w:cs="Times New Roman" w:hint="cs"/>
          <w:sz w:val="24"/>
          <w:szCs w:val="24"/>
        </w:rPr>
        <w:t>interaksi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multikultural</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dalam</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korporasi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internasional</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Penelitian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ini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memiliki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fokus</w:t>
      </w:r>
      <w:proofErr w:type="spellEnd"/>
      <w:r w:rsidR="00E157C0" w:rsidRPr="00E157C0">
        <w:rPr>
          <w:rFonts w:ascii="Times New Roman" w:hAnsi="Times New Roman" w:cs="Times New Roman" w:hint="cs"/>
          <w:sz w:val="24"/>
          <w:szCs w:val="24"/>
        </w:rPr>
        <w:t xml:space="preserve"> yang </w:t>
      </w:r>
      <w:proofErr w:type="spellStart"/>
      <w:r w:rsidR="00E157C0" w:rsidRPr="00E157C0">
        <w:rPr>
          <w:rFonts w:ascii="Times New Roman" w:hAnsi="Times New Roman" w:cs="Times New Roman" w:hint="cs"/>
          <w:sz w:val="24"/>
          <w:szCs w:val="24"/>
        </w:rPr>
        <w:t>lebih</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spesifik</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yaitu</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mengkaji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hambatan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komunikasi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antarbudaya</w:t>
      </w:r>
      <w:proofErr w:type="spellEnd"/>
      <w:r w:rsidR="00E157C0" w:rsidRPr="00E157C0">
        <w:rPr>
          <w:rFonts w:ascii="Times New Roman" w:hAnsi="Times New Roman" w:cs="Times New Roman" w:hint="cs"/>
          <w:sz w:val="24"/>
          <w:szCs w:val="24"/>
        </w:rPr>
        <w:t xml:space="preserve"> yang </w:t>
      </w:r>
      <w:proofErr w:type="spellStart"/>
      <w:r w:rsidR="00E157C0" w:rsidRPr="00E157C0">
        <w:rPr>
          <w:rFonts w:ascii="Times New Roman" w:hAnsi="Times New Roman" w:cs="Times New Roman" w:hint="cs"/>
          <w:sz w:val="24"/>
          <w:szCs w:val="24"/>
        </w:rPr>
        <w:t>dihadapi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tenaga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kerja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asing</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dalam</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lingkungan</w:t>
      </w:r>
      <w:proofErr w:type="spellEnd"/>
      <w:r w:rsidR="00E157C0" w:rsidRPr="00E157C0">
        <w:rPr>
          <w:rFonts w:ascii="Times New Roman" w:hAnsi="Times New Roman" w:cs="Times New Roman" w:hint="cs"/>
          <w:sz w:val="24"/>
          <w:szCs w:val="24"/>
        </w:rPr>
        <w:t xml:space="preserve"> hospitality di </w:t>
      </w:r>
      <w:proofErr w:type="spellStart"/>
      <w:r w:rsidR="00E157C0" w:rsidRPr="00E157C0">
        <w:rPr>
          <w:rFonts w:ascii="Times New Roman" w:hAnsi="Times New Roman" w:cs="Times New Roman" w:hint="cs"/>
          <w:sz w:val="24"/>
          <w:szCs w:val="24"/>
        </w:rPr>
        <w:t>Jepang</w:t>
      </w:r>
      <w:proofErr w:type="spellEnd"/>
      <w:r w:rsidR="00E157C0" w:rsidRPr="00E157C0">
        <w:rPr>
          <w:rFonts w:ascii="Times New Roman" w:hAnsi="Times New Roman" w:cs="Times New Roman" w:hint="cs"/>
          <w:sz w:val="24"/>
          <w:szCs w:val="24"/>
        </w:rPr>
        <w:t xml:space="preserve">. Selain </w:t>
      </w:r>
      <w:proofErr w:type="spellStart"/>
      <w:r w:rsidR="00E157C0" w:rsidRPr="00E157C0">
        <w:rPr>
          <w:rFonts w:ascii="Times New Roman" w:hAnsi="Times New Roman" w:cs="Times New Roman" w:hint="cs"/>
          <w:sz w:val="24"/>
          <w:szCs w:val="24"/>
        </w:rPr>
        <w:t>aspek</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bahasa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penelitian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ini</w:t>
      </w:r>
      <w:proofErr w:type="spellEnd"/>
      <w:r w:rsidR="00E157C0" w:rsidRPr="00E157C0">
        <w:rPr>
          <w:rFonts w:ascii="Times New Roman" w:hAnsi="Times New Roman" w:cs="Times New Roman" w:hint="cs"/>
          <w:sz w:val="24"/>
          <w:szCs w:val="24"/>
        </w:rPr>
        <w:t xml:space="preserve"> juga </w:t>
      </w:r>
      <w:proofErr w:type="spellStart"/>
      <w:r w:rsidR="00E157C0" w:rsidRPr="00E157C0">
        <w:rPr>
          <w:rFonts w:ascii="Times New Roman" w:hAnsi="Times New Roman" w:cs="Times New Roman" w:hint="cs"/>
          <w:sz w:val="24"/>
          <w:szCs w:val="24"/>
        </w:rPr>
        <w:t>mengkaji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etika</w:t>
      </w:r>
      <w:proofErr w:type="spellEnd"/>
      <w:r w:rsidR="00E157C0" w:rsidRPr="00E157C0">
        <w:rPr>
          <w:rFonts w:ascii="Times New Roman" w:hAnsi="Times New Roman" w:cs="Times New Roman" w:hint="cs"/>
          <w:sz w:val="24"/>
          <w:szCs w:val="24"/>
        </w:rPr>
        <w:t xml:space="preserve"> dan </w:t>
      </w:r>
      <w:proofErr w:type="spellStart"/>
      <w:r w:rsidR="00E157C0" w:rsidRPr="00E157C0">
        <w:rPr>
          <w:rFonts w:ascii="Times New Roman" w:hAnsi="Times New Roman" w:cs="Times New Roman" w:hint="cs"/>
          <w:sz w:val="24"/>
          <w:szCs w:val="24"/>
        </w:rPr>
        <w:t>budaya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kerja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Jepang</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serta</w:t>
      </w:r>
      <w:proofErr w:type="spellEnd"/>
      <w:r w:rsidR="00E157C0" w:rsidRPr="00E157C0">
        <w:rPr>
          <w:rFonts w:ascii="Times New Roman" w:hAnsi="Times New Roman" w:cs="Times New Roman" w:hint="cs"/>
          <w:sz w:val="24"/>
          <w:szCs w:val="24"/>
        </w:rPr>
        <w:t xml:space="preserve"> strategi </w:t>
      </w:r>
      <w:proofErr w:type="spellStart"/>
      <w:r w:rsidR="00E157C0" w:rsidRPr="00E157C0">
        <w:rPr>
          <w:rFonts w:ascii="Times New Roman" w:hAnsi="Times New Roman" w:cs="Times New Roman" w:hint="cs"/>
          <w:sz w:val="24"/>
          <w:szCs w:val="24"/>
        </w:rPr>
        <w:t>adaptasi</w:t>
      </w:r>
      <w:proofErr w:type="spellEnd"/>
      <w:r w:rsidR="00E157C0" w:rsidRPr="00E157C0">
        <w:rPr>
          <w:rFonts w:ascii="Times New Roman" w:hAnsi="Times New Roman" w:cs="Times New Roman" w:hint="cs"/>
          <w:sz w:val="24"/>
          <w:szCs w:val="24"/>
        </w:rPr>
        <w:t xml:space="preserve"> yang </w:t>
      </w:r>
      <w:proofErr w:type="spellStart"/>
      <w:r w:rsidR="00E157C0" w:rsidRPr="00E157C0">
        <w:rPr>
          <w:rFonts w:ascii="Times New Roman" w:hAnsi="Times New Roman" w:cs="Times New Roman" w:hint="cs"/>
          <w:sz w:val="24"/>
          <w:szCs w:val="24"/>
        </w:rPr>
        <w:t>dilakukan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tenaga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kerja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asing</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dalam</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menghadapi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perbedaan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budaya</w:t>
      </w:r>
      <w:proofErr w:type="spellEnd"/>
      <w:r w:rsidR="00E157C0" w:rsidRPr="00E157C0">
        <w:rPr>
          <w:rFonts w:ascii="Times New Roman" w:hAnsi="Times New Roman" w:cs="Times New Roman" w:hint="cs"/>
          <w:sz w:val="24"/>
          <w:szCs w:val="24"/>
        </w:rPr>
        <w:t xml:space="preserve"> di </w:t>
      </w:r>
      <w:proofErr w:type="spellStart"/>
      <w:r w:rsidR="00E157C0" w:rsidRPr="00E157C0">
        <w:rPr>
          <w:rFonts w:ascii="Times New Roman" w:hAnsi="Times New Roman" w:cs="Times New Roman" w:hint="cs"/>
          <w:sz w:val="24"/>
          <w:szCs w:val="24"/>
        </w:rPr>
        <w:t>lingkungan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kerja</w:t>
      </w:r>
      <w:proofErr w:type="spellEnd"/>
      <w:r w:rsidR="00E157C0" w:rsidRPr="00E157C0">
        <w:rPr>
          <w:rFonts w:ascii="Times New Roman" w:hAnsi="Times New Roman" w:cs="Times New Roman" w:hint="cs"/>
          <w:sz w:val="24"/>
          <w:szCs w:val="24"/>
        </w:rPr>
        <w:t>.</w:t>
      </w:r>
    </w:p>
    <w:p w14:paraId="0C8A184E" w14:textId="77777777" w:rsidR="003F6CE3" w:rsidRPr="00AE1560" w:rsidRDefault="00156FA5" w:rsidP="00AE1560">
      <w:pPr>
        <w:spacing w:after="0" w:line="360" w:lineRule="auto"/>
        <w:ind w:left="284" w:firstLine="720"/>
        <w:jc w:val="both"/>
        <w:rPr>
          <w:rFonts w:ascii="Times New Roman" w:hAnsi="Times New Roman" w:cs="Times New Roman"/>
          <w:sz w:val="24"/>
          <w:szCs w:val="24"/>
        </w:rPr>
      </w:pPr>
      <w:proofErr w:type="spellStart"/>
      <w:r w:rsidRPr="00AE1560">
        <w:rPr>
          <w:rFonts w:ascii="Times New Roman" w:hAnsi="Times New Roman" w:cs="Times New Roman"/>
          <w:sz w:val="24"/>
          <w:szCs w:val="24"/>
        </w:rPr>
        <w:t>Kedua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Ardani</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Basalamah</w:t>
      </w:r>
      <w:proofErr w:type="spellEnd"/>
      <w:r w:rsidR="000077A0">
        <w:rPr>
          <w:rFonts w:ascii="Times New Roman" w:hAnsi="Times New Roman" w:cs="Times New Roman"/>
          <w:sz w:val="24"/>
          <w:szCs w:val="24"/>
        </w:rPr>
        <w:t xml:space="preserve"> (2021)</w:t>
      </w:r>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melakukan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studi</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berfokus</w:t>
      </w:r>
      <w:proofErr w:type="spellEnd"/>
      <w:r w:rsidRPr="00AE1560">
        <w:rPr>
          <w:rFonts w:ascii="Times New Roman" w:hAnsi="Times New Roman" w:cs="Times New Roman"/>
          <w:sz w:val="24"/>
          <w:szCs w:val="24"/>
        </w:rPr>
        <w:t xml:space="preserve"> pada </w:t>
      </w:r>
      <w:proofErr w:type="spellStart"/>
      <w:r w:rsidRPr="00AE1560">
        <w:rPr>
          <w:rFonts w:ascii="Times New Roman" w:hAnsi="Times New Roman" w:cs="Times New Roman"/>
          <w:sz w:val="24"/>
          <w:szCs w:val="24"/>
        </w:rPr>
        <w:t>tantangan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bagi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tenaga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asing</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lingkungan</w:t>
      </w:r>
      <w:proofErr w:type="spellEnd"/>
      <w:r w:rsidRPr="00AE1560">
        <w:rPr>
          <w:rFonts w:ascii="Times New Roman" w:hAnsi="Times New Roman" w:cs="Times New Roman"/>
          <w:sz w:val="24"/>
          <w:szCs w:val="24"/>
        </w:rPr>
        <w:t xml:space="preserve"> </w:t>
      </w:r>
      <w:r w:rsidRPr="005D4FE5">
        <w:rPr>
          <w:rFonts w:ascii="Times New Roman" w:hAnsi="Times New Roman" w:cs="Times New Roman"/>
          <w:i/>
          <w:iCs/>
          <w:sz w:val="24"/>
          <w:szCs w:val="24"/>
        </w:rPr>
        <w:t xml:space="preserve">hospitality </w:t>
      </w:r>
      <w:r w:rsidRPr="00AE1560">
        <w:rPr>
          <w:rFonts w:ascii="Times New Roman" w:hAnsi="Times New Roman" w:cs="Times New Roman"/>
          <w:sz w:val="24"/>
          <w:szCs w:val="24"/>
        </w:rPr>
        <w:t xml:space="preserve">yang </w:t>
      </w:r>
      <w:proofErr w:type="spellStart"/>
      <w:r w:rsidRPr="00AE1560">
        <w:rPr>
          <w:rFonts w:ascii="Times New Roman" w:hAnsi="Times New Roman" w:cs="Times New Roman"/>
          <w:sz w:val="24"/>
          <w:szCs w:val="24"/>
        </w:rPr>
        <w:t>multikultural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dengan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mengambil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studi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kasus</w:t>
      </w:r>
      <w:proofErr w:type="spellEnd"/>
      <w:r w:rsidRPr="00AE1560">
        <w:rPr>
          <w:rFonts w:ascii="Times New Roman" w:hAnsi="Times New Roman" w:cs="Times New Roman"/>
          <w:sz w:val="24"/>
          <w:szCs w:val="24"/>
        </w:rPr>
        <w:t xml:space="preserve"> pada </w:t>
      </w:r>
      <w:proofErr w:type="spellStart"/>
      <w:r w:rsidRPr="00AE1560">
        <w:rPr>
          <w:rFonts w:ascii="Times New Roman" w:hAnsi="Times New Roman" w:cs="Times New Roman"/>
          <w:sz w:val="24"/>
          <w:szCs w:val="24"/>
        </w:rPr>
        <w:t>departemen</w:t>
      </w:r>
      <w:proofErr w:type="spellEnd"/>
      <w:r w:rsidRPr="00AE1560">
        <w:rPr>
          <w:rFonts w:ascii="Times New Roman" w:hAnsi="Times New Roman" w:cs="Times New Roman"/>
          <w:sz w:val="24"/>
          <w:szCs w:val="24"/>
        </w:rPr>
        <w:t xml:space="preserve"> </w:t>
      </w:r>
      <w:r w:rsidRPr="005D4FE5">
        <w:rPr>
          <w:rFonts w:ascii="Times New Roman" w:hAnsi="Times New Roman" w:cs="Times New Roman"/>
          <w:i/>
          <w:iCs/>
          <w:sz w:val="24"/>
          <w:szCs w:val="24"/>
        </w:rPr>
        <w:t>Front Office</w:t>
      </w:r>
      <w:r w:rsidRPr="00AE1560">
        <w:rPr>
          <w:rFonts w:ascii="Times New Roman" w:hAnsi="Times New Roman" w:cs="Times New Roman"/>
          <w:sz w:val="24"/>
          <w:szCs w:val="24"/>
        </w:rPr>
        <w:t xml:space="preserve"> di salah </w:t>
      </w:r>
      <w:proofErr w:type="spellStart"/>
      <w:r w:rsidRPr="00AE1560">
        <w:rPr>
          <w:rFonts w:ascii="Times New Roman" w:hAnsi="Times New Roman" w:cs="Times New Roman"/>
          <w:sz w:val="24"/>
          <w:szCs w:val="24"/>
        </w:rPr>
        <w:t>satu</w:t>
      </w:r>
      <w:proofErr w:type="spellEnd"/>
      <w:r w:rsidRPr="00AE1560">
        <w:rPr>
          <w:rFonts w:ascii="Times New Roman" w:hAnsi="Times New Roman" w:cs="Times New Roman"/>
          <w:sz w:val="24"/>
          <w:szCs w:val="24"/>
        </w:rPr>
        <w:t xml:space="preserve"> hotel di </w:t>
      </w:r>
      <w:proofErr w:type="spellStart"/>
      <w:r w:rsidRPr="00AE1560">
        <w:rPr>
          <w:rFonts w:ascii="Times New Roman" w:hAnsi="Times New Roman" w:cs="Times New Roman"/>
          <w:sz w:val="24"/>
          <w:szCs w:val="24"/>
        </w:rPr>
        <w:t>Jepang</w:t>
      </w:r>
      <w:proofErr w:type="spellEnd"/>
      <w:r w:rsidRPr="00AE1560">
        <w:rPr>
          <w:rFonts w:ascii="Times New Roman" w:hAnsi="Times New Roman" w:cs="Times New Roman"/>
          <w:sz w:val="24"/>
          <w:szCs w:val="24"/>
        </w:rPr>
        <w:t xml:space="preserve">. Hasil </w:t>
      </w:r>
      <w:proofErr w:type="spellStart"/>
      <w:r w:rsidRPr="00AE1560">
        <w:rPr>
          <w:rFonts w:ascii="Times New Roman" w:hAnsi="Times New Roman" w:cs="Times New Roman"/>
          <w:sz w:val="24"/>
          <w:szCs w:val="24"/>
        </w:rPr>
        <w:t>penelitian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mereka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menegaskan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bahwa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hambatan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bahasa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kurangnya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pemahaman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lokal</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pola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berbeda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merupakan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tantangan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utama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bagi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asing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operasional</w:t>
      </w:r>
      <w:proofErr w:type="spellEnd"/>
      <w:r w:rsidRPr="00AE1560">
        <w:rPr>
          <w:rFonts w:ascii="Times New Roman" w:hAnsi="Times New Roman" w:cs="Times New Roman"/>
          <w:sz w:val="24"/>
          <w:szCs w:val="24"/>
        </w:rPr>
        <w:t xml:space="preserve"> hotel.</w:t>
      </w:r>
      <w:r w:rsidR="00E157C0">
        <w:rPr>
          <w:rFonts w:ascii="Times New Roman" w:hAnsi="Times New Roman" w:cs="Times New Roman"/>
          <w:sz w:val="24"/>
          <w:szCs w:val="24"/>
        </w:rPr>
        <w:t xml:space="preserve"> </w:t>
      </w:r>
      <w:proofErr w:type="spellStart"/>
      <w:r w:rsidR="00E157C0" w:rsidRPr="00E157C0">
        <w:rPr>
          <w:rFonts w:ascii="Times New Roman" w:hAnsi="Times New Roman" w:cs="Times New Roman" w:hint="cs"/>
          <w:sz w:val="24"/>
          <w:szCs w:val="24"/>
        </w:rPr>
        <w:t>Penelitian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tersebut</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menunjukkan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bahwa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perbedaan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bahasa</w:t>
      </w:r>
      <w:proofErr w:type="spellEnd"/>
      <w:r w:rsidR="00E157C0" w:rsidRPr="00E157C0">
        <w:rPr>
          <w:rFonts w:ascii="Times New Roman" w:hAnsi="Times New Roman" w:cs="Times New Roman" w:hint="cs"/>
          <w:sz w:val="24"/>
          <w:szCs w:val="24"/>
        </w:rPr>
        <w:t xml:space="preserve"> dan </w:t>
      </w:r>
      <w:proofErr w:type="spellStart"/>
      <w:r w:rsidR="00E157C0" w:rsidRPr="00E157C0">
        <w:rPr>
          <w:rFonts w:ascii="Times New Roman" w:hAnsi="Times New Roman" w:cs="Times New Roman" w:hint="cs"/>
          <w:sz w:val="24"/>
          <w:szCs w:val="24"/>
        </w:rPr>
        <w:t>budaya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kerja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dapat</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memengaruhi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kelancaran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komunikasi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serta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pelaksanaan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operasional</w:t>
      </w:r>
      <w:proofErr w:type="spellEnd"/>
      <w:r w:rsidR="00E157C0" w:rsidRPr="00E157C0">
        <w:rPr>
          <w:rFonts w:ascii="Times New Roman" w:hAnsi="Times New Roman" w:cs="Times New Roman" w:hint="cs"/>
          <w:sz w:val="24"/>
          <w:szCs w:val="24"/>
        </w:rPr>
        <w:t xml:space="preserve"> di </w:t>
      </w:r>
      <w:proofErr w:type="spellStart"/>
      <w:r w:rsidR="00E157C0" w:rsidRPr="00E157C0">
        <w:rPr>
          <w:rFonts w:ascii="Times New Roman" w:hAnsi="Times New Roman" w:cs="Times New Roman" w:hint="cs"/>
          <w:sz w:val="24"/>
          <w:szCs w:val="24"/>
        </w:rPr>
        <w:t>lingkungan</w:t>
      </w:r>
      <w:proofErr w:type="spellEnd"/>
      <w:r w:rsidR="00E157C0" w:rsidRPr="00E157C0">
        <w:rPr>
          <w:rFonts w:ascii="Times New Roman" w:hAnsi="Times New Roman" w:cs="Times New Roman" w:hint="cs"/>
          <w:sz w:val="24"/>
          <w:szCs w:val="24"/>
        </w:rPr>
        <w:t xml:space="preserve"> hotel. </w:t>
      </w:r>
      <w:proofErr w:type="spellStart"/>
      <w:r w:rsidR="00E157C0" w:rsidRPr="00E157C0">
        <w:rPr>
          <w:rFonts w:ascii="Times New Roman" w:hAnsi="Times New Roman" w:cs="Times New Roman" w:hint="cs"/>
          <w:sz w:val="24"/>
          <w:szCs w:val="24"/>
        </w:rPr>
        <w:t>Namun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penelitian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tersebut</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lebih</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berfokus</w:t>
      </w:r>
      <w:proofErr w:type="spellEnd"/>
      <w:r w:rsidR="00E157C0" w:rsidRPr="00E157C0">
        <w:rPr>
          <w:rFonts w:ascii="Times New Roman" w:hAnsi="Times New Roman" w:cs="Times New Roman" w:hint="cs"/>
          <w:sz w:val="24"/>
          <w:szCs w:val="24"/>
        </w:rPr>
        <w:t xml:space="preserve"> pada </w:t>
      </w:r>
      <w:proofErr w:type="spellStart"/>
      <w:r w:rsidR="00E157C0" w:rsidRPr="00E157C0">
        <w:rPr>
          <w:rFonts w:ascii="Times New Roman" w:hAnsi="Times New Roman" w:cs="Times New Roman" w:hint="cs"/>
          <w:sz w:val="24"/>
          <w:szCs w:val="24"/>
        </w:rPr>
        <w:t>identifikasi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tantangan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komunikasi</w:t>
      </w:r>
      <w:proofErr w:type="spellEnd"/>
      <w:r w:rsidR="00E157C0" w:rsidRPr="00E157C0">
        <w:rPr>
          <w:rFonts w:ascii="Times New Roman" w:hAnsi="Times New Roman" w:cs="Times New Roman" w:hint="cs"/>
          <w:sz w:val="24"/>
          <w:szCs w:val="24"/>
        </w:rPr>
        <w:t xml:space="preserve"> yang </w:t>
      </w:r>
      <w:proofErr w:type="spellStart"/>
      <w:r w:rsidR="00E157C0" w:rsidRPr="00E157C0">
        <w:rPr>
          <w:rFonts w:ascii="Times New Roman" w:hAnsi="Times New Roman" w:cs="Times New Roman" w:hint="cs"/>
          <w:sz w:val="24"/>
          <w:szCs w:val="24"/>
        </w:rPr>
        <w:t>dihadapi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pekerja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asing</w:t>
      </w:r>
      <w:proofErr w:type="spellEnd"/>
      <w:r w:rsidR="00E157C0" w:rsidRPr="00E157C0">
        <w:rPr>
          <w:rFonts w:ascii="Times New Roman" w:hAnsi="Times New Roman" w:cs="Times New Roman" w:hint="cs"/>
          <w:sz w:val="24"/>
          <w:szCs w:val="24"/>
        </w:rPr>
        <w:t xml:space="preserve"> dan </w:t>
      </w:r>
      <w:proofErr w:type="spellStart"/>
      <w:r w:rsidR="00E157C0" w:rsidRPr="00E157C0">
        <w:rPr>
          <w:rFonts w:ascii="Times New Roman" w:hAnsi="Times New Roman" w:cs="Times New Roman" w:hint="cs"/>
          <w:sz w:val="24"/>
          <w:szCs w:val="24"/>
        </w:rPr>
        <w:t>belum</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secara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khusus</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mengkaji</w:t>
      </w:r>
      <w:proofErr w:type="spellEnd"/>
      <w:r w:rsidR="00E157C0" w:rsidRPr="00E157C0">
        <w:rPr>
          <w:rFonts w:ascii="Times New Roman" w:hAnsi="Times New Roman" w:cs="Times New Roman" w:hint="cs"/>
          <w:sz w:val="24"/>
          <w:szCs w:val="24"/>
        </w:rPr>
        <w:t xml:space="preserve"> strategi </w:t>
      </w:r>
      <w:proofErr w:type="spellStart"/>
      <w:r w:rsidR="00E157C0" w:rsidRPr="00E157C0">
        <w:rPr>
          <w:rFonts w:ascii="Times New Roman" w:hAnsi="Times New Roman" w:cs="Times New Roman" w:hint="cs"/>
          <w:sz w:val="24"/>
          <w:szCs w:val="24"/>
        </w:rPr>
        <w:t>adaptasi</w:t>
      </w:r>
      <w:proofErr w:type="spellEnd"/>
      <w:r w:rsidR="00E157C0" w:rsidRPr="00E157C0">
        <w:rPr>
          <w:rFonts w:ascii="Times New Roman" w:hAnsi="Times New Roman" w:cs="Times New Roman" w:hint="cs"/>
          <w:sz w:val="24"/>
          <w:szCs w:val="24"/>
        </w:rPr>
        <w:t xml:space="preserve"> yang </w:t>
      </w:r>
      <w:proofErr w:type="spellStart"/>
      <w:r w:rsidR="00E157C0" w:rsidRPr="00E157C0">
        <w:rPr>
          <w:rFonts w:ascii="Times New Roman" w:hAnsi="Times New Roman" w:cs="Times New Roman" w:hint="cs"/>
          <w:sz w:val="24"/>
          <w:szCs w:val="24"/>
        </w:rPr>
        <w:t>dilakukan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tenaga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kerja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dalam</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menghadapi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perbedaan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etika</w:t>
      </w:r>
      <w:proofErr w:type="spellEnd"/>
      <w:r w:rsidR="00E157C0" w:rsidRPr="00E157C0">
        <w:rPr>
          <w:rFonts w:ascii="Times New Roman" w:hAnsi="Times New Roman" w:cs="Times New Roman" w:hint="cs"/>
          <w:sz w:val="24"/>
          <w:szCs w:val="24"/>
        </w:rPr>
        <w:t xml:space="preserve"> dan </w:t>
      </w:r>
      <w:proofErr w:type="spellStart"/>
      <w:r w:rsidR="00E157C0" w:rsidRPr="00E157C0">
        <w:rPr>
          <w:rFonts w:ascii="Times New Roman" w:hAnsi="Times New Roman" w:cs="Times New Roman" w:hint="cs"/>
          <w:sz w:val="24"/>
          <w:szCs w:val="24"/>
        </w:rPr>
        <w:t>budaya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kerja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Jepang</w:t>
      </w:r>
      <w:proofErr w:type="spellEnd"/>
      <w:r w:rsidR="00E157C0" w:rsidRPr="00E157C0">
        <w:rPr>
          <w:rFonts w:ascii="Times New Roman" w:hAnsi="Times New Roman" w:cs="Times New Roman" w:hint="cs"/>
          <w:sz w:val="24"/>
          <w:szCs w:val="24"/>
        </w:rPr>
        <w:t xml:space="preserve">. Hal </w:t>
      </w:r>
      <w:proofErr w:type="spellStart"/>
      <w:r w:rsidR="00E157C0" w:rsidRPr="00E157C0">
        <w:rPr>
          <w:rFonts w:ascii="Times New Roman" w:hAnsi="Times New Roman" w:cs="Times New Roman" w:hint="cs"/>
          <w:sz w:val="24"/>
          <w:szCs w:val="24"/>
        </w:rPr>
        <w:t>ini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menjadi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celah</w:t>
      </w:r>
      <w:proofErr w:type="spellEnd"/>
      <w:r w:rsidR="00E157C0" w:rsidRPr="00E157C0">
        <w:rPr>
          <w:rFonts w:ascii="Times New Roman" w:hAnsi="Times New Roman" w:cs="Times New Roman" w:hint="cs"/>
          <w:sz w:val="24"/>
          <w:szCs w:val="24"/>
        </w:rPr>
        <w:t xml:space="preserve"> yang </w:t>
      </w:r>
      <w:proofErr w:type="spellStart"/>
      <w:r w:rsidR="00E157C0" w:rsidRPr="00E157C0">
        <w:rPr>
          <w:rFonts w:ascii="Times New Roman" w:hAnsi="Times New Roman" w:cs="Times New Roman" w:hint="cs"/>
          <w:sz w:val="24"/>
          <w:szCs w:val="24"/>
        </w:rPr>
        <w:t>kemudian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dikaji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dalam</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penelitian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ini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dengan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memfokuskan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pembahasan</w:t>
      </w:r>
      <w:proofErr w:type="spellEnd"/>
      <w:r w:rsidR="00E157C0" w:rsidRPr="00E157C0">
        <w:rPr>
          <w:rFonts w:ascii="Times New Roman" w:hAnsi="Times New Roman" w:cs="Times New Roman" w:hint="cs"/>
          <w:sz w:val="24"/>
          <w:szCs w:val="24"/>
        </w:rPr>
        <w:t xml:space="preserve"> pada </w:t>
      </w:r>
      <w:proofErr w:type="spellStart"/>
      <w:r w:rsidR="00E157C0" w:rsidRPr="00E157C0">
        <w:rPr>
          <w:rFonts w:ascii="Times New Roman" w:hAnsi="Times New Roman" w:cs="Times New Roman" w:hint="cs"/>
          <w:sz w:val="24"/>
          <w:szCs w:val="24"/>
        </w:rPr>
        <w:t>tantangan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bahasa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pemahaman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etika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kerja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Jepang</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serta</w:t>
      </w:r>
      <w:proofErr w:type="spellEnd"/>
      <w:r w:rsidR="00E157C0" w:rsidRPr="00E157C0">
        <w:rPr>
          <w:rFonts w:ascii="Times New Roman" w:hAnsi="Times New Roman" w:cs="Times New Roman" w:hint="cs"/>
          <w:sz w:val="24"/>
          <w:szCs w:val="24"/>
        </w:rPr>
        <w:t xml:space="preserve"> strategi </w:t>
      </w:r>
      <w:proofErr w:type="spellStart"/>
      <w:r w:rsidR="00E157C0" w:rsidRPr="00E157C0">
        <w:rPr>
          <w:rFonts w:ascii="Times New Roman" w:hAnsi="Times New Roman" w:cs="Times New Roman" w:hint="cs"/>
          <w:sz w:val="24"/>
          <w:szCs w:val="24"/>
        </w:rPr>
        <w:t>adaptasi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tenaga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kerja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asing</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dalam</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lingkungan</w:t>
      </w:r>
      <w:proofErr w:type="spellEnd"/>
      <w:r w:rsidR="00E157C0" w:rsidRPr="00E157C0">
        <w:rPr>
          <w:rFonts w:ascii="Times New Roman" w:hAnsi="Times New Roman" w:cs="Times New Roman" w:hint="cs"/>
          <w:sz w:val="24"/>
          <w:szCs w:val="24"/>
        </w:rPr>
        <w:t xml:space="preserve"> </w:t>
      </w:r>
      <w:r w:rsidR="00E157C0" w:rsidRPr="00E157C0">
        <w:rPr>
          <w:rFonts w:ascii="Times New Roman" w:hAnsi="Times New Roman" w:cs="Times New Roman" w:hint="cs"/>
          <w:i/>
          <w:iCs/>
          <w:sz w:val="24"/>
          <w:szCs w:val="24"/>
        </w:rPr>
        <w:t>hospitality</w:t>
      </w:r>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internasional</w:t>
      </w:r>
      <w:proofErr w:type="spellEnd"/>
      <w:r w:rsidR="00E157C0" w:rsidRPr="00E157C0">
        <w:rPr>
          <w:rFonts w:ascii="Times New Roman" w:hAnsi="Times New Roman" w:cs="Times New Roman" w:hint="cs"/>
          <w:sz w:val="24"/>
          <w:szCs w:val="24"/>
        </w:rPr>
        <w:t xml:space="preserve"> di </w:t>
      </w:r>
      <w:proofErr w:type="spellStart"/>
      <w:r w:rsidR="00E157C0" w:rsidRPr="00E157C0">
        <w:rPr>
          <w:rFonts w:ascii="Times New Roman" w:hAnsi="Times New Roman" w:cs="Times New Roman" w:hint="cs"/>
          <w:sz w:val="24"/>
          <w:szCs w:val="24"/>
        </w:rPr>
        <w:t>Jepang</w:t>
      </w:r>
      <w:proofErr w:type="spellEnd"/>
      <w:r w:rsidR="00E157C0" w:rsidRPr="00E157C0">
        <w:rPr>
          <w:rFonts w:ascii="Times New Roman" w:hAnsi="Times New Roman" w:cs="Times New Roman" w:hint="cs"/>
          <w:sz w:val="24"/>
          <w:szCs w:val="24"/>
        </w:rPr>
        <w:t>.</w:t>
      </w:r>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Tantangan-tantangan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inilah</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harus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dihadapi</w:t>
      </w:r>
      <w:proofErr w:type="spellEnd"/>
      <w:r w:rsidRPr="00AE1560">
        <w:rPr>
          <w:rFonts w:ascii="Times New Roman" w:hAnsi="Times New Roman" w:cs="Times New Roman"/>
          <w:sz w:val="24"/>
          <w:szCs w:val="24"/>
        </w:rPr>
        <w:t xml:space="preserve"> oleh para </w:t>
      </w:r>
      <w:proofErr w:type="spellStart"/>
      <w:r w:rsidRPr="00AE1560">
        <w:rPr>
          <w:rFonts w:ascii="Times New Roman" w:hAnsi="Times New Roman" w:cs="Times New Roman"/>
          <w:sz w:val="24"/>
          <w:szCs w:val="24"/>
        </w:rPr>
        <w:t>pekerja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asing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menjalankan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operasional</w:t>
      </w:r>
      <w:proofErr w:type="spellEnd"/>
      <w:r w:rsidRPr="00AE1560">
        <w:rPr>
          <w:rFonts w:ascii="Times New Roman" w:hAnsi="Times New Roman" w:cs="Times New Roman"/>
          <w:sz w:val="24"/>
          <w:szCs w:val="24"/>
        </w:rPr>
        <w:t xml:space="preserve"> hotel </w:t>
      </w:r>
      <w:proofErr w:type="spellStart"/>
      <w:r w:rsidRPr="00AE1560">
        <w:rPr>
          <w:rFonts w:ascii="Times New Roman" w:hAnsi="Times New Roman" w:cs="Times New Roman"/>
          <w:sz w:val="24"/>
          <w:szCs w:val="24"/>
        </w:rPr>
        <w:t>internasional</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Jepang</w:t>
      </w:r>
      <w:proofErr w:type="spellEnd"/>
      <w:r w:rsidRPr="00AE1560">
        <w:rPr>
          <w:rFonts w:ascii="Times New Roman" w:hAnsi="Times New Roman" w:cs="Times New Roman"/>
          <w:sz w:val="24"/>
          <w:szCs w:val="24"/>
        </w:rPr>
        <w:t>.</w:t>
      </w:r>
    </w:p>
    <w:p w14:paraId="28D3275A" w14:textId="77777777" w:rsidR="003F6CE3" w:rsidRPr="00E157C0" w:rsidRDefault="00156FA5" w:rsidP="00AE1560">
      <w:pPr>
        <w:spacing w:after="0" w:line="360" w:lineRule="auto"/>
        <w:ind w:left="284" w:firstLine="720"/>
        <w:jc w:val="both"/>
        <w:rPr>
          <w:rFonts w:ascii="Times New Roman" w:hAnsi="Times New Roman" w:cs="Times New Roman"/>
          <w:sz w:val="24"/>
          <w:szCs w:val="24"/>
        </w:rPr>
      </w:pPr>
      <w:proofErr w:type="spellStart"/>
      <w:r w:rsidRPr="00AE1560">
        <w:rPr>
          <w:rFonts w:ascii="Times New Roman" w:hAnsi="Times New Roman" w:cs="Times New Roman"/>
          <w:sz w:val="24"/>
          <w:szCs w:val="24"/>
        </w:rPr>
        <w:t>Ketiga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penelitian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dari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Kaonjan</w:t>
      </w:r>
      <w:proofErr w:type="spellEnd"/>
      <w:r w:rsidR="000077A0">
        <w:rPr>
          <w:rFonts w:ascii="Times New Roman" w:hAnsi="Times New Roman" w:cs="Times New Roman"/>
          <w:sz w:val="24"/>
          <w:szCs w:val="24"/>
        </w:rPr>
        <w:t xml:space="preserve"> (2023)</w:t>
      </w:r>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tentang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kompetensi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lintas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dimiliki</w:t>
      </w:r>
      <w:proofErr w:type="spellEnd"/>
      <w:r w:rsidRPr="00AE1560">
        <w:rPr>
          <w:rFonts w:ascii="Times New Roman" w:hAnsi="Times New Roman" w:cs="Times New Roman"/>
          <w:sz w:val="24"/>
          <w:szCs w:val="24"/>
        </w:rPr>
        <w:t xml:space="preserve"> oleh </w:t>
      </w:r>
      <w:proofErr w:type="spellStart"/>
      <w:r w:rsidRPr="00AE1560">
        <w:rPr>
          <w:rFonts w:ascii="Times New Roman" w:hAnsi="Times New Roman" w:cs="Times New Roman"/>
          <w:sz w:val="24"/>
          <w:szCs w:val="24"/>
        </w:rPr>
        <w:t>pekerja</w:t>
      </w:r>
      <w:proofErr w:type="spellEnd"/>
      <w:r w:rsidRPr="00AE1560">
        <w:rPr>
          <w:rFonts w:ascii="Times New Roman" w:hAnsi="Times New Roman" w:cs="Times New Roman"/>
          <w:sz w:val="24"/>
          <w:szCs w:val="24"/>
        </w:rPr>
        <w:t xml:space="preserve"> Indonesia di </w:t>
      </w:r>
      <w:proofErr w:type="spellStart"/>
      <w:r w:rsidRPr="00AE1560">
        <w:rPr>
          <w:rFonts w:ascii="Times New Roman" w:hAnsi="Times New Roman" w:cs="Times New Roman"/>
          <w:sz w:val="24"/>
          <w:szCs w:val="24"/>
        </w:rPr>
        <w:t>Jepang</w:t>
      </w:r>
      <w:proofErr w:type="spellEnd"/>
      <w:r w:rsidRPr="00AE1560">
        <w:rPr>
          <w:rFonts w:ascii="Times New Roman" w:hAnsi="Times New Roman" w:cs="Times New Roman"/>
          <w:sz w:val="24"/>
          <w:szCs w:val="24"/>
        </w:rPr>
        <w:t xml:space="preserve">. Studi </w:t>
      </w:r>
      <w:proofErr w:type="spellStart"/>
      <w:r w:rsidRPr="00AE1560">
        <w:rPr>
          <w:rFonts w:ascii="Times New Roman" w:hAnsi="Times New Roman" w:cs="Times New Roman"/>
          <w:sz w:val="24"/>
          <w:szCs w:val="24"/>
        </w:rPr>
        <w:t>tersebut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menunjukkan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hasil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bahwa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kemampuan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bahasa</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adaptasi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cepat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merupakan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faktor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penentu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penting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bagi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keberhasilan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tempat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Keberhasilan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tersebut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memiliki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pengaruh</w:t>
      </w:r>
      <w:proofErr w:type="spellEnd"/>
      <w:r w:rsidRPr="00AE1560">
        <w:rPr>
          <w:rFonts w:ascii="Times New Roman" w:hAnsi="Times New Roman" w:cs="Times New Roman"/>
          <w:sz w:val="24"/>
          <w:szCs w:val="24"/>
        </w:rPr>
        <w:t xml:space="preserve"> yang sangat </w:t>
      </w:r>
      <w:proofErr w:type="spellStart"/>
      <w:r w:rsidRPr="00AE1560">
        <w:rPr>
          <w:rFonts w:ascii="Times New Roman" w:hAnsi="Times New Roman" w:cs="Times New Roman"/>
          <w:sz w:val="24"/>
          <w:szCs w:val="24"/>
        </w:rPr>
        <w:t>signifikan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menentukan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kelancaran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dan proses </w:t>
      </w:r>
      <w:proofErr w:type="spellStart"/>
      <w:r w:rsidRPr="00AE1560">
        <w:rPr>
          <w:rFonts w:ascii="Times New Roman" w:hAnsi="Times New Roman" w:cs="Times New Roman"/>
          <w:sz w:val="24"/>
          <w:szCs w:val="24"/>
        </w:rPr>
        <w:t>penyesuaian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diri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karyawan</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lingkungan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Jepang</w:t>
      </w:r>
      <w:proofErr w:type="spellEnd"/>
      <w:r w:rsidRPr="00AE1560">
        <w:rPr>
          <w:rFonts w:ascii="Times New Roman" w:hAnsi="Times New Roman" w:cs="Times New Roman"/>
          <w:sz w:val="24"/>
          <w:szCs w:val="24"/>
        </w:rPr>
        <w:t>.</w:t>
      </w:r>
      <w:r w:rsidR="00E157C0">
        <w:rPr>
          <w:rFonts w:ascii="Times New Roman" w:hAnsi="Times New Roman" w:cs="Times New Roman"/>
          <w:sz w:val="24"/>
          <w:szCs w:val="24"/>
        </w:rPr>
        <w:t xml:space="preserve"> </w:t>
      </w:r>
      <w:r w:rsidR="00E157C0" w:rsidRPr="00E157C0">
        <w:rPr>
          <w:rFonts w:ascii="Times New Roman" w:hAnsi="Times New Roman" w:cs="Times New Roman" w:hint="cs"/>
          <w:sz w:val="24"/>
          <w:szCs w:val="24"/>
        </w:rPr>
        <w:t xml:space="preserve">Hal </w:t>
      </w:r>
      <w:proofErr w:type="spellStart"/>
      <w:r w:rsidR="00E157C0" w:rsidRPr="00E157C0">
        <w:rPr>
          <w:rFonts w:ascii="Times New Roman" w:hAnsi="Times New Roman" w:cs="Times New Roman" w:hint="cs"/>
          <w:sz w:val="24"/>
          <w:szCs w:val="24"/>
        </w:rPr>
        <w:t>tersebut</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menunjukkan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bahwa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kemampuan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berbahasa</w:t>
      </w:r>
      <w:proofErr w:type="spellEnd"/>
      <w:r w:rsidR="00E157C0" w:rsidRPr="00E157C0">
        <w:rPr>
          <w:rFonts w:ascii="Times New Roman" w:hAnsi="Times New Roman" w:cs="Times New Roman" w:hint="cs"/>
          <w:sz w:val="24"/>
          <w:szCs w:val="24"/>
        </w:rPr>
        <w:t xml:space="preserve"> dan </w:t>
      </w:r>
      <w:proofErr w:type="spellStart"/>
      <w:r w:rsidR="00E157C0" w:rsidRPr="00E157C0">
        <w:rPr>
          <w:rFonts w:ascii="Times New Roman" w:hAnsi="Times New Roman" w:cs="Times New Roman" w:hint="cs"/>
          <w:sz w:val="24"/>
          <w:szCs w:val="24"/>
        </w:rPr>
        <w:t>kemampuan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menyesuaikan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diri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dengan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budaya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setempat</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memiliki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peran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penting</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dalam</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mendukung</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kelancaran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komunikasi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serta</w:t>
      </w:r>
      <w:proofErr w:type="spellEnd"/>
      <w:r w:rsidR="00E157C0" w:rsidRPr="00E157C0">
        <w:rPr>
          <w:rFonts w:ascii="Times New Roman" w:hAnsi="Times New Roman" w:cs="Times New Roman" w:hint="cs"/>
          <w:sz w:val="24"/>
          <w:szCs w:val="24"/>
        </w:rPr>
        <w:t xml:space="preserve"> proses </w:t>
      </w:r>
      <w:proofErr w:type="spellStart"/>
      <w:r w:rsidR="00E157C0" w:rsidRPr="00E157C0">
        <w:rPr>
          <w:rFonts w:ascii="Times New Roman" w:hAnsi="Times New Roman" w:cs="Times New Roman" w:hint="cs"/>
          <w:sz w:val="24"/>
          <w:szCs w:val="24"/>
        </w:rPr>
        <w:t>penyesuaian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tenaga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kerja</w:t>
      </w:r>
      <w:proofErr w:type="spellEnd"/>
      <w:r w:rsidR="00E157C0" w:rsidRPr="00E157C0">
        <w:rPr>
          <w:rFonts w:ascii="Times New Roman" w:hAnsi="Times New Roman" w:cs="Times New Roman" w:hint="cs"/>
          <w:sz w:val="24"/>
          <w:szCs w:val="24"/>
        </w:rPr>
        <w:t xml:space="preserve"> Indonesia di </w:t>
      </w:r>
      <w:proofErr w:type="spellStart"/>
      <w:r w:rsidR="00E157C0" w:rsidRPr="00E157C0">
        <w:rPr>
          <w:rFonts w:ascii="Times New Roman" w:hAnsi="Times New Roman" w:cs="Times New Roman" w:hint="cs"/>
          <w:sz w:val="24"/>
          <w:szCs w:val="24"/>
        </w:rPr>
        <w:t>lingkungan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kerja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Jepang</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Namun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penelitian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tersebut</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lebih</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menekankan</w:t>
      </w:r>
      <w:proofErr w:type="spellEnd"/>
      <w:r w:rsidR="00E157C0" w:rsidRPr="00E157C0">
        <w:rPr>
          <w:rFonts w:ascii="Times New Roman" w:hAnsi="Times New Roman" w:cs="Times New Roman" w:hint="cs"/>
          <w:sz w:val="24"/>
          <w:szCs w:val="24"/>
        </w:rPr>
        <w:t xml:space="preserve"> pada </w:t>
      </w:r>
      <w:proofErr w:type="spellStart"/>
      <w:r w:rsidR="00E157C0" w:rsidRPr="00E157C0">
        <w:rPr>
          <w:rFonts w:ascii="Times New Roman" w:hAnsi="Times New Roman" w:cs="Times New Roman" w:hint="cs"/>
          <w:sz w:val="24"/>
          <w:szCs w:val="24"/>
        </w:rPr>
        <w:t>kompetensi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komunikasi</w:t>
      </w:r>
      <w:proofErr w:type="spellEnd"/>
      <w:r w:rsidR="00E157C0" w:rsidRPr="00E157C0">
        <w:rPr>
          <w:rFonts w:ascii="Times New Roman" w:hAnsi="Times New Roman" w:cs="Times New Roman" w:hint="cs"/>
          <w:sz w:val="24"/>
          <w:szCs w:val="24"/>
        </w:rPr>
        <w:t xml:space="preserve"> dan </w:t>
      </w:r>
      <w:proofErr w:type="spellStart"/>
      <w:r w:rsidR="00E157C0" w:rsidRPr="00E157C0">
        <w:rPr>
          <w:rFonts w:ascii="Times New Roman" w:hAnsi="Times New Roman" w:cs="Times New Roman" w:hint="cs"/>
          <w:sz w:val="24"/>
          <w:szCs w:val="24"/>
        </w:rPr>
        <w:t>kemampuan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adaptasi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individu</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sehingga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belum</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secara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khusus</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menguraikan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bentuk-bentuk</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hambatan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komunikasi</w:t>
      </w:r>
      <w:proofErr w:type="spellEnd"/>
      <w:r w:rsidR="00E157C0" w:rsidRPr="00E157C0">
        <w:rPr>
          <w:rFonts w:ascii="Times New Roman" w:hAnsi="Times New Roman" w:cs="Times New Roman" w:hint="cs"/>
          <w:sz w:val="24"/>
          <w:szCs w:val="24"/>
        </w:rPr>
        <w:t xml:space="preserve"> yang </w:t>
      </w:r>
      <w:proofErr w:type="spellStart"/>
      <w:r w:rsidR="00E157C0" w:rsidRPr="00E157C0">
        <w:rPr>
          <w:rFonts w:ascii="Times New Roman" w:hAnsi="Times New Roman" w:cs="Times New Roman" w:hint="cs"/>
          <w:sz w:val="24"/>
          <w:szCs w:val="24"/>
        </w:rPr>
        <w:t>muncul</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dalam</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operasional</w:t>
      </w:r>
      <w:proofErr w:type="spellEnd"/>
      <w:r w:rsidR="00E157C0" w:rsidRPr="00E157C0">
        <w:rPr>
          <w:rFonts w:ascii="Times New Roman" w:hAnsi="Times New Roman" w:cs="Times New Roman" w:hint="cs"/>
          <w:sz w:val="24"/>
          <w:szCs w:val="24"/>
        </w:rPr>
        <w:t xml:space="preserve"> hospitality </w:t>
      </w:r>
      <w:proofErr w:type="spellStart"/>
      <w:r w:rsidR="00E157C0" w:rsidRPr="00E157C0">
        <w:rPr>
          <w:rFonts w:ascii="Times New Roman" w:hAnsi="Times New Roman" w:cs="Times New Roman" w:hint="cs"/>
          <w:sz w:val="24"/>
          <w:szCs w:val="24"/>
        </w:rPr>
        <w:t>serta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keterkaitannya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dengan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etika</w:t>
      </w:r>
      <w:proofErr w:type="spellEnd"/>
      <w:r w:rsidR="00E157C0" w:rsidRPr="00E157C0">
        <w:rPr>
          <w:rFonts w:ascii="Times New Roman" w:hAnsi="Times New Roman" w:cs="Times New Roman" w:hint="cs"/>
          <w:sz w:val="24"/>
          <w:szCs w:val="24"/>
        </w:rPr>
        <w:t xml:space="preserve"> dan </w:t>
      </w:r>
      <w:proofErr w:type="spellStart"/>
      <w:r w:rsidR="00E157C0" w:rsidRPr="00E157C0">
        <w:rPr>
          <w:rFonts w:ascii="Times New Roman" w:hAnsi="Times New Roman" w:cs="Times New Roman" w:hint="cs"/>
          <w:sz w:val="24"/>
          <w:szCs w:val="24"/>
        </w:rPr>
        <w:t>budaya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kerja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Jepang</w:t>
      </w:r>
      <w:proofErr w:type="spellEnd"/>
      <w:r w:rsidR="00E157C0" w:rsidRPr="00E157C0">
        <w:rPr>
          <w:rFonts w:ascii="Times New Roman" w:hAnsi="Times New Roman" w:cs="Times New Roman" w:hint="cs"/>
          <w:sz w:val="24"/>
          <w:szCs w:val="24"/>
        </w:rPr>
        <w:t xml:space="preserve">. Oleh </w:t>
      </w:r>
      <w:proofErr w:type="spellStart"/>
      <w:r w:rsidR="00E157C0" w:rsidRPr="00E157C0">
        <w:rPr>
          <w:rFonts w:ascii="Times New Roman" w:hAnsi="Times New Roman" w:cs="Times New Roman" w:hint="cs"/>
          <w:sz w:val="24"/>
          <w:szCs w:val="24"/>
        </w:rPr>
        <w:t>karena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itu</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penelitian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ini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melengkapi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penelitian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tersebut</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dengan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mengkaji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secara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lebih</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spesifik</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tantangan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komunikasi</w:t>
      </w:r>
      <w:proofErr w:type="spellEnd"/>
      <w:r w:rsidR="00E157C0" w:rsidRPr="00E157C0">
        <w:rPr>
          <w:rFonts w:ascii="Times New Roman" w:hAnsi="Times New Roman" w:cs="Times New Roman" w:hint="cs"/>
          <w:sz w:val="24"/>
          <w:szCs w:val="24"/>
        </w:rPr>
        <w:t xml:space="preserve"> yang </w:t>
      </w:r>
      <w:proofErr w:type="spellStart"/>
      <w:r w:rsidR="00E157C0" w:rsidRPr="00E157C0">
        <w:rPr>
          <w:rFonts w:ascii="Times New Roman" w:hAnsi="Times New Roman" w:cs="Times New Roman" w:hint="cs"/>
          <w:sz w:val="24"/>
          <w:szCs w:val="24"/>
        </w:rPr>
        <w:t>dihadapi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tenaga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kerja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asing</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dalam</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lingkungan</w:t>
      </w:r>
      <w:proofErr w:type="spellEnd"/>
      <w:r w:rsidR="00E157C0" w:rsidRPr="00E157C0">
        <w:rPr>
          <w:rFonts w:ascii="Times New Roman" w:hAnsi="Times New Roman" w:cs="Times New Roman" w:hint="cs"/>
          <w:sz w:val="24"/>
          <w:szCs w:val="24"/>
        </w:rPr>
        <w:t xml:space="preserve"> </w:t>
      </w:r>
      <w:r w:rsidR="00E157C0" w:rsidRPr="00E157C0">
        <w:rPr>
          <w:rFonts w:ascii="Times New Roman" w:hAnsi="Times New Roman" w:cs="Times New Roman" w:hint="cs"/>
          <w:i/>
          <w:iCs/>
          <w:sz w:val="24"/>
          <w:szCs w:val="24"/>
        </w:rPr>
        <w:t>hospitality</w:t>
      </w:r>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Jepang</w:t>
      </w:r>
      <w:proofErr w:type="spellEnd"/>
      <w:r w:rsidR="00E157C0" w:rsidRPr="00E157C0">
        <w:rPr>
          <w:rFonts w:ascii="Times New Roman" w:hAnsi="Times New Roman" w:cs="Times New Roman" w:hint="cs"/>
          <w:sz w:val="24"/>
          <w:szCs w:val="24"/>
        </w:rPr>
        <w:t xml:space="preserve">, yang </w:t>
      </w:r>
      <w:proofErr w:type="spellStart"/>
      <w:r w:rsidR="00E157C0" w:rsidRPr="00E157C0">
        <w:rPr>
          <w:rFonts w:ascii="Times New Roman" w:hAnsi="Times New Roman" w:cs="Times New Roman" w:hint="cs"/>
          <w:sz w:val="24"/>
          <w:szCs w:val="24"/>
        </w:rPr>
        <w:t>meliputi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hambatan</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bahasa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etika</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kerja</w:t>
      </w:r>
      <w:proofErr w:type="spellEnd"/>
      <w:r w:rsidR="00E157C0" w:rsidRPr="00E157C0">
        <w:rPr>
          <w:rFonts w:ascii="Times New Roman" w:hAnsi="Times New Roman" w:cs="Times New Roman" w:hint="cs"/>
          <w:sz w:val="24"/>
          <w:szCs w:val="24"/>
        </w:rPr>
        <w:t xml:space="preserve">, dan strategi </w:t>
      </w:r>
      <w:proofErr w:type="spellStart"/>
      <w:r w:rsidR="00E157C0" w:rsidRPr="00E157C0">
        <w:rPr>
          <w:rFonts w:ascii="Times New Roman" w:hAnsi="Times New Roman" w:cs="Times New Roman" w:hint="cs"/>
          <w:sz w:val="24"/>
          <w:szCs w:val="24"/>
        </w:rPr>
        <w:t>adaptasi</w:t>
      </w:r>
      <w:proofErr w:type="spellEnd"/>
      <w:r w:rsidR="00E157C0" w:rsidRPr="00E157C0">
        <w:rPr>
          <w:rFonts w:ascii="Times New Roman" w:hAnsi="Times New Roman" w:cs="Times New Roman" w:hint="cs"/>
          <w:sz w:val="24"/>
          <w:szCs w:val="24"/>
        </w:rPr>
        <w:t xml:space="preserve"> </w:t>
      </w:r>
      <w:proofErr w:type="spellStart"/>
      <w:r w:rsidR="00E157C0" w:rsidRPr="00E157C0">
        <w:rPr>
          <w:rFonts w:ascii="Times New Roman" w:hAnsi="Times New Roman" w:cs="Times New Roman" w:hint="cs"/>
          <w:sz w:val="24"/>
          <w:szCs w:val="24"/>
        </w:rPr>
        <w:t>budaya</w:t>
      </w:r>
      <w:proofErr w:type="spellEnd"/>
      <w:r w:rsidR="00E157C0" w:rsidRPr="00E157C0">
        <w:rPr>
          <w:rFonts w:ascii="Times New Roman" w:hAnsi="Times New Roman" w:cs="Times New Roman" w:hint="cs"/>
          <w:sz w:val="24"/>
          <w:szCs w:val="24"/>
        </w:rPr>
        <w:t>.</w:t>
      </w:r>
    </w:p>
    <w:p w14:paraId="47997851" w14:textId="77777777" w:rsidR="003F6CE3" w:rsidRPr="00AE1560" w:rsidRDefault="00156FA5" w:rsidP="00AE1560">
      <w:pPr>
        <w:spacing w:after="0" w:line="360" w:lineRule="auto"/>
        <w:ind w:left="284" w:firstLine="720"/>
        <w:jc w:val="both"/>
        <w:rPr>
          <w:rFonts w:ascii="Times New Roman" w:hAnsi="Times New Roman" w:cs="Times New Roman"/>
          <w:sz w:val="24"/>
          <w:szCs w:val="24"/>
        </w:rPr>
      </w:pPr>
      <w:proofErr w:type="spellStart"/>
      <w:r w:rsidRPr="00AE1560">
        <w:rPr>
          <w:rFonts w:ascii="Times New Roman" w:hAnsi="Times New Roman" w:cs="Times New Roman"/>
          <w:sz w:val="24"/>
          <w:szCs w:val="24"/>
        </w:rPr>
        <w:t>Berdasarkan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pemaparan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beberapa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studi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terdahulu</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atas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terdapat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perbedaan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mendasar</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membedakan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penelitian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dengan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penelitian-penelitian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sebelumnya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Perbedaan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tersebut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terletak</w:t>
      </w:r>
      <w:proofErr w:type="spellEnd"/>
      <w:r w:rsidRPr="00AE1560">
        <w:rPr>
          <w:rFonts w:ascii="Times New Roman" w:hAnsi="Times New Roman" w:cs="Times New Roman"/>
          <w:sz w:val="24"/>
          <w:szCs w:val="24"/>
        </w:rPr>
        <w:t xml:space="preserve"> pada </w:t>
      </w:r>
      <w:proofErr w:type="spellStart"/>
      <w:r w:rsidRPr="00AE1560">
        <w:rPr>
          <w:rFonts w:ascii="Times New Roman" w:hAnsi="Times New Roman" w:cs="Times New Roman"/>
          <w:sz w:val="24"/>
          <w:szCs w:val="24"/>
        </w:rPr>
        <w:t>fokus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pembahasan</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lokus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penelitian</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diambil</w:t>
      </w:r>
      <w:proofErr w:type="spellEnd"/>
      <w:r w:rsidRPr="00AE1560">
        <w:rPr>
          <w:rFonts w:ascii="Times New Roman" w:hAnsi="Times New Roman" w:cs="Times New Roman"/>
          <w:sz w:val="24"/>
          <w:szCs w:val="24"/>
        </w:rPr>
        <w:t xml:space="preserve">. Jika </w:t>
      </w:r>
      <w:proofErr w:type="spellStart"/>
      <w:r w:rsidRPr="00AE1560">
        <w:rPr>
          <w:rFonts w:ascii="Times New Roman" w:hAnsi="Times New Roman" w:cs="Times New Roman"/>
          <w:sz w:val="24"/>
          <w:szCs w:val="24"/>
        </w:rPr>
        <w:t>penelitian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sebelumnya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seperti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Saputri</w:t>
      </w:r>
      <w:proofErr w:type="spellEnd"/>
      <w:r w:rsidRPr="00AE1560">
        <w:rPr>
          <w:rFonts w:ascii="Times New Roman" w:hAnsi="Times New Roman" w:cs="Times New Roman"/>
          <w:sz w:val="24"/>
          <w:szCs w:val="24"/>
        </w:rPr>
        <w:t xml:space="preserve"> dan Rahayu (2022) </w:t>
      </w:r>
      <w:proofErr w:type="spellStart"/>
      <w:r w:rsidRPr="00AE1560">
        <w:rPr>
          <w:rFonts w:ascii="Times New Roman" w:hAnsi="Times New Roman" w:cs="Times New Roman"/>
          <w:sz w:val="24"/>
          <w:szCs w:val="24"/>
        </w:rPr>
        <w:t>mengkaji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interaksi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multikultural</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secara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umum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korporasi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atau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Kaonjan</w:t>
      </w:r>
      <w:proofErr w:type="spellEnd"/>
      <w:r w:rsidRPr="00AE1560">
        <w:rPr>
          <w:rFonts w:ascii="Times New Roman" w:hAnsi="Times New Roman" w:cs="Times New Roman"/>
          <w:sz w:val="24"/>
          <w:szCs w:val="24"/>
        </w:rPr>
        <w:t xml:space="preserve"> (2023) yang </w:t>
      </w:r>
      <w:proofErr w:type="spellStart"/>
      <w:r w:rsidRPr="00AE1560">
        <w:rPr>
          <w:rFonts w:ascii="Times New Roman" w:hAnsi="Times New Roman" w:cs="Times New Roman"/>
          <w:sz w:val="24"/>
          <w:szCs w:val="24"/>
        </w:rPr>
        <w:t>berfokus</w:t>
      </w:r>
      <w:proofErr w:type="spellEnd"/>
      <w:r w:rsidRPr="00AE1560">
        <w:rPr>
          <w:rFonts w:ascii="Times New Roman" w:hAnsi="Times New Roman" w:cs="Times New Roman"/>
          <w:sz w:val="24"/>
          <w:szCs w:val="24"/>
        </w:rPr>
        <w:t xml:space="preserve"> pada </w:t>
      </w:r>
      <w:proofErr w:type="spellStart"/>
      <w:r w:rsidRPr="00AE1560">
        <w:rPr>
          <w:rFonts w:ascii="Times New Roman" w:hAnsi="Times New Roman" w:cs="Times New Roman"/>
          <w:sz w:val="24"/>
          <w:szCs w:val="24"/>
        </w:rPr>
        <w:t>kompetensi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individu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penelitian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saat</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secara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khusus</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memfokuskan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analisisnya</w:t>
      </w:r>
      <w:proofErr w:type="spellEnd"/>
      <w:r w:rsidRPr="00AE1560">
        <w:rPr>
          <w:rFonts w:ascii="Times New Roman" w:hAnsi="Times New Roman" w:cs="Times New Roman"/>
          <w:sz w:val="24"/>
          <w:szCs w:val="24"/>
        </w:rPr>
        <w:t xml:space="preserve"> pada </w:t>
      </w:r>
      <w:proofErr w:type="spellStart"/>
      <w:r w:rsidRPr="00AE1560">
        <w:rPr>
          <w:rFonts w:ascii="Times New Roman" w:hAnsi="Times New Roman" w:cs="Times New Roman"/>
          <w:sz w:val="24"/>
          <w:szCs w:val="24"/>
        </w:rPr>
        <w:t>hambatan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antar</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dihadapi</w:t>
      </w:r>
      <w:proofErr w:type="spellEnd"/>
      <w:r w:rsidRPr="00AE1560">
        <w:rPr>
          <w:rFonts w:ascii="Times New Roman" w:hAnsi="Times New Roman" w:cs="Times New Roman"/>
          <w:sz w:val="24"/>
          <w:szCs w:val="24"/>
        </w:rPr>
        <w:t xml:space="preserve"> oleh </w:t>
      </w:r>
      <w:proofErr w:type="spellStart"/>
      <w:r w:rsidRPr="00AE1560">
        <w:rPr>
          <w:rFonts w:ascii="Times New Roman" w:hAnsi="Times New Roman" w:cs="Times New Roman"/>
          <w:sz w:val="24"/>
          <w:szCs w:val="24"/>
        </w:rPr>
        <w:t>tenaga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asing</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lingkungan</w:t>
      </w:r>
      <w:proofErr w:type="spellEnd"/>
      <w:r w:rsidRPr="00AE1560">
        <w:rPr>
          <w:rFonts w:ascii="Times New Roman" w:hAnsi="Times New Roman" w:cs="Times New Roman"/>
          <w:sz w:val="24"/>
          <w:szCs w:val="24"/>
        </w:rPr>
        <w:t xml:space="preserve"> hospitality </w:t>
      </w:r>
      <w:proofErr w:type="spellStart"/>
      <w:r w:rsidRPr="00AE1560">
        <w:rPr>
          <w:rFonts w:ascii="Times New Roman" w:hAnsi="Times New Roman" w:cs="Times New Roman"/>
          <w:sz w:val="24"/>
          <w:szCs w:val="24"/>
        </w:rPr>
        <w:t>internasional</w:t>
      </w:r>
      <w:proofErr w:type="spellEnd"/>
      <w:r w:rsidRPr="00AE1560">
        <w:rPr>
          <w:rFonts w:ascii="Times New Roman" w:hAnsi="Times New Roman" w:cs="Times New Roman"/>
          <w:sz w:val="24"/>
          <w:szCs w:val="24"/>
        </w:rPr>
        <w:t xml:space="preserve"> di </w:t>
      </w:r>
      <w:proofErr w:type="spellStart"/>
      <w:r w:rsidRPr="00AE1560">
        <w:rPr>
          <w:rFonts w:ascii="Times New Roman" w:hAnsi="Times New Roman" w:cs="Times New Roman"/>
          <w:sz w:val="24"/>
          <w:szCs w:val="24"/>
        </w:rPr>
        <w:t>Jepang</w:t>
      </w:r>
      <w:proofErr w:type="spellEnd"/>
      <w:r w:rsidRPr="00AE1560">
        <w:rPr>
          <w:rFonts w:ascii="Times New Roman" w:hAnsi="Times New Roman" w:cs="Times New Roman"/>
          <w:sz w:val="24"/>
          <w:szCs w:val="24"/>
        </w:rPr>
        <w:t>.</w:t>
      </w:r>
    </w:p>
    <w:p w14:paraId="65A9A659" w14:textId="77777777" w:rsidR="003F6CE3" w:rsidRDefault="00156FA5" w:rsidP="00AE1560">
      <w:pPr>
        <w:spacing w:after="0" w:line="360" w:lineRule="auto"/>
        <w:ind w:left="284" w:firstLine="720"/>
        <w:jc w:val="both"/>
      </w:pPr>
      <w:proofErr w:type="spellStart"/>
      <w:r w:rsidRPr="00AE1560">
        <w:rPr>
          <w:rFonts w:ascii="Times New Roman" w:hAnsi="Times New Roman" w:cs="Times New Roman"/>
          <w:sz w:val="24"/>
          <w:szCs w:val="24"/>
        </w:rPr>
        <w:t>Penelitian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ini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secara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mendalam</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mengidentifikasi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tantangan</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spesifik</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mencakup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perbedaan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bahasa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komunikasi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pemahaman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terhadap</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etika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kerja</w:t>
      </w:r>
      <w:proofErr w:type="spellEnd"/>
      <w:r w:rsidRPr="00AE1560">
        <w:rPr>
          <w:rFonts w:ascii="Times New Roman" w:hAnsi="Times New Roman" w:cs="Times New Roman"/>
          <w:sz w:val="24"/>
          <w:szCs w:val="24"/>
        </w:rPr>
        <w:t xml:space="preserve"> dan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perusahaan</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Jepang</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seperti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konsep</w:t>
      </w:r>
      <w:proofErr w:type="spellEnd"/>
      <w:r w:rsidRPr="00AE1560">
        <w:rPr>
          <w:rFonts w:ascii="Times New Roman" w:hAnsi="Times New Roman" w:cs="Times New Roman"/>
          <w:sz w:val="24"/>
          <w:szCs w:val="24"/>
        </w:rPr>
        <w:t xml:space="preserve"> </w:t>
      </w:r>
      <w:proofErr w:type="spellStart"/>
      <w:r w:rsidRPr="005D4FE5">
        <w:rPr>
          <w:rFonts w:ascii="Times New Roman" w:hAnsi="Times New Roman" w:cs="Times New Roman"/>
          <w:i/>
          <w:iCs/>
          <w:sz w:val="24"/>
          <w:szCs w:val="24"/>
        </w:rPr>
        <w:t>omotenashi</w:t>
      </w:r>
      <w:proofErr w:type="spellEnd"/>
      <w:r w:rsidRPr="00AE1560">
        <w:rPr>
          <w:rFonts w:ascii="Times New Roman" w:hAnsi="Times New Roman" w:cs="Times New Roman"/>
          <w:sz w:val="24"/>
          <w:szCs w:val="24"/>
        </w:rPr>
        <w:t xml:space="preserve">, </w:t>
      </w:r>
      <w:proofErr w:type="spellStart"/>
      <w:r w:rsidRPr="005D4FE5">
        <w:rPr>
          <w:rFonts w:ascii="Times New Roman" w:hAnsi="Times New Roman" w:cs="Times New Roman"/>
          <w:i/>
          <w:iCs/>
          <w:sz w:val="24"/>
          <w:szCs w:val="24"/>
        </w:rPr>
        <w:t>hourenso</w:t>
      </w:r>
      <w:proofErr w:type="spellEnd"/>
      <w:r w:rsidRPr="005D4FE5">
        <w:rPr>
          <w:rFonts w:ascii="Times New Roman" w:hAnsi="Times New Roman" w:cs="Times New Roman"/>
          <w:i/>
          <w:iCs/>
          <w:sz w:val="24"/>
          <w:szCs w:val="24"/>
        </w:rPr>
        <w:t>/</w:t>
      </w:r>
      <w:proofErr w:type="spellStart"/>
      <w:r w:rsidRPr="005D4FE5">
        <w:rPr>
          <w:rFonts w:ascii="Times New Roman" w:hAnsi="Times New Roman" w:cs="Times New Roman"/>
          <w:i/>
          <w:iCs/>
          <w:sz w:val="24"/>
          <w:szCs w:val="24"/>
        </w:rPr>
        <w:t>soudan</w:t>
      </w:r>
      <w:proofErr w:type="spellEnd"/>
      <w:r w:rsidRPr="00AE1560">
        <w:rPr>
          <w:rFonts w:ascii="Times New Roman" w:hAnsi="Times New Roman" w:cs="Times New Roman"/>
          <w:sz w:val="24"/>
          <w:szCs w:val="24"/>
        </w:rPr>
        <w:t xml:space="preserve">, dan </w:t>
      </w:r>
      <w:proofErr w:type="spellStart"/>
      <w:r w:rsidRPr="005D4FE5">
        <w:rPr>
          <w:rFonts w:ascii="Times New Roman" w:hAnsi="Times New Roman" w:cs="Times New Roman"/>
          <w:i/>
          <w:iCs/>
          <w:sz w:val="24"/>
          <w:szCs w:val="24"/>
        </w:rPr>
        <w:t>meiwaku</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hingga</w:t>
      </w:r>
      <w:proofErr w:type="spellEnd"/>
      <w:r w:rsidRPr="00AE1560">
        <w:rPr>
          <w:rFonts w:ascii="Times New Roman" w:hAnsi="Times New Roman" w:cs="Times New Roman"/>
          <w:sz w:val="24"/>
          <w:szCs w:val="24"/>
        </w:rPr>
        <w:t xml:space="preserve"> strategi </w:t>
      </w:r>
      <w:proofErr w:type="spellStart"/>
      <w:r w:rsidRPr="00AE1560">
        <w:rPr>
          <w:rFonts w:ascii="Times New Roman" w:hAnsi="Times New Roman" w:cs="Times New Roman"/>
          <w:sz w:val="24"/>
          <w:szCs w:val="24"/>
        </w:rPr>
        <w:t>adaptasi</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budaya</w:t>
      </w:r>
      <w:proofErr w:type="spellEnd"/>
      <w:r w:rsidRPr="00AE1560">
        <w:rPr>
          <w:rFonts w:ascii="Times New Roman" w:hAnsi="Times New Roman" w:cs="Times New Roman"/>
          <w:sz w:val="24"/>
          <w:szCs w:val="24"/>
        </w:rPr>
        <w:t xml:space="preserve"> yang </w:t>
      </w:r>
      <w:proofErr w:type="spellStart"/>
      <w:r w:rsidRPr="00AE1560">
        <w:rPr>
          <w:rFonts w:ascii="Times New Roman" w:hAnsi="Times New Roman" w:cs="Times New Roman"/>
          <w:sz w:val="24"/>
          <w:szCs w:val="24"/>
        </w:rPr>
        <w:t>diterapkan</w:t>
      </w:r>
      <w:proofErr w:type="spellEnd"/>
      <w:r w:rsidRPr="00AE1560">
        <w:rPr>
          <w:rFonts w:ascii="Times New Roman" w:hAnsi="Times New Roman" w:cs="Times New Roman"/>
          <w:sz w:val="24"/>
          <w:szCs w:val="24"/>
        </w:rPr>
        <w:t xml:space="preserve"> oleh para </w:t>
      </w:r>
      <w:proofErr w:type="spellStart"/>
      <w:r w:rsidRPr="00AE1560">
        <w:rPr>
          <w:rFonts w:ascii="Times New Roman" w:hAnsi="Times New Roman" w:cs="Times New Roman"/>
          <w:sz w:val="24"/>
          <w:szCs w:val="24"/>
        </w:rPr>
        <w:t>pekerja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asing</w:t>
      </w:r>
      <w:proofErr w:type="spellEnd"/>
      <w:r w:rsidRPr="00AE1560">
        <w:rPr>
          <w:rFonts w:ascii="Times New Roman" w:hAnsi="Times New Roman" w:cs="Times New Roman"/>
          <w:sz w:val="24"/>
          <w:szCs w:val="24"/>
        </w:rPr>
        <w:t xml:space="preserve"> demi </w:t>
      </w:r>
      <w:proofErr w:type="spellStart"/>
      <w:r w:rsidRPr="00AE1560">
        <w:rPr>
          <w:rFonts w:ascii="Times New Roman" w:hAnsi="Times New Roman" w:cs="Times New Roman"/>
          <w:sz w:val="24"/>
          <w:szCs w:val="24"/>
        </w:rPr>
        <w:t>menjaga</w:t>
      </w:r>
      <w:proofErr w:type="spellEnd"/>
      <w:r w:rsidRPr="00AE1560">
        <w:rPr>
          <w:rFonts w:ascii="Times New Roman" w:hAnsi="Times New Roman" w:cs="Times New Roman"/>
          <w:sz w:val="24"/>
          <w:szCs w:val="24"/>
        </w:rPr>
        <w:t xml:space="preserve"> </w:t>
      </w:r>
      <w:proofErr w:type="spellStart"/>
      <w:r w:rsidRPr="00AE1560">
        <w:rPr>
          <w:rFonts w:ascii="Times New Roman" w:hAnsi="Times New Roman" w:cs="Times New Roman"/>
          <w:sz w:val="24"/>
          <w:szCs w:val="24"/>
        </w:rPr>
        <w:t>kelancaran</w:t>
      </w:r>
      <w:proofErr w:type="spellEnd"/>
      <w:r w:rsidRPr="00AE1560">
        <w:rPr>
          <w:rFonts w:ascii="Times New Roman" w:hAnsi="Times New Roman" w:cs="Times New Roman"/>
          <w:sz w:val="24"/>
          <w:szCs w:val="24"/>
        </w:rPr>
        <w:t xml:space="preserve"> </w:t>
      </w:r>
      <w:proofErr w:type="spellStart"/>
      <w:r>
        <w:rPr>
          <w:rFonts w:ascii="Times New Roman" w:hAnsi="Times New Roman"/>
          <w:sz w:val="24"/>
        </w:rPr>
        <w:t>operasional</w:t>
      </w:r>
      <w:proofErr w:type="spellEnd"/>
      <w:r>
        <w:rPr>
          <w:rFonts w:ascii="Times New Roman" w:hAnsi="Times New Roman"/>
          <w:sz w:val="24"/>
        </w:rPr>
        <w:t xml:space="preserve"> </w:t>
      </w:r>
      <w:proofErr w:type="spellStart"/>
      <w:r>
        <w:rPr>
          <w:rFonts w:ascii="Times New Roman" w:hAnsi="Times New Roman"/>
          <w:sz w:val="24"/>
        </w:rPr>
        <w:t>pelayanan</w:t>
      </w:r>
      <w:proofErr w:type="spellEnd"/>
      <w:r>
        <w:rPr>
          <w:rFonts w:ascii="Times New Roman" w:hAnsi="Times New Roman"/>
          <w:sz w:val="24"/>
        </w:rPr>
        <w:t xml:space="preserve"> dan </w:t>
      </w:r>
      <w:proofErr w:type="spellStart"/>
      <w:r>
        <w:rPr>
          <w:rFonts w:ascii="Times New Roman" w:hAnsi="Times New Roman"/>
          <w:sz w:val="24"/>
        </w:rPr>
        <w:t>meminimalkan</w:t>
      </w:r>
      <w:proofErr w:type="spellEnd"/>
      <w:r>
        <w:rPr>
          <w:rFonts w:ascii="Times New Roman" w:hAnsi="Times New Roman"/>
          <w:sz w:val="24"/>
        </w:rPr>
        <w:t xml:space="preserve"> </w:t>
      </w:r>
      <w:proofErr w:type="spellStart"/>
      <w:r>
        <w:rPr>
          <w:rFonts w:ascii="Times New Roman" w:hAnsi="Times New Roman"/>
          <w:sz w:val="24"/>
        </w:rPr>
        <w:t>kegagalan</w:t>
      </w:r>
      <w:proofErr w:type="spellEnd"/>
      <w:r>
        <w:rPr>
          <w:rFonts w:ascii="Times New Roman" w:hAnsi="Times New Roman"/>
          <w:sz w:val="24"/>
        </w:rPr>
        <w:t xml:space="preserve"> </w:t>
      </w:r>
      <w:proofErr w:type="spellStart"/>
      <w:r>
        <w:rPr>
          <w:rFonts w:ascii="Times New Roman" w:hAnsi="Times New Roman"/>
          <w:sz w:val="24"/>
        </w:rPr>
        <w:t>layanan</w:t>
      </w:r>
      <w:proofErr w:type="spellEnd"/>
      <w:r>
        <w:rPr>
          <w:rFonts w:ascii="Times New Roman" w:hAnsi="Times New Roman"/>
          <w:sz w:val="24"/>
        </w:rPr>
        <w:t>.</w:t>
      </w:r>
    </w:p>
    <w:p w14:paraId="385F85E4" w14:textId="77777777" w:rsidR="002A1843" w:rsidRDefault="005565E8" w:rsidP="002A1843">
      <w:pPr>
        <w:pStyle w:val="Heading1"/>
        <w:spacing w:before="0" w:line="360" w:lineRule="auto"/>
        <w:jc w:val="center"/>
        <w:rPr>
          <w:rFonts w:ascii="Times New Roman" w:hAnsi="Times New Roman" w:cs="Times New Roman"/>
          <w:noProof/>
          <w:color w:val="auto"/>
          <w:sz w:val="24"/>
          <w:szCs w:val="24"/>
          <w:lang w:val="id-ID"/>
        </w:rPr>
      </w:pPr>
      <w:r>
        <w:rPr>
          <w:noProof/>
          <w:lang w:val="id-ID"/>
        </w:rPr>
        <w:br w:type="page"/>
      </w:r>
      <w:bookmarkStart w:id="28" w:name="_Toc235679967"/>
      <w:bookmarkStart w:id="29" w:name="_Toc236409620"/>
      <w:bookmarkStart w:id="30" w:name="_Toc238410174"/>
      <w:bookmarkStart w:id="31" w:name="_Toc238448295"/>
      <w:r w:rsidR="00156FA5" w:rsidRPr="00AE1560">
        <w:rPr>
          <w:rFonts w:ascii="Times New Roman" w:hAnsi="Times New Roman" w:cs="Times New Roman"/>
          <w:noProof/>
          <w:color w:val="auto"/>
          <w:sz w:val="24"/>
          <w:szCs w:val="24"/>
          <w:lang w:val="id-ID"/>
        </w:rPr>
        <w:t>BAB III</w:t>
      </w:r>
      <w:bookmarkEnd w:id="28"/>
      <w:bookmarkEnd w:id="29"/>
      <w:bookmarkEnd w:id="30"/>
      <w:bookmarkEnd w:id="31"/>
      <w:r w:rsidR="00AE1560" w:rsidRPr="00AE1560">
        <w:rPr>
          <w:rFonts w:ascii="Times New Roman" w:hAnsi="Times New Roman" w:cs="Times New Roman"/>
          <w:noProof/>
          <w:color w:val="auto"/>
          <w:sz w:val="24"/>
          <w:szCs w:val="24"/>
          <w:lang w:val="id-ID"/>
        </w:rPr>
        <w:t xml:space="preserve"> </w:t>
      </w:r>
    </w:p>
    <w:p w14:paraId="43A04256" w14:textId="77777777" w:rsidR="003F6CE3" w:rsidRDefault="00156FA5" w:rsidP="00AE1560">
      <w:pPr>
        <w:pStyle w:val="Heading1"/>
        <w:spacing w:before="0"/>
        <w:jc w:val="center"/>
        <w:rPr>
          <w:rFonts w:ascii="Times New Roman" w:hAnsi="Times New Roman" w:cs="Times New Roman"/>
          <w:noProof/>
          <w:color w:val="auto"/>
          <w:sz w:val="24"/>
          <w:szCs w:val="24"/>
          <w:lang w:val="id-ID"/>
        </w:rPr>
      </w:pPr>
      <w:bookmarkStart w:id="32" w:name="_Toc238448296"/>
      <w:r w:rsidRPr="00AE1560">
        <w:rPr>
          <w:rFonts w:ascii="Times New Roman" w:hAnsi="Times New Roman" w:cs="Times New Roman"/>
          <w:noProof/>
          <w:color w:val="auto"/>
          <w:sz w:val="24"/>
          <w:szCs w:val="24"/>
          <w:lang w:val="id-ID"/>
        </w:rPr>
        <w:t>METODE PENELITIAN</w:t>
      </w:r>
      <w:bookmarkEnd w:id="32"/>
    </w:p>
    <w:p w14:paraId="761DB428" w14:textId="77777777" w:rsidR="00AE1560" w:rsidRPr="00AE1560" w:rsidRDefault="00AE1560" w:rsidP="00AE1560">
      <w:pPr>
        <w:rPr>
          <w:lang w:val="id-ID"/>
        </w:rPr>
      </w:pPr>
    </w:p>
    <w:p w14:paraId="6C955758" w14:textId="77777777" w:rsidR="003F6CE3" w:rsidRPr="005D4FE5" w:rsidRDefault="00156FA5">
      <w:pPr>
        <w:pStyle w:val="Heading2"/>
        <w:numPr>
          <w:ilvl w:val="0"/>
          <w:numId w:val="18"/>
        </w:numPr>
        <w:spacing w:before="0" w:line="360" w:lineRule="auto"/>
        <w:ind w:left="284"/>
        <w:jc w:val="both"/>
        <w:rPr>
          <w:rFonts w:ascii="Times New Roman" w:hAnsi="Times New Roman" w:cs="Times New Roman"/>
          <w:noProof/>
          <w:color w:val="000000" w:themeColor="text1"/>
          <w:sz w:val="24"/>
          <w:szCs w:val="24"/>
          <w:lang w:val="id-ID"/>
        </w:rPr>
      </w:pPr>
      <w:bookmarkStart w:id="33" w:name="_Toc238448297"/>
      <w:r w:rsidRPr="005D4FE5">
        <w:rPr>
          <w:rFonts w:ascii="Times New Roman" w:hAnsi="Times New Roman" w:cs="Times New Roman"/>
          <w:noProof/>
          <w:color w:val="000000" w:themeColor="text1"/>
          <w:sz w:val="24"/>
          <w:szCs w:val="24"/>
          <w:lang w:val="id-ID"/>
        </w:rPr>
        <w:t>Jenis Penelitian</w:t>
      </w:r>
      <w:bookmarkEnd w:id="33"/>
    </w:p>
    <w:p w14:paraId="3844ABB4" w14:textId="77777777" w:rsidR="003E600A" w:rsidRPr="003E600A" w:rsidRDefault="00156FA5" w:rsidP="003E600A">
      <w:pPr>
        <w:spacing w:after="0" w:line="360" w:lineRule="auto"/>
        <w:ind w:left="284" w:firstLine="720"/>
        <w:jc w:val="both"/>
        <w:rPr>
          <w:rFonts w:ascii="Times New Roman" w:hAnsi="Times New Roman" w:cs="Times New Roman"/>
          <w:color w:val="000000" w:themeColor="text1"/>
          <w:sz w:val="24"/>
          <w:szCs w:val="24"/>
          <w:lang w:val="en-ID"/>
        </w:rPr>
      </w:pPr>
      <w:r w:rsidRPr="00AE1560">
        <w:rPr>
          <w:rFonts w:ascii="Times New Roman" w:hAnsi="Times New Roman" w:cs="Times New Roman"/>
          <w:noProof/>
          <w:color w:val="000000" w:themeColor="text1"/>
          <w:sz w:val="24"/>
          <w:szCs w:val="24"/>
          <w:lang w:val="id-ID"/>
        </w:rPr>
        <w:t xml:space="preserve">Penelitian ini menggunakan jenis penelitian kualitatif deskriptif. </w:t>
      </w:r>
      <w:r w:rsidRPr="0008568C">
        <w:rPr>
          <w:rFonts w:ascii="Times New Roman" w:hAnsi="Times New Roman" w:cs="Times New Roman"/>
          <w:color w:val="000000" w:themeColor="text1"/>
          <w:sz w:val="24"/>
          <w:szCs w:val="24"/>
          <w:lang w:val="id-ID"/>
        </w:rPr>
        <w:t xml:space="preserve">Menurut Sugiyono (2022), </w:t>
      </w:r>
      <w:r w:rsidR="003E600A" w:rsidRPr="0008568C">
        <w:rPr>
          <w:rFonts w:ascii="Times New Roman" w:hAnsi="Times New Roman" w:cs="Times New Roman"/>
          <w:color w:val="000000" w:themeColor="text1"/>
          <w:sz w:val="24"/>
          <w:szCs w:val="24"/>
          <w:lang w:val="id-ID"/>
        </w:rPr>
        <w:t xml:space="preserve">Pendekatan kualitatif dipilih karena penelitian bertujuan untuk memahami dan mendeskripsikan secara mendalam pengalaman individu dalam menghadapi tantangan komunikasi antarbudaya, khususnya tantangan bahasa, etika kerja, serta strategi adaptasi ketika menjalani aktivitas di industri perhotelan Jepang. </w:t>
      </w:r>
      <w:proofErr w:type="spellStart"/>
      <w:r w:rsidR="003E600A" w:rsidRPr="003E600A">
        <w:rPr>
          <w:rFonts w:ascii="Times New Roman" w:hAnsi="Times New Roman" w:cs="Times New Roman"/>
          <w:color w:val="000000" w:themeColor="text1"/>
          <w:sz w:val="24"/>
          <w:szCs w:val="24"/>
          <w:lang w:val="en-ID"/>
        </w:rPr>
        <w:t>Penelitian</w:t>
      </w:r>
      <w:proofErr w:type="spellEnd"/>
      <w:r w:rsidR="003E600A" w:rsidRPr="003E600A">
        <w:rPr>
          <w:rFonts w:ascii="Times New Roman" w:hAnsi="Times New Roman" w:cs="Times New Roman"/>
          <w:color w:val="000000" w:themeColor="text1"/>
          <w:sz w:val="24"/>
          <w:szCs w:val="24"/>
          <w:lang w:val="en-ID"/>
        </w:rPr>
        <w:t xml:space="preserve"> </w:t>
      </w:r>
      <w:proofErr w:type="spellStart"/>
      <w:r w:rsidR="003E600A" w:rsidRPr="003E600A">
        <w:rPr>
          <w:rFonts w:ascii="Times New Roman" w:hAnsi="Times New Roman" w:cs="Times New Roman"/>
          <w:color w:val="000000" w:themeColor="text1"/>
          <w:sz w:val="24"/>
          <w:szCs w:val="24"/>
          <w:lang w:val="en-ID"/>
        </w:rPr>
        <w:t>kualitatif</w:t>
      </w:r>
      <w:proofErr w:type="spellEnd"/>
      <w:r w:rsidR="003E600A" w:rsidRPr="003E600A">
        <w:rPr>
          <w:rFonts w:ascii="Times New Roman" w:hAnsi="Times New Roman" w:cs="Times New Roman"/>
          <w:color w:val="000000" w:themeColor="text1"/>
          <w:sz w:val="24"/>
          <w:szCs w:val="24"/>
          <w:lang w:val="en-ID"/>
        </w:rPr>
        <w:t xml:space="preserve"> </w:t>
      </w:r>
      <w:proofErr w:type="spellStart"/>
      <w:r w:rsidR="003E600A" w:rsidRPr="003E600A">
        <w:rPr>
          <w:rFonts w:ascii="Times New Roman" w:hAnsi="Times New Roman" w:cs="Times New Roman"/>
          <w:color w:val="000000" w:themeColor="text1"/>
          <w:sz w:val="24"/>
          <w:szCs w:val="24"/>
          <w:lang w:val="en-ID"/>
        </w:rPr>
        <w:t>memungkinkan</w:t>
      </w:r>
      <w:proofErr w:type="spellEnd"/>
      <w:r w:rsidR="003E600A" w:rsidRPr="003E600A">
        <w:rPr>
          <w:rFonts w:ascii="Times New Roman" w:hAnsi="Times New Roman" w:cs="Times New Roman"/>
          <w:color w:val="000000" w:themeColor="text1"/>
          <w:sz w:val="24"/>
          <w:szCs w:val="24"/>
          <w:lang w:val="en-ID"/>
        </w:rPr>
        <w:t xml:space="preserve"> </w:t>
      </w:r>
      <w:proofErr w:type="spellStart"/>
      <w:r w:rsidR="003E600A" w:rsidRPr="003E600A">
        <w:rPr>
          <w:rFonts w:ascii="Times New Roman" w:hAnsi="Times New Roman" w:cs="Times New Roman"/>
          <w:color w:val="000000" w:themeColor="text1"/>
          <w:sz w:val="24"/>
          <w:szCs w:val="24"/>
          <w:lang w:val="en-ID"/>
        </w:rPr>
        <w:t>peneliti</w:t>
      </w:r>
      <w:proofErr w:type="spellEnd"/>
      <w:r w:rsidR="003E600A" w:rsidRPr="003E600A">
        <w:rPr>
          <w:rFonts w:ascii="Times New Roman" w:hAnsi="Times New Roman" w:cs="Times New Roman"/>
          <w:color w:val="000000" w:themeColor="text1"/>
          <w:sz w:val="24"/>
          <w:szCs w:val="24"/>
          <w:lang w:val="en-ID"/>
        </w:rPr>
        <w:t xml:space="preserve"> </w:t>
      </w:r>
      <w:proofErr w:type="spellStart"/>
      <w:r w:rsidR="003E600A" w:rsidRPr="003E600A">
        <w:rPr>
          <w:rFonts w:ascii="Times New Roman" w:hAnsi="Times New Roman" w:cs="Times New Roman"/>
          <w:color w:val="000000" w:themeColor="text1"/>
          <w:sz w:val="24"/>
          <w:szCs w:val="24"/>
          <w:lang w:val="en-ID"/>
        </w:rPr>
        <w:t>memahami</w:t>
      </w:r>
      <w:proofErr w:type="spellEnd"/>
      <w:r w:rsidR="003E600A" w:rsidRPr="003E600A">
        <w:rPr>
          <w:rFonts w:ascii="Times New Roman" w:hAnsi="Times New Roman" w:cs="Times New Roman"/>
          <w:color w:val="000000" w:themeColor="text1"/>
          <w:sz w:val="24"/>
          <w:szCs w:val="24"/>
          <w:lang w:val="en-ID"/>
        </w:rPr>
        <w:t xml:space="preserve"> </w:t>
      </w:r>
      <w:proofErr w:type="spellStart"/>
      <w:r w:rsidR="003E600A" w:rsidRPr="003E600A">
        <w:rPr>
          <w:rFonts w:ascii="Times New Roman" w:hAnsi="Times New Roman" w:cs="Times New Roman"/>
          <w:color w:val="000000" w:themeColor="text1"/>
          <w:sz w:val="24"/>
          <w:szCs w:val="24"/>
          <w:lang w:val="en-ID"/>
        </w:rPr>
        <w:t>fenomena</w:t>
      </w:r>
      <w:proofErr w:type="spellEnd"/>
      <w:r w:rsidR="003E600A" w:rsidRPr="003E600A">
        <w:rPr>
          <w:rFonts w:ascii="Times New Roman" w:hAnsi="Times New Roman" w:cs="Times New Roman"/>
          <w:color w:val="000000" w:themeColor="text1"/>
          <w:sz w:val="24"/>
          <w:szCs w:val="24"/>
          <w:lang w:val="en-ID"/>
        </w:rPr>
        <w:t xml:space="preserve"> </w:t>
      </w:r>
      <w:proofErr w:type="spellStart"/>
      <w:r w:rsidR="003E600A" w:rsidRPr="003E600A">
        <w:rPr>
          <w:rFonts w:ascii="Times New Roman" w:hAnsi="Times New Roman" w:cs="Times New Roman"/>
          <w:color w:val="000000" w:themeColor="text1"/>
          <w:sz w:val="24"/>
          <w:szCs w:val="24"/>
          <w:lang w:val="en-ID"/>
        </w:rPr>
        <w:t>berdasarkan</w:t>
      </w:r>
      <w:proofErr w:type="spellEnd"/>
      <w:r w:rsidR="003E600A" w:rsidRPr="003E600A">
        <w:rPr>
          <w:rFonts w:ascii="Times New Roman" w:hAnsi="Times New Roman" w:cs="Times New Roman"/>
          <w:color w:val="000000" w:themeColor="text1"/>
          <w:sz w:val="24"/>
          <w:szCs w:val="24"/>
          <w:lang w:val="en-ID"/>
        </w:rPr>
        <w:t xml:space="preserve"> </w:t>
      </w:r>
      <w:proofErr w:type="spellStart"/>
      <w:r w:rsidR="003E600A" w:rsidRPr="003E600A">
        <w:rPr>
          <w:rFonts w:ascii="Times New Roman" w:hAnsi="Times New Roman" w:cs="Times New Roman"/>
          <w:color w:val="000000" w:themeColor="text1"/>
          <w:sz w:val="24"/>
          <w:szCs w:val="24"/>
          <w:lang w:val="en-ID"/>
        </w:rPr>
        <w:t>pengalaman</w:t>
      </w:r>
      <w:proofErr w:type="spellEnd"/>
      <w:r w:rsidR="003E600A" w:rsidRPr="003E600A">
        <w:rPr>
          <w:rFonts w:ascii="Times New Roman" w:hAnsi="Times New Roman" w:cs="Times New Roman"/>
          <w:color w:val="000000" w:themeColor="text1"/>
          <w:sz w:val="24"/>
          <w:szCs w:val="24"/>
          <w:lang w:val="en-ID"/>
        </w:rPr>
        <w:t xml:space="preserve">, </w:t>
      </w:r>
      <w:proofErr w:type="spellStart"/>
      <w:r w:rsidR="003E600A" w:rsidRPr="003E600A">
        <w:rPr>
          <w:rFonts w:ascii="Times New Roman" w:hAnsi="Times New Roman" w:cs="Times New Roman"/>
          <w:color w:val="000000" w:themeColor="text1"/>
          <w:sz w:val="24"/>
          <w:szCs w:val="24"/>
          <w:lang w:val="en-ID"/>
        </w:rPr>
        <w:t>pandangan</w:t>
      </w:r>
      <w:proofErr w:type="spellEnd"/>
      <w:r w:rsidR="003E600A" w:rsidRPr="003E600A">
        <w:rPr>
          <w:rFonts w:ascii="Times New Roman" w:hAnsi="Times New Roman" w:cs="Times New Roman"/>
          <w:color w:val="000000" w:themeColor="text1"/>
          <w:sz w:val="24"/>
          <w:szCs w:val="24"/>
          <w:lang w:val="en-ID"/>
        </w:rPr>
        <w:t xml:space="preserve">, dan </w:t>
      </w:r>
      <w:proofErr w:type="spellStart"/>
      <w:r w:rsidR="003E600A" w:rsidRPr="003E600A">
        <w:rPr>
          <w:rFonts w:ascii="Times New Roman" w:hAnsi="Times New Roman" w:cs="Times New Roman"/>
          <w:color w:val="000000" w:themeColor="text1"/>
          <w:sz w:val="24"/>
          <w:szCs w:val="24"/>
          <w:lang w:val="en-ID"/>
        </w:rPr>
        <w:t>makna</w:t>
      </w:r>
      <w:proofErr w:type="spellEnd"/>
      <w:r w:rsidR="003E600A" w:rsidRPr="003E600A">
        <w:rPr>
          <w:rFonts w:ascii="Times New Roman" w:hAnsi="Times New Roman" w:cs="Times New Roman"/>
          <w:color w:val="000000" w:themeColor="text1"/>
          <w:sz w:val="24"/>
          <w:szCs w:val="24"/>
          <w:lang w:val="en-ID"/>
        </w:rPr>
        <w:t xml:space="preserve"> yang </w:t>
      </w:r>
      <w:proofErr w:type="spellStart"/>
      <w:r w:rsidR="003E600A" w:rsidRPr="003E600A">
        <w:rPr>
          <w:rFonts w:ascii="Times New Roman" w:hAnsi="Times New Roman" w:cs="Times New Roman"/>
          <w:color w:val="000000" w:themeColor="text1"/>
          <w:sz w:val="24"/>
          <w:szCs w:val="24"/>
          <w:lang w:val="en-ID"/>
        </w:rPr>
        <w:t>diberikan</w:t>
      </w:r>
      <w:proofErr w:type="spellEnd"/>
      <w:r w:rsidR="003E600A" w:rsidRPr="003E600A">
        <w:rPr>
          <w:rFonts w:ascii="Times New Roman" w:hAnsi="Times New Roman" w:cs="Times New Roman"/>
          <w:color w:val="000000" w:themeColor="text1"/>
          <w:sz w:val="24"/>
          <w:szCs w:val="24"/>
          <w:lang w:val="en-ID"/>
        </w:rPr>
        <w:t xml:space="preserve"> oleh </w:t>
      </w:r>
      <w:proofErr w:type="spellStart"/>
      <w:r w:rsidR="003E600A" w:rsidRPr="003E600A">
        <w:rPr>
          <w:rFonts w:ascii="Times New Roman" w:hAnsi="Times New Roman" w:cs="Times New Roman"/>
          <w:color w:val="000000" w:themeColor="text1"/>
          <w:sz w:val="24"/>
          <w:szCs w:val="24"/>
          <w:lang w:val="en-ID"/>
        </w:rPr>
        <w:t>informan</w:t>
      </w:r>
      <w:proofErr w:type="spellEnd"/>
      <w:r w:rsidR="003E600A" w:rsidRPr="003E600A">
        <w:rPr>
          <w:rFonts w:ascii="Times New Roman" w:hAnsi="Times New Roman" w:cs="Times New Roman"/>
          <w:color w:val="000000" w:themeColor="text1"/>
          <w:sz w:val="24"/>
          <w:szCs w:val="24"/>
          <w:lang w:val="en-ID"/>
        </w:rPr>
        <w:t xml:space="preserve"> </w:t>
      </w:r>
      <w:proofErr w:type="spellStart"/>
      <w:r w:rsidR="003E600A" w:rsidRPr="003E600A">
        <w:rPr>
          <w:rFonts w:ascii="Times New Roman" w:hAnsi="Times New Roman" w:cs="Times New Roman"/>
          <w:color w:val="000000" w:themeColor="text1"/>
          <w:sz w:val="24"/>
          <w:szCs w:val="24"/>
          <w:lang w:val="en-ID"/>
        </w:rPr>
        <w:t>terhadap</w:t>
      </w:r>
      <w:proofErr w:type="spellEnd"/>
      <w:r w:rsidR="003E600A" w:rsidRPr="003E600A">
        <w:rPr>
          <w:rFonts w:ascii="Times New Roman" w:hAnsi="Times New Roman" w:cs="Times New Roman"/>
          <w:color w:val="000000" w:themeColor="text1"/>
          <w:sz w:val="24"/>
          <w:szCs w:val="24"/>
          <w:lang w:val="en-ID"/>
        </w:rPr>
        <w:t xml:space="preserve"> </w:t>
      </w:r>
      <w:proofErr w:type="spellStart"/>
      <w:r w:rsidR="003E600A" w:rsidRPr="003E600A">
        <w:rPr>
          <w:rFonts w:ascii="Times New Roman" w:hAnsi="Times New Roman" w:cs="Times New Roman"/>
          <w:color w:val="000000" w:themeColor="text1"/>
          <w:sz w:val="24"/>
          <w:szCs w:val="24"/>
          <w:lang w:val="en-ID"/>
        </w:rPr>
        <w:t>situasi</w:t>
      </w:r>
      <w:proofErr w:type="spellEnd"/>
      <w:r w:rsidR="003E600A" w:rsidRPr="003E600A">
        <w:rPr>
          <w:rFonts w:ascii="Times New Roman" w:hAnsi="Times New Roman" w:cs="Times New Roman"/>
          <w:color w:val="000000" w:themeColor="text1"/>
          <w:sz w:val="24"/>
          <w:szCs w:val="24"/>
          <w:lang w:val="en-ID"/>
        </w:rPr>
        <w:t xml:space="preserve"> yang </w:t>
      </w:r>
      <w:proofErr w:type="spellStart"/>
      <w:r w:rsidR="003E600A" w:rsidRPr="003E600A">
        <w:rPr>
          <w:rFonts w:ascii="Times New Roman" w:hAnsi="Times New Roman" w:cs="Times New Roman"/>
          <w:color w:val="000000" w:themeColor="text1"/>
          <w:sz w:val="24"/>
          <w:szCs w:val="24"/>
          <w:lang w:val="en-ID"/>
        </w:rPr>
        <w:t>mereka</w:t>
      </w:r>
      <w:proofErr w:type="spellEnd"/>
      <w:r w:rsidR="003E600A" w:rsidRPr="003E600A">
        <w:rPr>
          <w:rFonts w:ascii="Times New Roman" w:hAnsi="Times New Roman" w:cs="Times New Roman"/>
          <w:color w:val="000000" w:themeColor="text1"/>
          <w:sz w:val="24"/>
          <w:szCs w:val="24"/>
          <w:lang w:val="en-ID"/>
        </w:rPr>
        <w:t xml:space="preserve"> </w:t>
      </w:r>
      <w:proofErr w:type="spellStart"/>
      <w:r w:rsidR="003E600A" w:rsidRPr="003E600A">
        <w:rPr>
          <w:rFonts w:ascii="Times New Roman" w:hAnsi="Times New Roman" w:cs="Times New Roman"/>
          <w:color w:val="000000" w:themeColor="text1"/>
          <w:sz w:val="24"/>
          <w:szCs w:val="24"/>
          <w:lang w:val="en-ID"/>
        </w:rPr>
        <w:t>alami</w:t>
      </w:r>
      <w:proofErr w:type="spellEnd"/>
      <w:r w:rsidR="003E600A" w:rsidRPr="003E600A">
        <w:rPr>
          <w:rFonts w:ascii="Times New Roman" w:hAnsi="Times New Roman" w:cs="Times New Roman"/>
          <w:color w:val="000000" w:themeColor="text1"/>
          <w:sz w:val="24"/>
          <w:szCs w:val="24"/>
          <w:lang w:val="en-ID"/>
        </w:rPr>
        <w:t>.</w:t>
      </w:r>
    </w:p>
    <w:p w14:paraId="3D7BDF0C" w14:textId="77777777" w:rsidR="003E600A" w:rsidRPr="003E600A" w:rsidRDefault="003E600A" w:rsidP="003E600A">
      <w:pPr>
        <w:spacing w:after="0" w:line="360" w:lineRule="auto"/>
        <w:ind w:left="284" w:firstLine="720"/>
        <w:jc w:val="both"/>
        <w:rPr>
          <w:rFonts w:ascii="Times New Roman" w:hAnsi="Times New Roman" w:cs="Times New Roman"/>
          <w:color w:val="000000" w:themeColor="text1"/>
          <w:sz w:val="24"/>
          <w:szCs w:val="24"/>
          <w:lang w:val="en-ID"/>
        </w:rPr>
      </w:pPr>
      <w:proofErr w:type="spellStart"/>
      <w:r w:rsidRPr="003E600A">
        <w:rPr>
          <w:rFonts w:ascii="Times New Roman" w:hAnsi="Times New Roman" w:cs="Times New Roman"/>
          <w:color w:val="000000" w:themeColor="text1"/>
          <w:sz w:val="24"/>
          <w:szCs w:val="24"/>
          <w:lang w:val="en-ID"/>
        </w:rPr>
        <w:t>Penelitian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ini</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tidak</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diarahkan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untuk</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melakukan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pengujian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hubungan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antarvariabel</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atau</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generalisasi</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secara</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statistik</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tetapi</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untuk</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memperoleh</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gambaran</w:t>
      </w:r>
      <w:proofErr w:type="spellEnd"/>
      <w:r w:rsidRPr="003E600A">
        <w:rPr>
          <w:rFonts w:ascii="Times New Roman" w:hAnsi="Times New Roman" w:cs="Times New Roman"/>
          <w:color w:val="000000" w:themeColor="text1"/>
          <w:sz w:val="24"/>
          <w:szCs w:val="24"/>
          <w:lang w:val="en-ID"/>
        </w:rPr>
        <w:t xml:space="preserve"> yang </w:t>
      </w:r>
      <w:proofErr w:type="spellStart"/>
      <w:r w:rsidRPr="003E600A">
        <w:rPr>
          <w:rFonts w:ascii="Times New Roman" w:hAnsi="Times New Roman" w:cs="Times New Roman"/>
          <w:color w:val="000000" w:themeColor="text1"/>
          <w:sz w:val="24"/>
          <w:szCs w:val="24"/>
          <w:lang w:val="en-ID"/>
        </w:rPr>
        <w:t>mendalam</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mengenai</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pengalaman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informan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dalam</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beradaptasi</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dengan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lingkungan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kerja</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perhotelan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Jepang</w:t>
      </w:r>
      <w:proofErr w:type="spellEnd"/>
      <w:r w:rsidRPr="003E600A">
        <w:rPr>
          <w:rFonts w:ascii="Times New Roman" w:hAnsi="Times New Roman" w:cs="Times New Roman"/>
          <w:color w:val="000000" w:themeColor="text1"/>
          <w:sz w:val="24"/>
          <w:szCs w:val="24"/>
          <w:lang w:val="en-ID"/>
        </w:rPr>
        <w:t xml:space="preserve">. Oleh </w:t>
      </w:r>
      <w:proofErr w:type="spellStart"/>
      <w:r w:rsidRPr="003E600A">
        <w:rPr>
          <w:rFonts w:ascii="Times New Roman" w:hAnsi="Times New Roman" w:cs="Times New Roman"/>
          <w:color w:val="000000" w:themeColor="text1"/>
          <w:sz w:val="24"/>
          <w:szCs w:val="24"/>
          <w:lang w:val="en-ID"/>
        </w:rPr>
        <w:t>karena</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itu</w:t>
      </w:r>
      <w:proofErr w:type="spellEnd"/>
      <w:r w:rsidRPr="003E600A">
        <w:rPr>
          <w:rFonts w:ascii="Times New Roman" w:hAnsi="Times New Roman" w:cs="Times New Roman"/>
          <w:color w:val="000000" w:themeColor="text1"/>
          <w:sz w:val="24"/>
          <w:szCs w:val="24"/>
          <w:lang w:val="en-ID"/>
        </w:rPr>
        <w:t xml:space="preserve">, data </w:t>
      </w:r>
      <w:proofErr w:type="spellStart"/>
      <w:r w:rsidRPr="003E600A">
        <w:rPr>
          <w:rFonts w:ascii="Times New Roman" w:hAnsi="Times New Roman" w:cs="Times New Roman"/>
          <w:color w:val="000000" w:themeColor="text1"/>
          <w:sz w:val="24"/>
          <w:szCs w:val="24"/>
          <w:lang w:val="en-ID"/>
        </w:rPr>
        <w:t>penelitian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lebih</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banyak</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berupa</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uraian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pengalaman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penjelasan</w:t>
      </w:r>
      <w:proofErr w:type="spellEnd"/>
      <w:r w:rsidRPr="003E600A">
        <w:rPr>
          <w:rFonts w:ascii="Times New Roman" w:hAnsi="Times New Roman" w:cs="Times New Roman"/>
          <w:color w:val="000000" w:themeColor="text1"/>
          <w:sz w:val="24"/>
          <w:szCs w:val="24"/>
          <w:lang w:val="en-ID"/>
        </w:rPr>
        <w:t xml:space="preserve">, dan </w:t>
      </w:r>
      <w:proofErr w:type="spellStart"/>
      <w:r w:rsidRPr="003E600A">
        <w:rPr>
          <w:rFonts w:ascii="Times New Roman" w:hAnsi="Times New Roman" w:cs="Times New Roman"/>
          <w:color w:val="000000" w:themeColor="text1"/>
          <w:sz w:val="24"/>
          <w:szCs w:val="24"/>
          <w:lang w:val="en-ID"/>
        </w:rPr>
        <w:t>pernyataan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informan</w:t>
      </w:r>
      <w:proofErr w:type="spellEnd"/>
      <w:r w:rsidRPr="003E600A">
        <w:rPr>
          <w:rFonts w:ascii="Times New Roman" w:hAnsi="Times New Roman" w:cs="Times New Roman"/>
          <w:color w:val="000000" w:themeColor="text1"/>
          <w:sz w:val="24"/>
          <w:szCs w:val="24"/>
          <w:lang w:val="en-ID"/>
        </w:rPr>
        <w:t xml:space="preserve"> yang </w:t>
      </w:r>
      <w:proofErr w:type="spellStart"/>
      <w:r w:rsidRPr="003E600A">
        <w:rPr>
          <w:rFonts w:ascii="Times New Roman" w:hAnsi="Times New Roman" w:cs="Times New Roman"/>
          <w:color w:val="000000" w:themeColor="text1"/>
          <w:sz w:val="24"/>
          <w:szCs w:val="24"/>
          <w:lang w:val="en-ID"/>
        </w:rPr>
        <w:t>kemudian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dianalisis</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berdasarkan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tema-tema</w:t>
      </w:r>
      <w:proofErr w:type="spellEnd"/>
      <w:r w:rsidRPr="003E600A">
        <w:rPr>
          <w:rFonts w:ascii="Times New Roman" w:hAnsi="Times New Roman" w:cs="Times New Roman"/>
          <w:color w:val="000000" w:themeColor="text1"/>
          <w:sz w:val="24"/>
          <w:szCs w:val="24"/>
          <w:lang w:val="en-ID"/>
        </w:rPr>
        <w:t xml:space="preserve"> yang </w:t>
      </w:r>
      <w:proofErr w:type="spellStart"/>
      <w:r w:rsidRPr="003E600A">
        <w:rPr>
          <w:rFonts w:ascii="Times New Roman" w:hAnsi="Times New Roman" w:cs="Times New Roman"/>
          <w:color w:val="000000" w:themeColor="text1"/>
          <w:sz w:val="24"/>
          <w:szCs w:val="24"/>
          <w:lang w:val="en-ID"/>
        </w:rPr>
        <w:t>sesuai</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dengan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fokus</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penelitian</w:t>
      </w:r>
      <w:proofErr w:type="spellEnd"/>
      <w:r w:rsidRPr="003E600A">
        <w:rPr>
          <w:rFonts w:ascii="Times New Roman" w:hAnsi="Times New Roman" w:cs="Times New Roman"/>
          <w:color w:val="000000" w:themeColor="text1"/>
          <w:sz w:val="24"/>
          <w:szCs w:val="24"/>
          <w:lang w:val="en-ID"/>
        </w:rPr>
        <w:t>.</w:t>
      </w:r>
    </w:p>
    <w:p w14:paraId="5428B436" w14:textId="77777777" w:rsidR="003F6CE3" w:rsidRPr="003E600A" w:rsidRDefault="003E600A" w:rsidP="003E600A">
      <w:pPr>
        <w:spacing w:after="0" w:line="360" w:lineRule="auto"/>
        <w:ind w:left="284" w:firstLine="720"/>
        <w:jc w:val="both"/>
        <w:rPr>
          <w:rFonts w:ascii="Times New Roman" w:hAnsi="Times New Roman" w:cs="Times New Roman"/>
          <w:color w:val="000000" w:themeColor="text1"/>
          <w:sz w:val="24"/>
          <w:szCs w:val="24"/>
          <w:lang w:val="en-ID"/>
        </w:rPr>
      </w:pPr>
      <w:proofErr w:type="spellStart"/>
      <w:r w:rsidRPr="003E600A">
        <w:rPr>
          <w:rFonts w:ascii="Times New Roman" w:hAnsi="Times New Roman" w:cs="Times New Roman"/>
          <w:color w:val="000000" w:themeColor="text1"/>
          <w:sz w:val="24"/>
          <w:szCs w:val="24"/>
          <w:lang w:val="en-ID"/>
        </w:rPr>
        <w:t>Pemilihan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pendekatan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kualitatif</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deskriptif</w:t>
      </w:r>
      <w:proofErr w:type="spellEnd"/>
      <w:r w:rsidRPr="003E600A">
        <w:rPr>
          <w:rFonts w:ascii="Times New Roman" w:hAnsi="Times New Roman" w:cs="Times New Roman"/>
          <w:color w:val="000000" w:themeColor="text1"/>
          <w:sz w:val="24"/>
          <w:szCs w:val="24"/>
          <w:lang w:val="en-ID"/>
        </w:rPr>
        <w:t xml:space="preserve"> juga </w:t>
      </w:r>
      <w:proofErr w:type="spellStart"/>
      <w:r w:rsidRPr="003E600A">
        <w:rPr>
          <w:rFonts w:ascii="Times New Roman" w:hAnsi="Times New Roman" w:cs="Times New Roman"/>
          <w:color w:val="000000" w:themeColor="text1"/>
          <w:sz w:val="24"/>
          <w:szCs w:val="24"/>
          <w:lang w:val="en-ID"/>
        </w:rPr>
        <w:t>sesuai</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dengan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karakteristik</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penelitian</w:t>
      </w:r>
      <w:proofErr w:type="spellEnd"/>
      <w:r w:rsidRPr="003E600A">
        <w:rPr>
          <w:rFonts w:ascii="Times New Roman" w:hAnsi="Times New Roman" w:cs="Times New Roman"/>
          <w:color w:val="000000" w:themeColor="text1"/>
          <w:sz w:val="24"/>
          <w:szCs w:val="24"/>
          <w:lang w:val="en-ID"/>
        </w:rPr>
        <w:t xml:space="preserve"> yang </w:t>
      </w:r>
      <w:proofErr w:type="spellStart"/>
      <w:r w:rsidRPr="003E600A">
        <w:rPr>
          <w:rFonts w:ascii="Times New Roman" w:hAnsi="Times New Roman" w:cs="Times New Roman"/>
          <w:color w:val="000000" w:themeColor="text1"/>
          <w:sz w:val="24"/>
          <w:szCs w:val="24"/>
          <w:lang w:val="en-ID"/>
        </w:rPr>
        <w:t>menempatkan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pengalaman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langsung</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informan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sebagai</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sumber</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utama</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untuk</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memahami</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fenomena</w:t>
      </w:r>
      <w:proofErr w:type="spellEnd"/>
      <w:r w:rsidRPr="003E600A">
        <w:rPr>
          <w:rFonts w:ascii="Times New Roman" w:hAnsi="Times New Roman" w:cs="Times New Roman"/>
          <w:color w:val="000000" w:themeColor="text1"/>
          <w:sz w:val="24"/>
          <w:szCs w:val="24"/>
          <w:lang w:val="en-ID"/>
        </w:rPr>
        <w:t xml:space="preserve">. Dalam </w:t>
      </w:r>
      <w:proofErr w:type="spellStart"/>
      <w:r w:rsidRPr="003E600A">
        <w:rPr>
          <w:rFonts w:ascii="Times New Roman" w:hAnsi="Times New Roman" w:cs="Times New Roman"/>
          <w:color w:val="000000" w:themeColor="text1"/>
          <w:sz w:val="24"/>
          <w:szCs w:val="24"/>
          <w:lang w:val="en-ID"/>
        </w:rPr>
        <w:t>penelitian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ini</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pengalaman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bekerja</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mengikuti</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pelatihan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kerja</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maupun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menjalani</w:t>
      </w:r>
      <w:proofErr w:type="spellEnd"/>
      <w:r w:rsidRPr="003E600A">
        <w:rPr>
          <w:rFonts w:ascii="Times New Roman" w:hAnsi="Times New Roman" w:cs="Times New Roman"/>
          <w:color w:val="000000" w:themeColor="text1"/>
          <w:sz w:val="24"/>
          <w:szCs w:val="24"/>
          <w:lang w:val="en-ID"/>
        </w:rPr>
        <w:t xml:space="preserve"> program </w:t>
      </w:r>
      <w:proofErr w:type="spellStart"/>
      <w:r w:rsidRPr="003E600A">
        <w:rPr>
          <w:rFonts w:ascii="Times New Roman" w:hAnsi="Times New Roman" w:cs="Times New Roman"/>
          <w:color w:val="000000" w:themeColor="text1"/>
          <w:sz w:val="24"/>
          <w:szCs w:val="24"/>
          <w:lang w:val="en-ID"/>
        </w:rPr>
        <w:t>magang</w:t>
      </w:r>
      <w:proofErr w:type="spellEnd"/>
      <w:r w:rsidRPr="003E600A">
        <w:rPr>
          <w:rFonts w:ascii="Times New Roman" w:hAnsi="Times New Roman" w:cs="Times New Roman"/>
          <w:color w:val="000000" w:themeColor="text1"/>
          <w:sz w:val="24"/>
          <w:szCs w:val="24"/>
          <w:lang w:val="en-ID"/>
        </w:rPr>
        <w:t xml:space="preserve"> di </w:t>
      </w:r>
      <w:proofErr w:type="spellStart"/>
      <w:r w:rsidRPr="003E600A">
        <w:rPr>
          <w:rFonts w:ascii="Times New Roman" w:hAnsi="Times New Roman" w:cs="Times New Roman"/>
          <w:color w:val="000000" w:themeColor="text1"/>
          <w:sz w:val="24"/>
          <w:szCs w:val="24"/>
          <w:lang w:val="en-ID"/>
        </w:rPr>
        <w:t>industri</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perhotelan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Jepang</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menjadi</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dasar</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untuk</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memahami</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bagaimana</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tantangan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etika</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kerja</w:t>
      </w:r>
      <w:proofErr w:type="spellEnd"/>
      <w:r w:rsidRPr="003E600A">
        <w:rPr>
          <w:rFonts w:ascii="Times New Roman" w:hAnsi="Times New Roman" w:cs="Times New Roman"/>
          <w:color w:val="000000" w:themeColor="text1"/>
          <w:sz w:val="24"/>
          <w:szCs w:val="24"/>
          <w:lang w:val="en-ID"/>
        </w:rPr>
        <w:t xml:space="preserve"> dan proses </w:t>
      </w:r>
      <w:proofErr w:type="spellStart"/>
      <w:r w:rsidRPr="003E600A">
        <w:rPr>
          <w:rFonts w:ascii="Times New Roman" w:hAnsi="Times New Roman" w:cs="Times New Roman"/>
          <w:color w:val="000000" w:themeColor="text1"/>
          <w:sz w:val="24"/>
          <w:szCs w:val="24"/>
          <w:lang w:val="en-ID"/>
        </w:rPr>
        <w:t>adaptasi</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berlangsung</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dalam</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lingkungan</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kerja</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lintas</w:t>
      </w:r>
      <w:proofErr w:type="spellEnd"/>
      <w:r w:rsidRPr="003E600A">
        <w:rPr>
          <w:rFonts w:ascii="Times New Roman" w:hAnsi="Times New Roman" w:cs="Times New Roman"/>
          <w:color w:val="000000" w:themeColor="text1"/>
          <w:sz w:val="24"/>
          <w:szCs w:val="24"/>
          <w:lang w:val="en-ID"/>
        </w:rPr>
        <w:t xml:space="preserve"> </w:t>
      </w:r>
      <w:proofErr w:type="spellStart"/>
      <w:r w:rsidRPr="003E600A">
        <w:rPr>
          <w:rFonts w:ascii="Times New Roman" w:hAnsi="Times New Roman" w:cs="Times New Roman"/>
          <w:color w:val="000000" w:themeColor="text1"/>
          <w:sz w:val="24"/>
          <w:szCs w:val="24"/>
          <w:lang w:val="en-ID"/>
        </w:rPr>
        <w:t>budaya</w:t>
      </w:r>
      <w:proofErr w:type="spellEnd"/>
      <w:r w:rsidRPr="003E600A">
        <w:rPr>
          <w:rFonts w:ascii="Times New Roman" w:hAnsi="Times New Roman" w:cs="Times New Roman"/>
          <w:color w:val="000000" w:themeColor="text1"/>
          <w:sz w:val="24"/>
          <w:szCs w:val="24"/>
          <w:lang w:val="en-ID"/>
        </w:rPr>
        <w:t>.</w:t>
      </w:r>
    </w:p>
    <w:p w14:paraId="38966830" w14:textId="77777777" w:rsidR="003F6CE3" w:rsidRPr="005D4FE5" w:rsidRDefault="00156FA5">
      <w:pPr>
        <w:pStyle w:val="Heading2"/>
        <w:numPr>
          <w:ilvl w:val="0"/>
          <w:numId w:val="18"/>
        </w:numPr>
        <w:spacing w:before="0" w:line="360" w:lineRule="auto"/>
        <w:ind w:left="284"/>
        <w:jc w:val="both"/>
        <w:rPr>
          <w:rFonts w:ascii="Times New Roman" w:hAnsi="Times New Roman" w:cs="Times New Roman"/>
          <w:noProof/>
          <w:color w:val="000000" w:themeColor="text1"/>
          <w:sz w:val="24"/>
          <w:szCs w:val="24"/>
          <w:lang w:val="id-ID"/>
        </w:rPr>
      </w:pPr>
      <w:bookmarkStart w:id="34" w:name="_Toc238448298"/>
      <w:r w:rsidRPr="005D4FE5">
        <w:rPr>
          <w:rFonts w:ascii="Times New Roman" w:hAnsi="Times New Roman" w:cs="Times New Roman"/>
          <w:noProof/>
          <w:color w:val="000000" w:themeColor="text1"/>
          <w:sz w:val="24"/>
          <w:szCs w:val="24"/>
          <w:lang w:val="id-ID"/>
        </w:rPr>
        <w:t>Tempat dan Waktu Penelitian</w:t>
      </w:r>
      <w:bookmarkEnd w:id="34"/>
    </w:p>
    <w:p w14:paraId="7D27DAD7" w14:textId="77777777" w:rsidR="003F6CE3" w:rsidRPr="00266F2A" w:rsidRDefault="00156FA5">
      <w:pPr>
        <w:pStyle w:val="ListParagraph"/>
        <w:numPr>
          <w:ilvl w:val="0"/>
          <w:numId w:val="24"/>
        </w:numPr>
        <w:spacing w:after="0" w:line="360" w:lineRule="auto"/>
        <w:ind w:left="851"/>
        <w:jc w:val="both"/>
        <w:rPr>
          <w:rFonts w:ascii="Times New Roman" w:hAnsi="Times New Roman" w:cs="Times New Roman"/>
          <w:noProof/>
          <w:sz w:val="24"/>
          <w:szCs w:val="24"/>
          <w:lang w:val="id-ID"/>
        </w:rPr>
      </w:pPr>
      <w:r w:rsidRPr="00266F2A">
        <w:rPr>
          <w:rFonts w:ascii="Times New Roman" w:hAnsi="Times New Roman" w:cs="Times New Roman"/>
          <w:noProof/>
          <w:sz w:val="24"/>
          <w:szCs w:val="24"/>
          <w:lang w:val="id-ID"/>
        </w:rPr>
        <w:t>Tempat Penelitian</w:t>
      </w:r>
    </w:p>
    <w:p w14:paraId="7D036F66" w14:textId="77777777" w:rsidR="005565E8" w:rsidRPr="00266F2A" w:rsidRDefault="003E600A" w:rsidP="00266F2A">
      <w:pPr>
        <w:spacing w:after="0" w:line="360" w:lineRule="auto"/>
        <w:ind w:left="851" w:firstLine="720"/>
        <w:jc w:val="both"/>
        <w:rPr>
          <w:rFonts w:ascii="Times New Roman" w:hAnsi="Times New Roman" w:cs="Times New Roman"/>
          <w:noProof/>
          <w:color w:val="000000" w:themeColor="text1"/>
          <w:sz w:val="24"/>
          <w:szCs w:val="24"/>
          <w:lang w:val="id-ID"/>
        </w:rPr>
      </w:pPr>
      <w:r w:rsidRPr="003E600A">
        <w:rPr>
          <w:rFonts w:ascii="Times New Roman" w:hAnsi="Times New Roman" w:cs="Times New Roman"/>
          <w:noProof/>
          <w:color w:val="000000" w:themeColor="text1"/>
          <w:sz w:val="24"/>
          <w:szCs w:val="24"/>
        </w:rPr>
        <w:t>Penelitian dilaksanakan secara daring karena informan penelitian berada di lokasi yang berbeda, termasuk informan yang sedang atau pernah menjalani aktivitas kerja, training, maupun magang di industri perhotelan Jepang. Pengumpulan data dilakukan menggunakan media digital melalui Google Form yang berisi pertanyaan terbuka sesuai dengan fokus penelitian.</w:t>
      </w:r>
    </w:p>
    <w:p w14:paraId="07D5A1A8" w14:textId="77777777" w:rsidR="005565E8" w:rsidRPr="00266F2A" w:rsidRDefault="00156FA5">
      <w:pPr>
        <w:pStyle w:val="ListParagraph"/>
        <w:numPr>
          <w:ilvl w:val="0"/>
          <w:numId w:val="24"/>
        </w:numPr>
        <w:spacing w:after="0" w:line="360" w:lineRule="auto"/>
        <w:ind w:left="851"/>
        <w:jc w:val="both"/>
        <w:rPr>
          <w:rFonts w:ascii="Times New Roman" w:hAnsi="Times New Roman" w:cs="Times New Roman"/>
          <w:noProof/>
          <w:sz w:val="24"/>
          <w:szCs w:val="24"/>
          <w:lang w:val="id-ID"/>
        </w:rPr>
      </w:pPr>
      <w:r w:rsidRPr="00266F2A">
        <w:rPr>
          <w:rFonts w:ascii="Times New Roman" w:hAnsi="Times New Roman" w:cs="Times New Roman"/>
          <w:noProof/>
          <w:sz w:val="24"/>
          <w:szCs w:val="24"/>
          <w:lang w:val="id-ID"/>
        </w:rPr>
        <w:t>Waktu Penelitian</w:t>
      </w:r>
    </w:p>
    <w:p w14:paraId="29A7586A" w14:textId="77777777" w:rsidR="003F6CE3" w:rsidRPr="005565E8" w:rsidRDefault="003E600A" w:rsidP="00266F2A">
      <w:pPr>
        <w:spacing w:after="0" w:line="360" w:lineRule="auto"/>
        <w:ind w:left="851" w:firstLine="720"/>
        <w:jc w:val="both"/>
        <w:rPr>
          <w:rFonts w:ascii="Times New Roman" w:hAnsi="Times New Roman" w:cs="Times New Roman"/>
          <w:noProof/>
          <w:color w:val="000000" w:themeColor="text1"/>
          <w:sz w:val="24"/>
          <w:szCs w:val="24"/>
          <w:lang w:val="id-ID"/>
        </w:rPr>
      </w:pPr>
      <w:proofErr w:type="spellStart"/>
      <w:r w:rsidRPr="003E600A">
        <w:rPr>
          <w:rFonts w:ascii="Times New Roman" w:hAnsi="Times New Roman" w:cs="Times New Roman"/>
          <w:color w:val="000000" w:themeColor="text1"/>
          <w:sz w:val="24"/>
          <w:szCs w:val="24"/>
        </w:rPr>
        <w:t>Penelitian</w:t>
      </w:r>
      <w:proofErr w:type="spellEnd"/>
      <w:r w:rsidRPr="003E600A">
        <w:rPr>
          <w:rFonts w:ascii="Times New Roman" w:hAnsi="Times New Roman" w:cs="Times New Roman"/>
          <w:color w:val="000000" w:themeColor="text1"/>
          <w:sz w:val="24"/>
          <w:szCs w:val="24"/>
        </w:rPr>
        <w:t xml:space="preserve"> </w:t>
      </w:r>
      <w:proofErr w:type="spellStart"/>
      <w:r w:rsidRPr="003E600A">
        <w:rPr>
          <w:rFonts w:ascii="Times New Roman" w:hAnsi="Times New Roman" w:cs="Times New Roman"/>
          <w:color w:val="000000" w:themeColor="text1"/>
          <w:sz w:val="24"/>
          <w:szCs w:val="24"/>
        </w:rPr>
        <w:t>dilaksanakan</w:t>
      </w:r>
      <w:proofErr w:type="spellEnd"/>
      <w:r w:rsidRPr="003E600A">
        <w:rPr>
          <w:rFonts w:ascii="Times New Roman" w:hAnsi="Times New Roman" w:cs="Times New Roman"/>
          <w:color w:val="000000" w:themeColor="text1"/>
          <w:sz w:val="24"/>
          <w:szCs w:val="24"/>
        </w:rPr>
        <w:t xml:space="preserve"> pada </w:t>
      </w:r>
      <w:proofErr w:type="spellStart"/>
      <w:r w:rsidRPr="003E600A">
        <w:rPr>
          <w:rFonts w:ascii="Times New Roman" w:hAnsi="Times New Roman" w:cs="Times New Roman"/>
          <w:color w:val="000000" w:themeColor="text1"/>
          <w:sz w:val="24"/>
          <w:szCs w:val="24"/>
        </w:rPr>
        <w:t>bulan</w:t>
      </w:r>
      <w:proofErr w:type="spellEnd"/>
      <w:r w:rsidRPr="003E600A">
        <w:rPr>
          <w:rFonts w:ascii="Times New Roman" w:hAnsi="Times New Roman" w:cs="Times New Roman"/>
          <w:color w:val="000000" w:themeColor="text1"/>
          <w:sz w:val="24"/>
          <w:szCs w:val="24"/>
        </w:rPr>
        <w:t xml:space="preserve"> Mei </w:t>
      </w:r>
      <w:proofErr w:type="spellStart"/>
      <w:r w:rsidRPr="003E600A">
        <w:rPr>
          <w:rFonts w:ascii="Times New Roman" w:hAnsi="Times New Roman" w:cs="Times New Roman"/>
          <w:color w:val="000000" w:themeColor="text1"/>
          <w:sz w:val="24"/>
          <w:szCs w:val="24"/>
        </w:rPr>
        <w:t>sampai</w:t>
      </w:r>
      <w:proofErr w:type="spellEnd"/>
      <w:r w:rsidRPr="003E600A">
        <w:rPr>
          <w:rFonts w:ascii="Times New Roman" w:hAnsi="Times New Roman" w:cs="Times New Roman"/>
          <w:color w:val="000000" w:themeColor="text1"/>
          <w:sz w:val="24"/>
          <w:szCs w:val="24"/>
        </w:rPr>
        <w:t xml:space="preserve"> </w:t>
      </w:r>
      <w:proofErr w:type="spellStart"/>
      <w:r w:rsidRPr="003E600A">
        <w:rPr>
          <w:rFonts w:ascii="Times New Roman" w:hAnsi="Times New Roman" w:cs="Times New Roman"/>
          <w:color w:val="000000" w:themeColor="text1"/>
          <w:sz w:val="24"/>
          <w:szCs w:val="24"/>
        </w:rPr>
        <w:t>dengan</w:t>
      </w:r>
      <w:proofErr w:type="spellEnd"/>
      <w:r w:rsidRPr="003E600A">
        <w:rPr>
          <w:rFonts w:ascii="Times New Roman" w:hAnsi="Times New Roman" w:cs="Times New Roman"/>
          <w:color w:val="000000" w:themeColor="text1"/>
          <w:sz w:val="24"/>
          <w:szCs w:val="24"/>
        </w:rPr>
        <w:t xml:space="preserve"> Juni 2026, yang </w:t>
      </w:r>
      <w:proofErr w:type="spellStart"/>
      <w:r w:rsidRPr="003E600A">
        <w:rPr>
          <w:rFonts w:ascii="Times New Roman" w:hAnsi="Times New Roman" w:cs="Times New Roman"/>
          <w:color w:val="000000" w:themeColor="text1"/>
          <w:sz w:val="24"/>
          <w:szCs w:val="24"/>
        </w:rPr>
        <w:t>meliputi</w:t>
      </w:r>
      <w:proofErr w:type="spellEnd"/>
      <w:r w:rsidRPr="003E600A">
        <w:rPr>
          <w:rFonts w:ascii="Times New Roman" w:hAnsi="Times New Roman" w:cs="Times New Roman"/>
          <w:color w:val="000000" w:themeColor="text1"/>
          <w:sz w:val="24"/>
          <w:szCs w:val="24"/>
        </w:rPr>
        <w:t xml:space="preserve"> </w:t>
      </w:r>
      <w:proofErr w:type="spellStart"/>
      <w:r w:rsidRPr="003E600A">
        <w:rPr>
          <w:rFonts w:ascii="Times New Roman" w:hAnsi="Times New Roman" w:cs="Times New Roman"/>
          <w:color w:val="000000" w:themeColor="text1"/>
          <w:sz w:val="24"/>
          <w:szCs w:val="24"/>
        </w:rPr>
        <w:t>tahap</w:t>
      </w:r>
      <w:proofErr w:type="spellEnd"/>
      <w:r w:rsidRPr="003E600A">
        <w:rPr>
          <w:rFonts w:ascii="Times New Roman" w:hAnsi="Times New Roman" w:cs="Times New Roman"/>
          <w:color w:val="000000" w:themeColor="text1"/>
          <w:sz w:val="24"/>
          <w:szCs w:val="24"/>
        </w:rPr>
        <w:t xml:space="preserve"> </w:t>
      </w:r>
      <w:proofErr w:type="spellStart"/>
      <w:r w:rsidRPr="003E600A">
        <w:rPr>
          <w:rFonts w:ascii="Times New Roman" w:hAnsi="Times New Roman" w:cs="Times New Roman"/>
          <w:color w:val="000000" w:themeColor="text1"/>
          <w:sz w:val="24"/>
          <w:szCs w:val="24"/>
        </w:rPr>
        <w:t>penyusunan</w:t>
      </w:r>
      <w:proofErr w:type="spellEnd"/>
      <w:r w:rsidRPr="003E600A">
        <w:rPr>
          <w:rFonts w:ascii="Times New Roman" w:hAnsi="Times New Roman" w:cs="Times New Roman"/>
          <w:color w:val="000000" w:themeColor="text1"/>
          <w:sz w:val="24"/>
          <w:szCs w:val="24"/>
        </w:rPr>
        <w:t xml:space="preserve"> </w:t>
      </w:r>
      <w:proofErr w:type="spellStart"/>
      <w:r w:rsidRPr="003E600A">
        <w:rPr>
          <w:rFonts w:ascii="Times New Roman" w:hAnsi="Times New Roman" w:cs="Times New Roman"/>
          <w:color w:val="000000" w:themeColor="text1"/>
          <w:sz w:val="24"/>
          <w:szCs w:val="24"/>
        </w:rPr>
        <w:t>instrumen</w:t>
      </w:r>
      <w:proofErr w:type="spellEnd"/>
      <w:r w:rsidRPr="003E600A">
        <w:rPr>
          <w:rFonts w:ascii="Times New Roman" w:hAnsi="Times New Roman" w:cs="Times New Roman"/>
          <w:color w:val="000000" w:themeColor="text1"/>
          <w:sz w:val="24"/>
          <w:szCs w:val="24"/>
        </w:rPr>
        <w:t xml:space="preserve"> </w:t>
      </w:r>
      <w:proofErr w:type="spellStart"/>
      <w:r w:rsidRPr="003E600A">
        <w:rPr>
          <w:rFonts w:ascii="Times New Roman" w:hAnsi="Times New Roman" w:cs="Times New Roman"/>
          <w:color w:val="000000" w:themeColor="text1"/>
          <w:sz w:val="24"/>
          <w:szCs w:val="24"/>
        </w:rPr>
        <w:t>penelitian</w:t>
      </w:r>
      <w:proofErr w:type="spellEnd"/>
      <w:r w:rsidRPr="003E600A">
        <w:rPr>
          <w:rFonts w:ascii="Times New Roman" w:hAnsi="Times New Roman" w:cs="Times New Roman"/>
          <w:color w:val="000000" w:themeColor="text1"/>
          <w:sz w:val="24"/>
          <w:szCs w:val="24"/>
        </w:rPr>
        <w:t xml:space="preserve">, </w:t>
      </w:r>
      <w:proofErr w:type="spellStart"/>
      <w:r w:rsidRPr="003E600A">
        <w:rPr>
          <w:rFonts w:ascii="Times New Roman" w:hAnsi="Times New Roman" w:cs="Times New Roman"/>
          <w:color w:val="000000" w:themeColor="text1"/>
          <w:sz w:val="24"/>
          <w:szCs w:val="24"/>
        </w:rPr>
        <w:t>penentuan</w:t>
      </w:r>
      <w:proofErr w:type="spellEnd"/>
      <w:r w:rsidRPr="003E600A">
        <w:rPr>
          <w:rFonts w:ascii="Times New Roman" w:hAnsi="Times New Roman" w:cs="Times New Roman"/>
          <w:color w:val="000000" w:themeColor="text1"/>
          <w:sz w:val="24"/>
          <w:szCs w:val="24"/>
        </w:rPr>
        <w:t xml:space="preserve"> </w:t>
      </w:r>
      <w:proofErr w:type="spellStart"/>
      <w:r w:rsidRPr="003E600A">
        <w:rPr>
          <w:rFonts w:ascii="Times New Roman" w:hAnsi="Times New Roman" w:cs="Times New Roman"/>
          <w:color w:val="000000" w:themeColor="text1"/>
          <w:sz w:val="24"/>
          <w:szCs w:val="24"/>
        </w:rPr>
        <w:t>informan</w:t>
      </w:r>
      <w:proofErr w:type="spellEnd"/>
      <w:r w:rsidRPr="003E600A">
        <w:rPr>
          <w:rFonts w:ascii="Times New Roman" w:hAnsi="Times New Roman" w:cs="Times New Roman"/>
          <w:color w:val="000000" w:themeColor="text1"/>
          <w:sz w:val="24"/>
          <w:szCs w:val="24"/>
        </w:rPr>
        <w:t xml:space="preserve">, </w:t>
      </w:r>
      <w:proofErr w:type="spellStart"/>
      <w:r w:rsidRPr="003E600A">
        <w:rPr>
          <w:rFonts w:ascii="Times New Roman" w:hAnsi="Times New Roman" w:cs="Times New Roman"/>
          <w:color w:val="000000" w:themeColor="text1"/>
          <w:sz w:val="24"/>
          <w:szCs w:val="24"/>
        </w:rPr>
        <w:t>pengumpulan</w:t>
      </w:r>
      <w:proofErr w:type="spellEnd"/>
      <w:r w:rsidRPr="003E600A">
        <w:rPr>
          <w:rFonts w:ascii="Times New Roman" w:hAnsi="Times New Roman" w:cs="Times New Roman"/>
          <w:color w:val="000000" w:themeColor="text1"/>
          <w:sz w:val="24"/>
          <w:szCs w:val="24"/>
        </w:rPr>
        <w:t xml:space="preserve"> data, </w:t>
      </w:r>
      <w:proofErr w:type="spellStart"/>
      <w:r w:rsidRPr="003E600A">
        <w:rPr>
          <w:rFonts w:ascii="Times New Roman" w:hAnsi="Times New Roman" w:cs="Times New Roman"/>
          <w:color w:val="000000" w:themeColor="text1"/>
          <w:sz w:val="24"/>
          <w:szCs w:val="24"/>
        </w:rPr>
        <w:t>pengolahan</w:t>
      </w:r>
      <w:proofErr w:type="spellEnd"/>
      <w:r w:rsidRPr="003E600A">
        <w:rPr>
          <w:rFonts w:ascii="Times New Roman" w:hAnsi="Times New Roman" w:cs="Times New Roman"/>
          <w:color w:val="000000" w:themeColor="text1"/>
          <w:sz w:val="24"/>
          <w:szCs w:val="24"/>
        </w:rPr>
        <w:t xml:space="preserve"> data, </w:t>
      </w:r>
      <w:proofErr w:type="spellStart"/>
      <w:r w:rsidRPr="003E600A">
        <w:rPr>
          <w:rFonts w:ascii="Times New Roman" w:hAnsi="Times New Roman" w:cs="Times New Roman"/>
          <w:color w:val="000000" w:themeColor="text1"/>
          <w:sz w:val="24"/>
          <w:szCs w:val="24"/>
        </w:rPr>
        <w:t>analisis</w:t>
      </w:r>
      <w:proofErr w:type="spellEnd"/>
      <w:r w:rsidRPr="003E600A">
        <w:rPr>
          <w:rFonts w:ascii="Times New Roman" w:hAnsi="Times New Roman" w:cs="Times New Roman"/>
          <w:color w:val="000000" w:themeColor="text1"/>
          <w:sz w:val="24"/>
          <w:szCs w:val="24"/>
        </w:rPr>
        <w:t xml:space="preserve"> data, </w:t>
      </w:r>
      <w:proofErr w:type="spellStart"/>
      <w:r w:rsidRPr="003E600A">
        <w:rPr>
          <w:rFonts w:ascii="Times New Roman" w:hAnsi="Times New Roman" w:cs="Times New Roman"/>
          <w:color w:val="000000" w:themeColor="text1"/>
          <w:sz w:val="24"/>
          <w:szCs w:val="24"/>
        </w:rPr>
        <w:t>verifikasi</w:t>
      </w:r>
      <w:proofErr w:type="spellEnd"/>
      <w:r w:rsidRPr="003E600A">
        <w:rPr>
          <w:rFonts w:ascii="Times New Roman" w:hAnsi="Times New Roman" w:cs="Times New Roman"/>
          <w:color w:val="000000" w:themeColor="text1"/>
          <w:sz w:val="24"/>
          <w:szCs w:val="24"/>
        </w:rPr>
        <w:t xml:space="preserve"> data, </w:t>
      </w:r>
      <w:proofErr w:type="spellStart"/>
      <w:r w:rsidRPr="003E600A">
        <w:rPr>
          <w:rFonts w:ascii="Times New Roman" w:hAnsi="Times New Roman" w:cs="Times New Roman"/>
          <w:color w:val="000000" w:themeColor="text1"/>
          <w:sz w:val="24"/>
          <w:szCs w:val="24"/>
        </w:rPr>
        <w:t>hingga</w:t>
      </w:r>
      <w:proofErr w:type="spellEnd"/>
      <w:r w:rsidRPr="003E600A">
        <w:rPr>
          <w:rFonts w:ascii="Times New Roman" w:hAnsi="Times New Roman" w:cs="Times New Roman"/>
          <w:color w:val="000000" w:themeColor="text1"/>
          <w:sz w:val="24"/>
          <w:szCs w:val="24"/>
        </w:rPr>
        <w:t xml:space="preserve"> </w:t>
      </w:r>
      <w:proofErr w:type="spellStart"/>
      <w:r w:rsidRPr="003E600A">
        <w:rPr>
          <w:rFonts w:ascii="Times New Roman" w:hAnsi="Times New Roman" w:cs="Times New Roman"/>
          <w:color w:val="000000" w:themeColor="text1"/>
          <w:sz w:val="24"/>
          <w:szCs w:val="24"/>
        </w:rPr>
        <w:t>penyusunan</w:t>
      </w:r>
      <w:proofErr w:type="spellEnd"/>
      <w:r w:rsidRPr="003E600A">
        <w:rPr>
          <w:rFonts w:ascii="Times New Roman" w:hAnsi="Times New Roman" w:cs="Times New Roman"/>
          <w:color w:val="000000" w:themeColor="text1"/>
          <w:sz w:val="24"/>
          <w:szCs w:val="24"/>
        </w:rPr>
        <w:t xml:space="preserve"> </w:t>
      </w:r>
      <w:proofErr w:type="spellStart"/>
      <w:r w:rsidRPr="003E600A">
        <w:rPr>
          <w:rFonts w:ascii="Times New Roman" w:hAnsi="Times New Roman" w:cs="Times New Roman"/>
          <w:color w:val="000000" w:themeColor="text1"/>
          <w:sz w:val="24"/>
          <w:szCs w:val="24"/>
        </w:rPr>
        <w:t>laporan</w:t>
      </w:r>
      <w:proofErr w:type="spellEnd"/>
      <w:r w:rsidRPr="003E600A">
        <w:rPr>
          <w:rFonts w:ascii="Times New Roman" w:hAnsi="Times New Roman" w:cs="Times New Roman"/>
          <w:color w:val="000000" w:themeColor="text1"/>
          <w:sz w:val="24"/>
          <w:szCs w:val="24"/>
        </w:rPr>
        <w:t xml:space="preserve"> </w:t>
      </w:r>
      <w:proofErr w:type="spellStart"/>
      <w:r w:rsidRPr="003E600A">
        <w:rPr>
          <w:rFonts w:ascii="Times New Roman" w:hAnsi="Times New Roman" w:cs="Times New Roman"/>
          <w:color w:val="000000" w:themeColor="text1"/>
          <w:sz w:val="24"/>
          <w:szCs w:val="24"/>
        </w:rPr>
        <w:t>penelitian</w:t>
      </w:r>
      <w:proofErr w:type="spellEnd"/>
      <w:r w:rsidRPr="003E600A">
        <w:rPr>
          <w:rFonts w:ascii="Times New Roman" w:hAnsi="Times New Roman" w:cs="Times New Roman"/>
          <w:color w:val="000000" w:themeColor="text1"/>
          <w:sz w:val="24"/>
          <w:szCs w:val="24"/>
        </w:rPr>
        <w:t>.</w:t>
      </w:r>
    </w:p>
    <w:p w14:paraId="13F79EB2" w14:textId="77777777" w:rsidR="003F6CE3" w:rsidRPr="00AE1560" w:rsidRDefault="00156FA5">
      <w:pPr>
        <w:pStyle w:val="Heading2"/>
        <w:numPr>
          <w:ilvl w:val="0"/>
          <w:numId w:val="18"/>
        </w:numPr>
        <w:spacing w:before="0" w:line="360" w:lineRule="auto"/>
        <w:ind w:left="284"/>
        <w:jc w:val="both"/>
        <w:rPr>
          <w:rFonts w:ascii="Times New Roman" w:hAnsi="Times New Roman" w:cs="Times New Roman"/>
          <w:noProof/>
          <w:color w:val="000000" w:themeColor="text1"/>
          <w:sz w:val="24"/>
          <w:szCs w:val="24"/>
          <w:lang w:val="id-ID"/>
        </w:rPr>
      </w:pPr>
      <w:bookmarkStart w:id="35" w:name="_Toc238448299"/>
      <w:r w:rsidRPr="00AE1560">
        <w:rPr>
          <w:rFonts w:ascii="Times New Roman" w:hAnsi="Times New Roman" w:cs="Times New Roman"/>
          <w:noProof/>
          <w:color w:val="000000" w:themeColor="text1"/>
          <w:sz w:val="24"/>
          <w:szCs w:val="24"/>
          <w:lang w:val="id-ID"/>
        </w:rPr>
        <w:t>Sumber Data</w:t>
      </w:r>
      <w:bookmarkEnd w:id="35"/>
    </w:p>
    <w:p w14:paraId="1D8FD162" w14:textId="77777777" w:rsidR="003F6CE3" w:rsidRPr="00AE1560" w:rsidRDefault="00156FA5" w:rsidP="00AE1560">
      <w:pPr>
        <w:spacing w:after="0" w:line="360" w:lineRule="auto"/>
        <w:ind w:left="284" w:firstLine="709"/>
        <w:jc w:val="both"/>
        <w:rPr>
          <w:rFonts w:ascii="Times New Roman" w:hAnsi="Times New Roman" w:cs="Times New Roman"/>
          <w:noProof/>
          <w:color w:val="000000" w:themeColor="text1"/>
          <w:sz w:val="24"/>
          <w:szCs w:val="24"/>
          <w:lang w:val="id-ID"/>
        </w:rPr>
      </w:pPr>
      <w:r w:rsidRPr="00AE1560">
        <w:rPr>
          <w:rFonts w:ascii="Times New Roman" w:hAnsi="Times New Roman" w:cs="Times New Roman"/>
          <w:noProof/>
          <w:color w:val="000000" w:themeColor="text1"/>
          <w:sz w:val="24"/>
          <w:szCs w:val="24"/>
          <w:lang w:val="id-ID"/>
        </w:rPr>
        <w:t>Sumber data dalam penelitian ini dibagi menjadi dua kategori utama, yaitu:</w:t>
      </w:r>
    </w:p>
    <w:p w14:paraId="3160515A" w14:textId="77777777" w:rsidR="003F6CE3" w:rsidRDefault="00156FA5">
      <w:pPr>
        <w:pStyle w:val="ListParagraph"/>
        <w:numPr>
          <w:ilvl w:val="0"/>
          <w:numId w:val="19"/>
        </w:numPr>
        <w:spacing w:after="0" w:line="360" w:lineRule="auto"/>
        <w:ind w:left="851"/>
        <w:jc w:val="both"/>
        <w:rPr>
          <w:rFonts w:ascii="Times New Roman" w:hAnsi="Times New Roman" w:cs="Times New Roman"/>
          <w:noProof/>
          <w:color w:val="000000" w:themeColor="text1"/>
          <w:sz w:val="24"/>
          <w:szCs w:val="24"/>
          <w:lang w:val="id-ID"/>
        </w:rPr>
      </w:pPr>
      <w:r w:rsidRPr="00AE1560">
        <w:rPr>
          <w:rFonts w:ascii="Times New Roman" w:hAnsi="Times New Roman" w:cs="Times New Roman"/>
          <w:noProof/>
          <w:color w:val="000000" w:themeColor="text1"/>
          <w:sz w:val="24"/>
          <w:szCs w:val="24"/>
          <w:lang w:val="id-ID"/>
        </w:rPr>
        <w:t xml:space="preserve">Data Utama (Primer) </w:t>
      </w:r>
    </w:p>
    <w:p w14:paraId="571DBEBD" w14:textId="77777777" w:rsidR="003E600A" w:rsidRPr="003E600A" w:rsidRDefault="003E600A" w:rsidP="003E600A">
      <w:pPr>
        <w:pStyle w:val="ListParagraph"/>
        <w:spacing w:after="0" w:line="360" w:lineRule="auto"/>
        <w:ind w:left="851" w:firstLine="709"/>
        <w:jc w:val="both"/>
        <w:rPr>
          <w:rFonts w:ascii="Times New Roman" w:hAnsi="Times New Roman" w:cs="Times New Roman"/>
          <w:noProof/>
          <w:color w:val="000000" w:themeColor="text1"/>
          <w:sz w:val="24"/>
          <w:szCs w:val="24"/>
          <w:lang w:val="en-ID"/>
        </w:rPr>
      </w:pPr>
      <w:r w:rsidRPr="003E600A">
        <w:rPr>
          <w:rFonts w:ascii="Times New Roman" w:hAnsi="Times New Roman" w:cs="Times New Roman"/>
          <w:noProof/>
          <w:color w:val="000000" w:themeColor="text1"/>
          <w:sz w:val="24"/>
          <w:szCs w:val="24"/>
          <w:lang w:val="en-ID"/>
        </w:rPr>
        <w:t>Data primer merupakan data yang diperoleh secara langsung dari informan penelitian. Data primer dalam penelitian ini berupa jawaban naratif mengenai pengalaman informan ketika menjalani aktivitas di industri perhotelan Jepang, baik melalui pekerjaan, training, maupun program magang.</w:t>
      </w:r>
    </w:p>
    <w:p w14:paraId="2B2B38B8" w14:textId="77777777" w:rsidR="003E600A" w:rsidRDefault="003E600A" w:rsidP="003E600A">
      <w:pPr>
        <w:pStyle w:val="ListParagraph"/>
        <w:spacing w:after="0" w:line="360" w:lineRule="auto"/>
        <w:ind w:left="851" w:firstLine="709"/>
        <w:jc w:val="both"/>
        <w:rPr>
          <w:rFonts w:ascii="Times New Roman" w:hAnsi="Times New Roman" w:cs="Times New Roman"/>
          <w:noProof/>
          <w:color w:val="000000" w:themeColor="text1"/>
          <w:sz w:val="24"/>
          <w:szCs w:val="24"/>
          <w:lang w:val="en-ID"/>
        </w:rPr>
      </w:pPr>
      <w:r w:rsidRPr="003E600A">
        <w:rPr>
          <w:rFonts w:ascii="Times New Roman" w:hAnsi="Times New Roman" w:cs="Times New Roman"/>
          <w:noProof/>
          <w:color w:val="000000" w:themeColor="text1"/>
          <w:sz w:val="24"/>
          <w:szCs w:val="24"/>
          <w:lang w:val="en-ID"/>
        </w:rPr>
        <w:t>Informan dipilih karena memiliki pengalaman langsung dengan lingkungan kerja perhotelan Jepang sehingga mampu memberikan informasi mengenai tantangan etika kerja, pola komunikasi, hambatan yang muncul dalam pelaksanaan pekerjaan, serta strategi yang digunakan untuk menyesuaikan diri dengan budaya kerja Jepang.</w:t>
      </w:r>
    </w:p>
    <w:p w14:paraId="342BBF70" w14:textId="77777777" w:rsidR="003E600A" w:rsidRPr="003E600A" w:rsidRDefault="003E600A" w:rsidP="003E600A">
      <w:pPr>
        <w:pStyle w:val="ListParagraph"/>
        <w:spacing w:after="0" w:line="360" w:lineRule="auto"/>
        <w:ind w:left="851" w:firstLine="709"/>
        <w:jc w:val="both"/>
        <w:rPr>
          <w:rFonts w:ascii="Times New Roman" w:hAnsi="Times New Roman" w:cs="Times New Roman"/>
          <w:noProof/>
          <w:color w:val="000000" w:themeColor="text1"/>
          <w:sz w:val="24"/>
          <w:szCs w:val="24"/>
          <w:lang w:val="en-ID"/>
        </w:rPr>
      </w:pPr>
      <w:r w:rsidRPr="003E600A">
        <w:rPr>
          <w:rFonts w:ascii="Times New Roman" w:hAnsi="Times New Roman" w:cs="Times New Roman"/>
          <w:noProof/>
          <w:color w:val="000000" w:themeColor="text1"/>
          <w:sz w:val="24"/>
          <w:szCs w:val="24"/>
          <w:lang w:val="en-ID"/>
        </w:rPr>
        <w:t>Informan dalam penelitian ini berjumlah 13 orang. Informan tidak dipilih berdasarkan jumlah sampel yang ditentukan secara statistik, tetapi berdasarkan kesesuaian pengalaman mereka dengan fokus penelitian. Pemilihan informan dilakukan menggunakan teknik purposive sampling, yaitu pemilihan informan berdasarkan pertimbangan dan kriteria tertentu yang telah ditetapkan peneliti.</w:t>
      </w:r>
    </w:p>
    <w:p w14:paraId="0D5C084D" w14:textId="77777777" w:rsidR="003E600A" w:rsidRPr="003E600A" w:rsidRDefault="003E600A" w:rsidP="003E600A">
      <w:pPr>
        <w:pStyle w:val="ListParagraph"/>
        <w:spacing w:after="0" w:line="360" w:lineRule="auto"/>
        <w:ind w:left="851" w:firstLine="709"/>
        <w:jc w:val="both"/>
        <w:rPr>
          <w:rFonts w:ascii="Times New Roman" w:hAnsi="Times New Roman" w:cs="Times New Roman"/>
          <w:noProof/>
          <w:color w:val="000000" w:themeColor="text1"/>
          <w:sz w:val="24"/>
          <w:szCs w:val="24"/>
          <w:lang w:val="en-ID"/>
        </w:rPr>
      </w:pPr>
      <w:r w:rsidRPr="003E600A">
        <w:rPr>
          <w:rFonts w:ascii="Times New Roman" w:hAnsi="Times New Roman" w:cs="Times New Roman"/>
          <w:noProof/>
          <w:color w:val="000000" w:themeColor="text1"/>
          <w:sz w:val="24"/>
          <w:szCs w:val="24"/>
          <w:lang w:val="en-ID"/>
        </w:rPr>
        <w:t>Kriteria informan dalam penelitian ini adalah sebagai berikut:</w:t>
      </w:r>
    </w:p>
    <w:p w14:paraId="1EB738EF" w14:textId="77777777" w:rsidR="003E600A" w:rsidRPr="003E600A" w:rsidRDefault="003E600A">
      <w:pPr>
        <w:pStyle w:val="ListParagraph"/>
        <w:numPr>
          <w:ilvl w:val="0"/>
          <w:numId w:val="27"/>
        </w:numPr>
        <w:tabs>
          <w:tab w:val="clear" w:pos="720"/>
        </w:tabs>
        <w:spacing w:after="0" w:line="360" w:lineRule="auto"/>
        <w:ind w:left="1418"/>
        <w:jc w:val="both"/>
        <w:rPr>
          <w:rFonts w:ascii="Times New Roman" w:hAnsi="Times New Roman" w:cs="Times New Roman"/>
          <w:noProof/>
          <w:color w:val="000000" w:themeColor="text1"/>
          <w:sz w:val="24"/>
          <w:szCs w:val="24"/>
          <w:lang w:val="en-ID"/>
        </w:rPr>
      </w:pPr>
      <w:r w:rsidRPr="003E600A">
        <w:rPr>
          <w:rFonts w:ascii="Times New Roman" w:hAnsi="Times New Roman" w:cs="Times New Roman"/>
          <w:noProof/>
          <w:color w:val="000000" w:themeColor="text1"/>
          <w:sz w:val="24"/>
          <w:szCs w:val="24"/>
          <w:lang w:val="en-ID"/>
        </w:rPr>
        <w:t>Mahasiswa atau individu yang pernah atau sedang menjalani aktivitas di industri perhotelan Jepang.</w:t>
      </w:r>
    </w:p>
    <w:p w14:paraId="760FDCD2" w14:textId="77777777" w:rsidR="003E600A" w:rsidRPr="003E600A" w:rsidRDefault="003E600A">
      <w:pPr>
        <w:pStyle w:val="ListParagraph"/>
        <w:numPr>
          <w:ilvl w:val="0"/>
          <w:numId w:val="27"/>
        </w:numPr>
        <w:tabs>
          <w:tab w:val="clear" w:pos="720"/>
        </w:tabs>
        <w:spacing w:after="0" w:line="360" w:lineRule="auto"/>
        <w:ind w:left="1418"/>
        <w:jc w:val="both"/>
        <w:rPr>
          <w:rFonts w:ascii="Times New Roman" w:hAnsi="Times New Roman" w:cs="Times New Roman"/>
          <w:noProof/>
          <w:color w:val="000000" w:themeColor="text1"/>
          <w:sz w:val="24"/>
          <w:szCs w:val="24"/>
          <w:lang w:val="en-ID"/>
        </w:rPr>
      </w:pPr>
      <w:r w:rsidRPr="003E600A">
        <w:rPr>
          <w:rFonts w:ascii="Times New Roman" w:hAnsi="Times New Roman" w:cs="Times New Roman"/>
          <w:noProof/>
          <w:color w:val="000000" w:themeColor="text1"/>
          <w:sz w:val="24"/>
          <w:szCs w:val="24"/>
          <w:lang w:val="en-ID"/>
        </w:rPr>
        <w:t>Pernah bekerja, mengikuti training, atau menjalani program magang di hotel atau industri hospitality di Jepang.</w:t>
      </w:r>
    </w:p>
    <w:p w14:paraId="599766BD" w14:textId="77777777" w:rsidR="003E600A" w:rsidRPr="003E600A" w:rsidRDefault="003E600A">
      <w:pPr>
        <w:pStyle w:val="ListParagraph"/>
        <w:numPr>
          <w:ilvl w:val="0"/>
          <w:numId w:val="27"/>
        </w:numPr>
        <w:tabs>
          <w:tab w:val="clear" w:pos="720"/>
        </w:tabs>
        <w:spacing w:after="0" w:line="360" w:lineRule="auto"/>
        <w:ind w:left="1418"/>
        <w:jc w:val="both"/>
        <w:rPr>
          <w:rFonts w:ascii="Times New Roman" w:hAnsi="Times New Roman" w:cs="Times New Roman"/>
          <w:noProof/>
          <w:color w:val="000000" w:themeColor="text1"/>
          <w:sz w:val="24"/>
          <w:szCs w:val="24"/>
          <w:lang w:val="en-ID"/>
        </w:rPr>
      </w:pPr>
      <w:r w:rsidRPr="003E600A">
        <w:rPr>
          <w:rFonts w:ascii="Times New Roman" w:hAnsi="Times New Roman" w:cs="Times New Roman"/>
          <w:noProof/>
          <w:color w:val="000000" w:themeColor="text1"/>
          <w:sz w:val="24"/>
          <w:szCs w:val="24"/>
          <w:lang w:val="en-ID"/>
        </w:rPr>
        <w:t>Memiliki pengalaman berinteraksi dengan tenaga kerja Jepang atau lingkungan kerja yang menggunakan budaya kerja Jepang.</w:t>
      </w:r>
    </w:p>
    <w:p w14:paraId="204D43A5" w14:textId="77777777" w:rsidR="003E600A" w:rsidRPr="003E600A" w:rsidRDefault="003E600A">
      <w:pPr>
        <w:pStyle w:val="ListParagraph"/>
        <w:numPr>
          <w:ilvl w:val="0"/>
          <w:numId w:val="27"/>
        </w:numPr>
        <w:tabs>
          <w:tab w:val="clear" w:pos="720"/>
        </w:tabs>
        <w:spacing w:after="0" w:line="360" w:lineRule="auto"/>
        <w:ind w:left="1418"/>
        <w:jc w:val="both"/>
        <w:rPr>
          <w:rFonts w:ascii="Times New Roman" w:hAnsi="Times New Roman" w:cs="Times New Roman"/>
          <w:noProof/>
          <w:color w:val="000000" w:themeColor="text1"/>
          <w:sz w:val="24"/>
          <w:szCs w:val="24"/>
          <w:lang w:val="en-ID"/>
        </w:rPr>
      </w:pPr>
      <w:r w:rsidRPr="003E600A">
        <w:rPr>
          <w:rFonts w:ascii="Times New Roman" w:hAnsi="Times New Roman" w:cs="Times New Roman"/>
          <w:noProof/>
          <w:color w:val="000000" w:themeColor="text1"/>
          <w:sz w:val="24"/>
          <w:szCs w:val="24"/>
          <w:lang w:val="en-ID"/>
        </w:rPr>
        <w:t>Memiliki pengalaman yang berkaitan dengan tantangan bahasa, etika kerja, atau proses adaptasi di lingkungan hospitality Jepang.</w:t>
      </w:r>
    </w:p>
    <w:p w14:paraId="4F28C265" w14:textId="77777777" w:rsidR="003E600A" w:rsidRPr="003E600A" w:rsidRDefault="003E600A">
      <w:pPr>
        <w:pStyle w:val="ListParagraph"/>
        <w:numPr>
          <w:ilvl w:val="0"/>
          <w:numId w:val="27"/>
        </w:numPr>
        <w:tabs>
          <w:tab w:val="clear" w:pos="720"/>
        </w:tabs>
        <w:spacing w:after="0" w:line="360" w:lineRule="auto"/>
        <w:ind w:left="1418"/>
        <w:jc w:val="both"/>
        <w:rPr>
          <w:rFonts w:ascii="Times New Roman" w:hAnsi="Times New Roman" w:cs="Times New Roman"/>
          <w:noProof/>
          <w:color w:val="000000" w:themeColor="text1"/>
          <w:sz w:val="24"/>
          <w:szCs w:val="24"/>
          <w:lang w:val="en-ID"/>
        </w:rPr>
      </w:pPr>
      <w:r w:rsidRPr="003E600A">
        <w:rPr>
          <w:rFonts w:ascii="Times New Roman" w:hAnsi="Times New Roman" w:cs="Times New Roman"/>
          <w:noProof/>
          <w:color w:val="000000" w:themeColor="text1"/>
          <w:sz w:val="24"/>
          <w:szCs w:val="24"/>
          <w:lang w:val="en-ID"/>
        </w:rPr>
        <w:t>Bersedia memberikan informasi berdasarkan pengalaman yang benar-benar dialami selama menjalani aktivitas di industri perhotelan Jepang.</w:t>
      </w:r>
    </w:p>
    <w:p w14:paraId="69B67208" w14:textId="77777777" w:rsidR="003E600A" w:rsidRPr="003E600A" w:rsidRDefault="003E600A" w:rsidP="003E600A">
      <w:pPr>
        <w:pStyle w:val="ListParagraph"/>
        <w:spacing w:after="0" w:line="360" w:lineRule="auto"/>
        <w:ind w:left="851" w:firstLine="709"/>
        <w:jc w:val="both"/>
        <w:rPr>
          <w:rFonts w:ascii="Times New Roman" w:hAnsi="Times New Roman" w:cs="Times New Roman"/>
          <w:noProof/>
          <w:color w:val="000000" w:themeColor="text1"/>
          <w:sz w:val="24"/>
          <w:szCs w:val="24"/>
          <w:lang w:val="en-ID"/>
        </w:rPr>
      </w:pPr>
      <w:r w:rsidRPr="003E600A">
        <w:rPr>
          <w:rFonts w:ascii="Times New Roman" w:hAnsi="Times New Roman" w:cs="Times New Roman"/>
          <w:noProof/>
          <w:color w:val="000000" w:themeColor="text1"/>
          <w:sz w:val="24"/>
          <w:szCs w:val="24"/>
          <w:lang w:val="en-ID"/>
        </w:rPr>
        <w:t>Penggunaan 13 informan dalam penelitian ini didasarkan pada pertimbangan bahwa seluruh informan memenuhi kriteria dan memiliki pengalaman yang relevan dengan fokus penelitian. Dalam penelitian kualitatif, kecukupan data tidak ditentukan semata-mata berdasarkan jumlah informan, tetapi berdasarkan relevansi dan kedalaman informasi yang diperoleh. Oleh karena itu, 13 informan dalam penelitian ini diposisikan sebagai sumber informasi yang memiliki pengalaman langsung terhadap fenomena yang diteliti.</w:t>
      </w:r>
    </w:p>
    <w:p w14:paraId="174198D7" w14:textId="77777777" w:rsidR="003E600A" w:rsidRPr="003E600A" w:rsidRDefault="003E600A" w:rsidP="003E600A">
      <w:pPr>
        <w:pStyle w:val="ListParagraph"/>
        <w:spacing w:after="0" w:line="360" w:lineRule="auto"/>
        <w:ind w:left="851" w:firstLine="709"/>
        <w:jc w:val="both"/>
        <w:rPr>
          <w:rFonts w:ascii="Times New Roman" w:hAnsi="Times New Roman" w:cs="Times New Roman"/>
          <w:noProof/>
          <w:color w:val="000000" w:themeColor="text1"/>
          <w:sz w:val="24"/>
          <w:szCs w:val="24"/>
          <w:lang w:val="en-ID"/>
        </w:rPr>
      </w:pPr>
      <w:r w:rsidRPr="003E600A">
        <w:rPr>
          <w:rFonts w:ascii="Times New Roman" w:hAnsi="Times New Roman" w:cs="Times New Roman"/>
          <w:noProof/>
          <w:color w:val="000000" w:themeColor="text1"/>
          <w:sz w:val="24"/>
          <w:szCs w:val="24"/>
          <w:lang w:val="en-ID"/>
        </w:rPr>
        <w:t>Untuk menjaga kerahasiaan identitas informan, peneliti menggunakan kode seperti R-1, R-2, hingga R-13 dalam penyajian hasil penelitian.</w:t>
      </w:r>
    </w:p>
    <w:p w14:paraId="4A913437" w14:textId="77777777" w:rsidR="003F6CE3" w:rsidRDefault="00156FA5">
      <w:pPr>
        <w:pStyle w:val="ListParagraph"/>
        <w:numPr>
          <w:ilvl w:val="0"/>
          <w:numId w:val="19"/>
        </w:numPr>
        <w:spacing w:after="0" w:line="360" w:lineRule="auto"/>
        <w:ind w:left="851"/>
        <w:jc w:val="both"/>
        <w:rPr>
          <w:rFonts w:ascii="Times New Roman" w:hAnsi="Times New Roman" w:cs="Times New Roman"/>
          <w:noProof/>
          <w:color w:val="000000" w:themeColor="text1"/>
          <w:sz w:val="24"/>
          <w:szCs w:val="24"/>
          <w:lang w:val="id-ID"/>
        </w:rPr>
      </w:pPr>
      <w:r w:rsidRPr="00AE1560">
        <w:rPr>
          <w:rFonts w:ascii="Times New Roman" w:hAnsi="Times New Roman" w:cs="Times New Roman"/>
          <w:noProof/>
          <w:color w:val="000000" w:themeColor="text1"/>
          <w:sz w:val="24"/>
          <w:szCs w:val="24"/>
          <w:lang w:val="id-ID"/>
        </w:rPr>
        <w:t xml:space="preserve">Data Pendukung (Sekunder) </w:t>
      </w:r>
    </w:p>
    <w:p w14:paraId="3F8D0017" w14:textId="77777777" w:rsidR="003E600A" w:rsidRPr="003E600A" w:rsidRDefault="003E600A" w:rsidP="003E600A">
      <w:pPr>
        <w:pStyle w:val="ListParagraph"/>
        <w:spacing w:after="0" w:line="360" w:lineRule="auto"/>
        <w:ind w:left="851" w:firstLine="709"/>
        <w:jc w:val="both"/>
        <w:rPr>
          <w:rFonts w:ascii="Times New Roman" w:hAnsi="Times New Roman" w:cs="Times New Roman"/>
          <w:noProof/>
          <w:color w:val="000000" w:themeColor="text1"/>
          <w:sz w:val="24"/>
          <w:szCs w:val="24"/>
          <w:lang w:val="en-ID"/>
        </w:rPr>
      </w:pPr>
      <w:r w:rsidRPr="003E600A">
        <w:rPr>
          <w:rFonts w:ascii="Times New Roman" w:hAnsi="Times New Roman" w:cs="Times New Roman"/>
          <w:noProof/>
          <w:color w:val="000000" w:themeColor="text1"/>
          <w:sz w:val="24"/>
          <w:szCs w:val="24"/>
          <w:lang w:val="en-ID"/>
        </w:rPr>
        <w:t>Data sekunder merupakan data pendukung yang diperoleh dari berbagai sumber tertulis yang relevan dengan penelitian, seperti buku, jurnal ilmiah, penelitian terdahulu, serta sumber akademik lainnya yang membahas komunikasi antarbudaya, budaya kerja Jepang, etika kerja, hospitality, dan adaptasi tenaga kerja asing.</w:t>
      </w:r>
    </w:p>
    <w:p w14:paraId="1F495197" w14:textId="77777777" w:rsidR="003E600A" w:rsidRPr="003E600A" w:rsidRDefault="003E600A" w:rsidP="006E0090">
      <w:pPr>
        <w:pStyle w:val="ListParagraph"/>
        <w:spacing w:line="360" w:lineRule="auto"/>
        <w:ind w:left="851" w:firstLine="709"/>
        <w:jc w:val="both"/>
        <w:rPr>
          <w:rFonts w:ascii="Times New Roman" w:hAnsi="Times New Roman" w:cs="Times New Roman"/>
          <w:noProof/>
          <w:color w:val="000000" w:themeColor="text1"/>
          <w:sz w:val="24"/>
          <w:szCs w:val="24"/>
          <w:lang w:val="en-ID"/>
        </w:rPr>
      </w:pPr>
      <w:r w:rsidRPr="003E600A">
        <w:rPr>
          <w:rFonts w:ascii="Times New Roman" w:hAnsi="Times New Roman" w:cs="Times New Roman"/>
          <w:noProof/>
          <w:color w:val="000000" w:themeColor="text1"/>
          <w:sz w:val="24"/>
          <w:szCs w:val="24"/>
          <w:lang w:val="en-ID"/>
        </w:rPr>
        <w:t>Data sekunder digunakan sebagai landasan teoritis sekaligus sebagai bahan pembanding terhadap temuan yang diperoleh dari informan.</w:t>
      </w:r>
    </w:p>
    <w:p w14:paraId="5ACBE286" w14:textId="77777777" w:rsidR="003F6CE3" w:rsidRPr="005D4FE5" w:rsidRDefault="00156FA5">
      <w:pPr>
        <w:pStyle w:val="Heading2"/>
        <w:numPr>
          <w:ilvl w:val="0"/>
          <w:numId w:val="18"/>
        </w:numPr>
        <w:spacing w:before="0" w:line="360" w:lineRule="auto"/>
        <w:ind w:left="284"/>
        <w:jc w:val="both"/>
        <w:rPr>
          <w:rFonts w:ascii="Times New Roman" w:hAnsi="Times New Roman" w:cs="Times New Roman"/>
          <w:noProof/>
          <w:color w:val="000000" w:themeColor="text1"/>
          <w:sz w:val="24"/>
          <w:szCs w:val="24"/>
          <w:lang w:val="id-ID"/>
        </w:rPr>
      </w:pPr>
      <w:bookmarkStart w:id="36" w:name="_Toc238448300"/>
      <w:r w:rsidRPr="005D4FE5">
        <w:rPr>
          <w:rFonts w:ascii="Times New Roman" w:hAnsi="Times New Roman" w:cs="Times New Roman"/>
          <w:noProof/>
          <w:color w:val="000000" w:themeColor="text1"/>
          <w:sz w:val="24"/>
          <w:szCs w:val="24"/>
          <w:lang w:val="id-ID"/>
        </w:rPr>
        <w:t>Fokus Penelitian</w:t>
      </w:r>
      <w:bookmarkEnd w:id="36"/>
      <w:r w:rsidR="00EC75D7" w:rsidRPr="005D4FE5">
        <w:rPr>
          <w:rFonts w:ascii="Times New Roman" w:hAnsi="Times New Roman" w:cs="Times New Roman"/>
          <w:noProof/>
          <w:color w:val="000000" w:themeColor="text1"/>
          <w:sz w:val="24"/>
          <w:szCs w:val="24"/>
          <w:lang w:val="id-ID"/>
        </w:rPr>
        <w:t xml:space="preserve"> </w:t>
      </w:r>
    </w:p>
    <w:p w14:paraId="5ABE1242" w14:textId="77777777" w:rsidR="003F6CE3" w:rsidRPr="00AE1560" w:rsidRDefault="003E600A" w:rsidP="00AE1560">
      <w:pPr>
        <w:spacing w:after="0" w:line="360" w:lineRule="auto"/>
        <w:ind w:left="284" w:firstLine="720"/>
        <w:jc w:val="both"/>
        <w:rPr>
          <w:rFonts w:ascii="Times New Roman" w:hAnsi="Times New Roman" w:cs="Times New Roman"/>
          <w:noProof/>
          <w:color w:val="000000" w:themeColor="text1"/>
          <w:sz w:val="24"/>
          <w:szCs w:val="24"/>
          <w:lang w:val="id-ID"/>
        </w:rPr>
      </w:pPr>
      <w:r w:rsidRPr="003E600A">
        <w:rPr>
          <w:rFonts w:ascii="Times New Roman" w:hAnsi="Times New Roman" w:cs="Times New Roman"/>
          <w:noProof/>
          <w:color w:val="000000" w:themeColor="text1"/>
          <w:sz w:val="24"/>
          <w:szCs w:val="24"/>
        </w:rPr>
        <w:t xml:space="preserve">Fokus penelitian ditetapkan untuk membatasi pembahasan agar tetap sesuai dengan tujuan penelitian. Fokus </w:t>
      </w:r>
      <w:r w:rsidR="006E0090">
        <w:rPr>
          <w:rFonts w:ascii="Times New Roman" w:hAnsi="Times New Roman" w:cs="Times New Roman"/>
          <w:noProof/>
          <w:color w:val="000000" w:themeColor="text1"/>
          <w:sz w:val="24"/>
          <w:szCs w:val="24"/>
        </w:rPr>
        <w:t>ini</w:t>
      </w:r>
      <w:r w:rsidRPr="003E600A">
        <w:rPr>
          <w:rFonts w:ascii="Times New Roman" w:hAnsi="Times New Roman" w:cs="Times New Roman"/>
          <w:noProof/>
          <w:color w:val="000000" w:themeColor="text1"/>
          <w:sz w:val="24"/>
          <w:szCs w:val="24"/>
        </w:rPr>
        <w:t xml:space="preserve"> terdiri atas tiga aspek utama, yaitu:</w:t>
      </w:r>
    </w:p>
    <w:p w14:paraId="48CF572D" w14:textId="77777777" w:rsidR="003E600A" w:rsidRDefault="00156FA5">
      <w:pPr>
        <w:pStyle w:val="ListParagraph"/>
        <w:numPr>
          <w:ilvl w:val="0"/>
          <w:numId w:val="20"/>
        </w:numPr>
        <w:spacing w:after="0" w:line="360" w:lineRule="auto"/>
        <w:ind w:left="851"/>
        <w:jc w:val="both"/>
        <w:rPr>
          <w:rFonts w:ascii="Times New Roman" w:hAnsi="Times New Roman" w:cs="Times New Roman"/>
          <w:noProof/>
          <w:color w:val="000000" w:themeColor="text1"/>
          <w:sz w:val="24"/>
          <w:szCs w:val="24"/>
          <w:lang w:val="id-ID"/>
        </w:rPr>
      </w:pPr>
      <w:r w:rsidRPr="00AE1560">
        <w:rPr>
          <w:rFonts w:ascii="Times New Roman" w:hAnsi="Times New Roman" w:cs="Times New Roman"/>
          <w:noProof/>
          <w:color w:val="000000" w:themeColor="text1"/>
          <w:sz w:val="24"/>
          <w:szCs w:val="24"/>
          <w:lang w:val="id-ID"/>
        </w:rPr>
        <w:t>Tantangan Bahasa</w:t>
      </w:r>
    </w:p>
    <w:p w14:paraId="55503416" w14:textId="77777777" w:rsidR="006B511E" w:rsidRPr="00AE1560" w:rsidRDefault="003E600A" w:rsidP="003E600A">
      <w:pPr>
        <w:pStyle w:val="ListParagraph"/>
        <w:spacing w:after="0" w:line="360" w:lineRule="auto"/>
        <w:ind w:left="851" w:firstLine="709"/>
        <w:jc w:val="both"/>
        <w:rPr>
          <w:rFonts w:ascii="Times New Roman" w:hAnsi="Times New Roman" w:cs="Times New Roman"/>
          <w:noProof/>
          <w:color w:val="000000" w:themeColor="text1"/>
          <w:sz w:val="24"/>
          <w:szCs w:val="24"/>
          <w:lang w:val="id-ID"/>
        </w:rPr>
      </w:pPr>
      <w:r w:rsidRPr="003E600A">
        <w:rPr>
          <w:rFonts w:ascii="Times New Roman" w:hAnsi="Times New Roman" w:cs="Times New Roman"/>
          <w:noProof/>
          <w:color w:val="000000" w:themeColor="text1"/>
          <w:sz w:val="24"/>
          <w:szCs w:val="24"/>
        </w:rPr>
        <w:t xml:space="preserve">Tantangan bahasa berkaitan dengan hambatan yang dialami informan ketika berkomunikasi dalam lingkungan kerja perhotelan Jepang. Aspek yang diamati meliputi kesulitan memahami bahasa Jepang dalam situasi kerja, penggunaan bahasa hormat atau Keigo/Teineigo, pemahaman istilah teknis </w:t>
      </w:r>
      <w:r w:rsidRPr="00417436">
        <w:rPr>
          <w:rFonts w:ascii="Times New Roman" w:hAnsi="Times New Roman" w:cs="Times New Roman"/>
          <w:i/>
          <w:iCs/>
          <w:noProof/>
          <w:color w:val="000000" w:themeColor="text1"/>
          <w:sz w:val="24"/>
          <w:szCs w:val="24"/>
        </w:rPr>
        <w:t>hospitality</w:t>
      </w:r>
      <w:r w:rsidRPr="003E600A">
        <w:rPr>
          <w:rFonts w:ascii="Times New Roman" w:hAnsi="Times New Roman" w:cs="Times New Roman"/>
          <w:noProof/>
          <w:color w:val="000000" w:themeColor="text1"/>
          <w:sz w:val="24"/>
          <w:szCs w:val="24"/>
        </w:rPr>
        <w:t>, kecepatan berbicara, dialek, serta pemahaman instruksi dari atasan dan rekan kerja</w:t>
      </w:r>
      <w:r w:rsidR="00156FA5" w:rsidRPr="00AE1560">
        <w:rPr>
          <w:rFonts w:ascii="Times New Roman" w:hAnsi="Times New Roman" w:cs="Times New Roman"/>
          <w:color w:val="000000" w:themeColor="text1"/>
          <w:sz w:val="24"/>
          <w:szCs w:val="24"/>
        </w:rPr>
        <w:t xml:space="preserve"> (Giri dan Syafrizal, 2023).</w:t>
      </w:r>
    </w:p>
    <w:p w14:paraId="00EB0890" w14:textId="77777777" w:rsidR="003E600A" w:rsidRDefault="00156FA5">
      <w:pPr>
        <w:pStyle w:val="ListParagraph"/>
        <w:numPr>
          <w:ilvl w:val="0"/>
          <w:numId w:val="20"/>
        </w:numPr>
        <w:spacing w:after="0" w:line="360" w:lineRule="auto"/>
        <w:ind w:left="851"/>
        <w:jc w:val="both"/>
        <w:rPr>
          <w:rFonts w:ascii="Times New Roman" w:hAnsi="Times New Roman" w:cs="Times New Roman"/>
          <w:noProof/>
          <w:color w:val="000000" w:themeColor="text1"/>
          <w:sz w:val="24"/>
          <w:szCs w:val="24"/>
          <w:lang w:val="id-ID"/>
        </w:rPr>
      </w:pPr>
      <w:r w:rsidRPr="00AE1560">
        <w:rPr>
          <w:rFonts w:ascii="Times New Roman" w:hAnsi="Times New Roman" w:cs="Times New Roman"/>
          <w:noProof/>
          <w:color w:val="000000" w:themeColor="text1"/>
          <w:sz w:val="24"/>
          <w:szCs w:val="24"/>
          <w:lang w:val="id-ID"/>
        </w:rPr>
        <w:t>Etika Kerja</w:t>
      </w:r>
    </w:p>
    <w:p w14:paraId="53B42440" w14:textId="77777777" w:rsidR="006B511E" w:rsidRPr="00AE1560" w:rsidRDefault="003E600A" w:rsidP="003E600A">
      <w:pPr>
        <w:pStyle w:val="ListParagraph"/>
        <w:spacing w:after="0" w:line="360" w:lineRule="auto"/>
        <w:ind w:left="851" w:firstLine="709"/>
        <w:jc w:val="both"/>
        <w:rPr>
          <w:rFonts w:ascii="Times New Roman" w:hAnsi="Times New Roman" w:cs="Times New Roman"/>
          <w:noProof/>
          <w:color w:val="000000" w:themeColor="text1"/>
          <w:sz w:val="24"/>
          <w:szCs w:val="24"/>
          <w:lang w:val="id-ID"/>
        </w:rPr>
      </w:pPr>
      <w:r w:rsidRPr="003E600A">
        <w:rPr>
          <w:rFonts w:ascii="Times New Roman" w:hAnsi="Times New Roman" w:cs="Times New Roman"/>
          <w:noProof/>
          <w:color w:val="000000" w:themeColor="text1"/>
          <w:sz w:val="24"/>
          <w:szCs w:val="24"/>
        </w:rPr>
        <w:t xml:space="preserve">Tantangan etika kerja berkaitan dengan pengalaman informan dalam menghadapi standar dan kebiasaan kerja yang berlaku di lingkungan perhotelan Jepang. Aspek yang diperhatikan meliputi kedisiplinan waktu, tuntutan kecepatan dan ketelitian kerja, hubungan hierarki antara senior dan junior, sikap profesional, standar pelayanan, </w:t>
      </w:r>
      <w:r w:rsidRPr="00417436">
        <w:rPr>
          <w:rFonts w:ascii="Times New Roman" w:hAnsi="Times New Roman" w:cs="Times New Roman"/>
          <w:i/>
          <w:iCs/>
          <w:noProof/>
          <w:color w:val="000000" w:themeColor="text1"/>
          <w:sz w:val="24"/>
          <w:szCs w:val="24"/>
        </w:rPr>
        <w:t>Omotenashi</w:t>
      </w:r>
      <w:r w:rsidRPr="003E600A">
        <w:rPr>
          <w:rFonts w:ascii="Times New Roman" w:hAnsi="Times New Roman" w:cs="Times New Roman"/>
          <w:noProof/>
          <w:color w:val="000000" w:themeColor="text1"/>
          <w:sz w:val="24"/>
          <w:szCs w:val="24"/>
        </w:rPr>
        <w:t>, serta kebiasaan komunikasi dan koordinasi dalam lingkungan kerja</w:t>
      </w:r>
      <w:r w:rsidR="00156FA5" w:rsidRPr="00AE1560">
        <w:rPr>
          <w:rFonts w:ascii="Times New Roman" w:hAnsi="Times New Roman" w:cs="Times New Roman"/>
          <w:noProof/>
          <w:color w:val="000000" w:themeColor="text1"/>
          <w:sz w:val="24"/>
          <w:szCs w:val="24"/>
          <w:lang w:val="id-ID"/>
        </w:rPr>
        <w:t xml:space="preserve"> (Setyawan, 2023).</w:t>
      </w:r>
    </w:p>
    <w:p w14:paraId="40DF7DF9" w14:textId="77777777" w:rsidR="003E600A" w:rsidRDefault="00156FA5">
      <w:pPr>
        <w:pStyle w:val="ListParagraph"/>
        <w:numPr>
          <w:ilvl w:val="0"/>
          <w:numId w:val="20"/>
        </w:numPr>
        <w:spacing w:after="0" w:line="360" w:lineRule="auto"/>
        <w:ind w:left="851"/>
        <w:jc w:val="both"/>
        <w:rPr>
          <w:rFonts w:ascii="Times New Roman" w:hAnsi="Times New Roman" w:cs="Times New Roman"/>
          <w:noProof/>
          <w:color w:val="000000" w:themeColor="text1"/>
          <w:sz w:val="24"/>
          <w:szCs w:val="24"/>
          <w:lang w:val="id-ID"/>
        </w:rPr>
      </w:pPr>
      <w:r w:rsidRPr="00AE1560">
        <w:rPr>
          <w:rFonts w:ascii="Times New Roman" w:hAnsi="Times New Roman" w:cs="Times New Roman"/>
          <w:noProof/>
          <w:color w:val="000000" w:themeColor="text1"/>
          <w:sz w:val="24"/>
          <w:szCs w:val="24"/>
          <w:lang w:val="id-ID"/>
        </w:rPr>
        <w:t>Strategi Adaptasi</w:t>
      </w:r>
    </w:p>
    <w:p w14:paraId="58F08CC7" w14:textId="77777777" w:rsidR="003F6CE3" w:rsidRPr="00AE1560" w:rsidRDefault="003E600A" w:rsidP="003E600A">
      <w:pPr>
        <w:pStyle w:val="ListParagraph"/>
        <w:spacing w:after="0" w:line="360" w:lineRule="auto"/>
        <w:ind w:left="851" w:firstLine="709"/>
        <w:jc w:val="both"/>
        <w:rPr>
          <w:rFonts w:ascii="Times New Roman" w:hAnsi="Times New Roman" w:cs="Times New Roman"/>
          <w:noProof/>
          <w:color w:val="000000" w:themeColor="text1"/>
          <w:sz w:val="24"/>
          <w:szCs w:val="24"/>
          <w:lang w:val="id-ID"/>
        </w:rPr>
      </w:pPr>
      <w:r w:rsidRPr="003E600A">
        <w:rPr>
          <w:rFonts w:ascii="Times New Roman" w:hAnsi="Times New Roman" w:cs="Times New Roman"/>
          <w:noProof/>
          <w:color w:val="000000" w:themeColor="text1"/>
          <w:sz w:val="24"/>
          <w:szCs w:val="24"/>
        </w:rPr>
        <w:t>Strategi adaptasi berkaitan dengan berbagai upaya yang dilakukan informan untuk mengatasi tantangan bahasa dan etika kerja serta menyesuaikan diri dengan lingkungan hospitality Jepang. Strategi tersebut meliputi komunikasi aktif dengan rekan kerja Jepang, pembelajaran bahasa secara mandiri, pencatatan kosakata dan instruksi kerja, meminta klarifikasi ketika tidak memahami instruksi, membangun hubungan sosial dengan rekan kerja, serta meningkatkan kedisiplinan dan sikap profesional</w:t>
      </w:r>
      <w:r>
        <w:rPr>
          <w:rFonts w:ascii="Times New Roman" w:hAnsi="Times New Roman" w:cs="Times New Roman"/>
          <w:color w:val="000000" w:themeColor="text1"/>
          <w:sz w:val="24"/>
          <w:szCs w:val="24"/>
        </w:rPr>
        <w:t xml:space="preserve"> </w:t>
      </w:r>
      <w:r w:rsidR="00156FA5" w:rsidRPr="00AE1560">
        <w:rPr>
          <w:rFonts w:ascii="Times New Roman" w:hAnsi="Times New Roman" w:cs="Times New Roman"/>
          <w:color w:val="000000" w:themeColor="text1"/>
          <w:sz w:val="24"/>
          <w:szCs w:val="24"/>
        </w:rPr>
        <w:t>(Putri dan Lestari, 2022)</w:t>
      </w:r>
      <w:r w:rsidR="006E0090">
        <w:rPr>
          <w:rFonts w:ascii="Times New Roman" w:hAnsi="Times New Roman" w:cs="Times New Roman"/>
          <w:color w:val="000000" w:themeColor="text1"/>
          <w:sz w:val="24"/>
          <w:szCs w:val="24"/>
        </w:rPr>
        <w:t>.</w:t>
      </w:r>
    </w:p>
    <w:p w14:paraId="1F558789" w14:textId="77777777" w:rsidR="003F6CE3" w:rsidRPr="00AE1560" w:rsidRDefault="00156FA5">
      <w:pPr>
        <w:pStyle w:val="Heading2"/>
        <w:numPr>
          <w:ilvl w:val="0"/>
          <w:numId w:val="18"/>
        </w:numPr>
        <w:spacing w:before="0" w:line="360" w:lineRule="auto"/>
        <w:ind w:left="284"/>
        <w:jc w:val="both"/>
        <w:rPr>
          <w:rFonts w:ascii="Times New Roman" w:hAnsi="Times New Roman" w:cs="Times New Roman"/>
          <w:noProof/>
          <w:color w:val="000000" w:themeColor="text1"/>
          <w:sz w:val="24"/>
          <w:szCs w:val="24"/>
          <w:lang w:val="id-ID"/>
        </w:rPr>
      </w:pPr>
      <w:bookmarkStart w:id="37" w:name="_Toc238448301"/>
      <w:r w:rsidRPr="00AE1560">
        <w:rPr>
          <w:rFonts w:ascii="Times New Roman" w:hAnsi="Times New Roman" w:cs="Times New Roman"/>
          <w:noProof/>
          <w:color w:val="000000" w:themeColor="text1"/>
          <w:sz w:val="24"/>
          <w:szCs w:val="24"/>
          <w:lang w:val="id-ID"/>
        </w:rPr>
        <w:t>Teknik Pengumpulan Data</w:t>
      </w:r>
      <w:bookmarkEnd w:id="37"/>
    </w:p>
    <w:p w14:paraId="2F3D530F" w14:textId="77777777" w:rsidR="003E600A" w:rsidRPr="003E600A" w:rsidRDefault="003E600A" w:rsidP="003E600A">
      <w:pPr>
        <w:spacing w:after="0" w:line="360" w:lineRule="auto"/>
        <w:ind w:left="284" w:firstLine="720"/>
        <w:jc w:val="both"/>
        <w:rPr>
          <w:rFonts w:ascii="Times New Roman" w:hAnsi="Times New Roman" w:cs="Times New Roman"/>
          <w:noProof/>
          <w:color w:val="000000" w:themeColor="text1"/>
          <w:sz w:val="24"/>
          <w:szCs w:val="24"/>
          <w:lang w:val="en-ID"/>
        </w:rPr>
      </w:pPr>
      <w:r w:rsidRPr="003E600A">
        <w:rPr>
          <w:rFonts w:ascii="Times New Roman" w:hAnsi="Times New Roman" w:cs="Times New Roman"/>
          <w:noProof/>
          <w:color w:val="000000" w:themeColor="text1"/>
          <w:sz w:val="24"/>
          <w:szCs w:val="24"/>
          <w:lang w:val="en-ID"/>
        </w:rPr>
        <w:t xml:space="preserve">Teknik pengumpulan data yang digunakan dalam penelitian ini adalah kuesioner terbuka secara daring melalui </w:t>
      </w:r>
      <w:r w:rsidRPr="00417436">
        <w:rPr>
          <w:rFonts w:ascii="Times New Roman" w:hAnsi="Times New Roman" w:cs="Times New Roman"/>
          <w:i/>
          <w:iCs/>
          <w:noProof/>
          <w:color w:val="000000" w:themeColor="text1"/>
          <w:sz w:val="24"/>
          <w:szCs w:val="24"/>
          <w:lang w:val="en-ID"/>
        </w:rPr>
        <w:t>Google Form</w:t>
      </w:r>
      <w:r w:rsidRPr="003E600A">
        <w:rPr>
          <w:rFonts w:ascii="Times New Roman" w:hAnsi="Times New Roman" w:cs="Times New Roman"/>
          <w:noProof/>
          <w:color w:val="000000" w:themeColor="text1"/>
          <w:sz w:val="24"/>
          <w:szCs w:val="24"/>
          <w:lang w:val="en-ID"/>
        </w:rPr>
        <w:t>. Kuesioner terbuka digunakan karena penelitian membutuhkan jawaban naratif yang memungkinkan informan menjelaskan pengalaman mereka secara bebas dan mendalam.</w:t>
      </w:r>
    </w:p>
    <w:p w14:paraId="5EA83A71" w14:textId="77777777" w:rsidR="003E600A" w:rsidRPr="003E600A" w:rsidRDefault="003E600A" w:rsidP="003E600A">
      <w:pPr>
        <w:spacing w:after="0" w:line="360" w:lineRule="auto"/>
        <w:ind w:left="284" w:firstLine="720"/>
        <w:jc w:val="both"/>
        <w:rPr>
          <w:rFonts w:ascii="Times New Roman" w:hAnsi="Times New Roman" w:cs="Times New Roman"/>
          <w:noProof/>
          <w:color w:val="000000" w:themeColor="text1"/>
          <w:sz w:val="24"/>
          <w:szCs w:val="24"/>
          <w:lang w:val="en-ID"/>
        </w:rPr>
      </w:pPr>
      <w:r w:rsidRPr="003E600A">
        <w:rPr>
          <w:rFonts w:ascii="Times New Roman" w:hAnsi="Times New Roman" w:cs="Times New Roman"/>
          <w:noProof/>
          <w:color w:val="000000" w:themeColor="text1"/>
          <w:sz w:val="24"/>
          <w:szCs w:val="24"/>
          <w:lang w:val="en-ID"/>
        </w:rPr>
        <w:t>Pertanyaan disusun berdasarkan tiga fokus penelitian, yaitu tantangan bahasa, tantangan etika kerja, dan strategi adaptasi. Pertanyaan tidak hanya meminta informan memilih jawaban tertentu, tetapi memberikan kesempatan kepada informan untuk menceritakan pengalaman, situasi yang dihadapi, kesulitan yang dialami, serta tindakan yang dilakukan untuk mengatasi permasalahan tersebut.</w:t>
      </w:r>
    </w:p>
    <w:p w14:paraId="76D6F2A4" w14:textId="77777777" w:rsidR="003F6CE3" w:rsidRPr="003E600A" w:rsidRDefault="003E600A" w:rsidP="003E600A">
      <w:pPr>
        <w:spacing w:after="0" w:line="360" w:lineRule="auto"/>
        <w:ind w:left="284" w:firstLine="720"/>
        <w:jc w:val="both"/>
        <w:rPr>
          <w:rFonts w:ascii="Times New Roman" w:hAnsi="Times New Roman" w:cs="Times New Roman"/>
          <w:noProof/>
          <w:color w:val="000000" w:themeColor="text1"/>
          <w:sz w:val="24"/>
          <w:szCs w:val="24"/>
          <w:lang w:val="en-ID"/>
        </w:rPr>
      </w:pPr>
      <w:r w:rsidRPr="003E600A">
        <w:rPr>
          <w:rFonts w:ascii="Times New Roman" w:hAnsi="Times New Roman" w:cs="Times New Roman"/>
          <w:noProof/>
          <w:color w:val="000000" w:themeColor="text1"/>
          <w:sz w:val="24"/>
          <w:szCs w:val="24"/>
          <w:lang w:val="en-ID"/>
        </w:rPr>
        <w:t>Dengan demikian, data yang diperoleh tidak hanya berupa jawaban singkat, tetapi berupa narasi pengalaman yang dapat dianalisis berdasarkan tema dan pola tertentu</w:t>
      </w:r>
      <w:r w:rsidR="00156FA5" w:rsidRPr="00AE1560">
        <w:rPr>
          <w:rFonts w:ascii="Times New Roman" w:hAnsi="Times New Roman" w:cs="Times New Roman"/>
          <w:noProof/>
          <w:color w:val="000000" w:themeColor="text1"/>
          <w:sz w:val="24"/>
          <w:szCs w:val="24"/>
          <w:lang w:val="id-ID"/>
        </w:rPr>
        <w:t xml:space="preserve"> (Pratama, 2024)</w:t>
      </w:r>
      <w:r w:rsidR="006E0090">
        <w:rPr>
          <w:rFonts w:ascii="Times New Roman" w:hAnsi="Times New Roman" w:cs="Times New Roman"/>
          <w:noProof/>
          <w:color w:val="000000" w:themeColor="text1"/>
          <w:sz w:val="24"/>
          <w:szCs w:val="24"/>
          <w:lang w:val="id-ID"/>
        </w:rPr>
        <w:t>.</w:t>
      </w:r>
    </w:p>
    <w:p w14:paraId="2F276581" w14:textId="77777777" w:rsidR="003F6CE3" w:rsidRPr="00AE1560" w:rsidRDefault="00156FA5">
      <w:pPr>
        <w:pStyle w:val="Heading2"/>
        <w:numPr>
          <w:ilvl w:val="0"/>
          <w:numId w:val="18"/>
        </w:numPr>
        <w:spacing w:before="0" w:line="360" w:lineRule="auto"/>
        <w:ind w:left="284"/>
        <w:jc w:val="both"/>
        <w:rPr>
          <w:rFonts w:ascii="Times New Roman" w:hAnsi="Times New Roman" w:cs="Times New Roman"/>
          <w:noProof/>
          <w:color w:val="000000" w:themeColor="text1"/>
          <w:sz w:val="24"/>
          <w:szCs w:val="24"/>
          <w:lang w:val="id-ID"/>
        </w:rPr>
      </w:pPr>
      <w:bookmarkStart w:id="38" w:name="_Toc238448302"/>
      <w:r w:rsidRPr="00AE1560">
        <w:rPr>
          <w:rFonts w:ascii="Times New Roman" w:hAnsi="Times New Roman" w:cs="Times New Roman"/>
          <w:noProof/>
          <w:color w:val="000000" w:themeColor="text1"/>
          <w:sz w:val="24"/>
          <w:szCs w:val="24"/>
          <w:lang w:val="id-ID"/>
        </w:rPr>
        <w:t>Teknik Analisis Data</w:t>
      </w:r>
      <w:bookmarkEnd w:id="38"/>
    </w:p>
    <w:p w14:paraId="156DDD4F" w14:textId="77777777" w:rsidR="009A12D0" w:rsidRPr="009A12D0" w:rsidRDefault="009A12D0" w:rsidP="009A12D0">
      <w:pPr>
        <w:spacing w:after="0" w:line="360" w:lineRule="auto"/>
        <w:ind w:left="284" w:firstLine="720"/>
        <w:jc w:val="both"/>
        <w:rPr>
          <w:rFonts w:ascii="Times New Roman" w:hAnsi="Times New Roman" w:cs="Times New Roman"/>
          <w:color w:val="000000" w:themeColor="text1"/>
          <w:sz w:val="24"/>
          <w:szCs w:val="24"/>
          <w:lang w:val="en-ID"/>
        </w:rPr>
      </w:pPr>
      <w:r w:rsidRPr="009A12D0">
        <w:rPr>
          <w:rFonts w:ascii="Times New Roman" w:hAnsi="Times New Roman" w:cs="Times New Roman"/>
          <w:color w:val="000000" w:themeColor="text1"/>
          <w:sz w:val="24"/>
          <w:szCs w:val="24"/>
          <w:lang w:val="en-ID"/>
        </w:rPr>
        <w:t xml:space="preserve">Teknik </w:t>
      </w:r>
      <w:proofErr w:type="spellStart"/>
      <w:r w:rsidRPr="009A12D0">
        <w:rPr>
          <w:rFonts w:ascii="Times New Roman" w:hAnsi="Times New Roman" w:cs="Times New Roman"/>
          <w:color w:val="000000" w:themeColor="text1"/>
          <w:sz w:val="24"/>
          <w:szCs w:val="24"/>
          <w:lang w:val="en-ID"/>
        </w:rPr>
        <w:t>analisis</w:t>
      </w:r>
      <w:proofErr w:type="spellEnd"/>
      <w:r w:rsidRPr="009A12D0">
        <w:rPr>
          <w:rFonts w:ascii="Times New Roman" w:hAnsi="Times New Roman" w:cs="Times New Roman"/>
          <w:color w:val="000000" w:themeColor="text1"/>
          <w:sz w:val="24"/>
          <w:szCs w:val="24"/>
          <w:lang w:val="en-ID"/>
        </w:rPr>
        <w:t xml:space="preserve"> data </w:t>
      </w:r>
      <w:proofErr w:type="spellStart"/>
      <w:r w:rsidRPr="009A12D0">
        <w:rPr>
          <w:rFonts w:ascii="Times New Roman" w:hAnsi="Times New Roman" w:cs="Times New Roman"/>
          <w:color w:val="000000" w:themeColor="text1"/>
          <w:sz w:val="24"/>
          <w:szCs w:val="24"/>
          <w:lang w:val="en-ID"/>
        </w:rPr>
        <w:t>dalam</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penelitian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menggunakan</w:t>
      </w:r>
      <w:proofErr w:type="spellEnd"/>
      <w:r w:rsidRPr="009A12D0">
        <w:rPr>
          <w:rFonts w:ascii="Times New Roman" w:hAnsi="Times New Roman" w:cs="Times New Roman"/>
          <w:color w:val="000000" w:themeColor="text1"/>
          <w:sz w:val="24"/>
          <w:szCs w:val="24"/>
          <w:lang w:val="en-ID"/>
        </w:rPr>
        <w:t xml:space="preserve"> model </w:t>
      </w:r>
      <w:proofErr w:type="spellStart"/>
      <w:r w:rsidRPr="009A12D0">
        <w:rPr>
          <w:rFonts w:ascii="Times New Roman" w:hAnsi="Times New Roman" w:cs="Times New Roman"/>
          <w:color w:val="000000" w:themeColor="text1"/>
          <w:sz w:val="24"/>
          <w:szCs w:val="24"/>
          <w:lang w:val="en-ID"/>
        </w:rPr>
        <w:t>analisis</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interakti</w:t>
      </w:r>
      <w:r w:rsidR="002C48B0">
        <w:rPr>
          <w:rFonts w:ascii="Times New Roman" w:hAnsi="Times New Roman" w:cs="Times New Roman"/>
          <w:color w:val="000000" w:themeColor="text1"/>
          <w:sz w:val="24"/>
          <w:szCs w:val="24"/>
          <w:lang w:val="en-ID"/>
        </w:rPr>
        <w:t>f</w:t>
      </w:r>
      <w:proofErr w:type="spellEnd"/>
      <w:r w:rsidRPr="009A12D0">
        <w:rPr>
          <w:rFonts w:ascii="Times New Roman" w:hAnsi="Times New Roman" w:cs="Times New Roman"/>
          <w:color w:val="000000" w:themeColor="text1"/>
          <w:sz w:val="24"/>
          <w:szCs w:val="24"/>
          <w:lang w:val="en-ID"/>
        </w:rPr>
        <w:t xml:space="preserve">. Model </w:t>
      </w:r>
      <w:proofErr w:type="spellStart"/>
      <w:r w:rsidRPr="009A12D0">
        <w:rPr>
          <w:rFonts w:ascii="Times New Roman" w:hAnsi="Times New Roman" w:cs="Times New Roman"/>
          <w:color w:val="000000" w:themeColor="text1"/>
          <w:sz w:val="24"/>
          <w:szCs w:val="24"/>
          <w:lang w:val="en-ID"/>
        </w:rPr>
        <w:t>ini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digunakan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karena</w:t>
      </w:r>
      <w:proofErr w:type="spellEnd"/>
      <w:r w:rsidRPr="009A12D0">
        <w:rPr>
          <w:rFonts w:ascii="Times New Roman" w:hAnsi="Times New Roman" w:cs="Times New Roman"/>
          <w:color w:val="000000" w:themeColor="text1"/>
          <w:sz w:val="24"/>
          <w:szCs w:val="24"/>
          <w:lang w:val="en-ID"/>
        </w:rPr>
        <w:t xml:space="preserve"> data </w:t>
      </w:r>
      <w:proofErr w:type="spellStart"/>
      <w:r w:rsidRPr="009A12D0">
        <w:rPr>
          <w:rFonts w:ascii="Times New Roman" w:hAnsi="Times New Roman" w:cs="Times New Roman"/>
          <w:color w:val="000000" w:themeColor="text1"/>
          <w:sz w:val="24"/>
          <w:szCs w:val="24"/>
          <w:lang w:val="en-ID"/>
        </w:rPr>
        <w:t>penelitian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berupa</w:t>
      </w:r>
      <w:proofErr w:type="spellEnd"/>
      <w:r w:rsidRPr="009A12D0">
        <w:rPr>
          <w:rFonts w:ascii="Times New Roman" w:hAnsi="Times New Roman" w:cs="Times New Roman"/>
          <w:color w:val="000000" w:themeColor="text1"/>
          <w:sz w:val="24"/>
          <w:szCs w:val="24"/>
          <w:lang w:val="en-ID"/>
        </w:rPr>
        <w:t xml:space="preserve"> data </w:t>
      </w:r>
      <w:proofErr w:type="spellStart"/>
      <w:r w:rsidRPr="009A12D0">
        <w:rPr>
          <w:rFonts w:ascii="Times New Roman" w:hAnsi="Times New Roman" w:cs="Times New Roman"/>
          <w:color w:val="000000" w:themeColor="text1"/>
          <w:sz w:val="24"/>
          <w:szCs w:val="24"/>
          <w:lang w:val="en-ID"/>
        </w:rPr>
        <w:t>kualitatif</w:t>
      </w:r>
      <w:proofErr w:type="spellEnd"/>
      <w:r w:rsidRPr="009A12D0">
        <w:rPr>
          <w:rFonts w:ascii="Times New Roman" w:hAnsi="Times New Roman" w:cs="Times New Roman"/>
          <w:color w:val="000000" w:themeColor="text1"/>
          <w:sz w:val="24"/>
          <w:szCs w:val="24"/>
          <w:lang w:val="en-ID"/>
        </w:rPr>
        <w:t xml:space="preserve"> yang </w:t>
      </w:r>
      <w:proofErr w:type="spellStart"/>
      <w:r w:rsidRPr="009A12D0">
        <w:rPr>
          <w:rFonts w:ascii="Times New Roman" w:hAnsi="Times New Roman" w:cs="Times New Roman"/>
          <w:color w:val="000000" w:themeColor="text1"/>
          <w:sz w:val="24"/>
          <w:szCs w:val="24"/>
          <w:lang w:val="en-ID"/>
        </w:rPr>
        <w:t>diperoleh</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dari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pengalaman</w:t>
      </w:r>
      <w:proofErr w:type="spellEnd"/>
      <w:r w:rsidRPr="009A12D0">
        <w:rPr>
          <w:rFonts w:ascii="Times New Roman" w:hAnsi="Times New Roman" w:cs="Times New Roman"/>
          <w:color w:val="000000" w:themeColor="text1"/>
          <w:sz w:val="24"/>
          <w:szCs w:val="24"/>
          <w:lang w:val="en-ID"/>
        </w:rPr>
        <w:t xml:space="preserve"> dan </w:t>
      </w:r>
      <w:proofErr w:type="spellStart"/>
      <w:r w:rsidRPr="009A12D0">
        <w:rPr>
          <w:rFonts w:ascii="Times New Roman" w:hAnsi="Times New Roman" w:cs="Times New Roman"/>
          <w:color w:val="000000" w:themeColor="text1"/>
          <w:sz w:val="24"/>
          <w:szCs w:val="24"/>
          <w:lang w:val="en-ID"/>
        </w:rPr>
        <w:t>jawaban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naratif</w:t>
      </w:r>
      <w:proofErr w:type="spellEnd"/>
      <w:r w:rsidRPr="009A12D0">
        <w:rPr>
          <w:rFonts w:ascii="Times New Roman" w:hAnsi="Times New Roman" w:cs="Times New Roman"/>
          <w:color w:val="000000" w:themeColor="text1"/>
          <w:sz w:val="24"/>
          <w:szCs w:val="24"/>
          <w:lang w:val="en-ID"/>
        </w:rPr>
        <w:t xml:space="preserve"> 13 </w:t>
      </w:r>
      <w:proofErr w:type="spellStart"/>
      <w:r w:rsidRPr="009A12D0">
        <w:rPr>
          <w:rFonts w:ascii="Times New Roman" w:hAnsi="Times New Roman" w:cs="Times New Roman"/>
          <w:color w:val="000000" w:themeColor="text1"/>
          <w:sz w:val="24"/>
          <w:szCs w:val="24"/>
          <w:lang w:val="en-ID"/>
        </w:rPr>
        <w:t>informan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mengenai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tantangan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bahasa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tantangan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etika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kerja</w:t>
      </w:r>
      <w:proofErr w:type="spellEnd"/>
      <w:r w:rsidRPr="009A12D0">
        <w:rPr>
          <w:rFonts w:ascii="Times New Roman" w:hAnsi="Times New Roman" w:cs="Times New Roman"/>
          <w:color w:val="000000" w:themeColor="text1"/>
          <w:sz w:val="24"/>
          <w:szCs w:val="24"/>
          <w:lang w:val="en-ID"/>
        </w:rPr>
        <w:t xml:space="preserve">, dan strategi </w:t>
      </w:r>
      <w:proofErr w:type="spellStart"/>
      <w:r w:rsidRPr="009A12D0">
        <w:rPr>
          <w:rFonts w:ascii="Times New Roman" w:hAnsi="Times New Roman" w:cs="Times New Roman"/>
          <w:color w:val="000000" w:themeColor="text1"/>
          <w:sz w:val="24"/>
          <w:szCs w:val="24"/>
          <w:lang w:val="en-ID"/>
        </w:rPr>
        <w:t>adaptasi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dalam</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lingkungan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industri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perhotelan</w:t>
      </w:r>
      <w:proofErr w:type="spellEnd"/>
      <w:r w:rsidRPr="009A12D0">
        <w:rPr>
          <w:rFonts w:ascii="Times New Roman" w:hAnsi="Times New Roman" w:cs="Times New Roman"/>
          <w:color w:val="000000" w:themeColor="text1"/>
          <w:sz w:val="24"/>
          <w:szCs w:val="24"/>
          <w:lang w:val="en-ID"/>
        </w:rPr>
        <w:t xml:space="preserve"> Jepang. </w:t>
      </w:r>
      <w:proofErr w:type="spellStart"/>
      <w:r w:rsidRPr="009A12D0">
        <w:rPr>
          <w:rFonts w:ascii="Times New Roman" w:hAnsi="Times New Roman" w:cs="Times New Roman"/>
          <w:color w:val="000000" w:themeColor="text1"/>
          <w:sz w:val="24"/>
          <w:szCs w:val="24"/>
          <w:lang w:val="en-ID"/>
        </w:rPr>
        <w:t>Analisis</w:t>
      </w:r>
      <w:proofErr w:type="spellEnd"/>
      <w:r w:rsidRPr="009A12D0">
        <w:rPr>
          <w:rFonts w:ascii="Times New Roman" w:hAnsi="Times New Roman" w:cs="Times New Roman"/>
          <w:color w:val="000000" w:themeColor="text1"/>
          <w:sz w:val="24"/>
          <w:szCs w:val="24"/>
          <w:lang w:val="en-ID"/>
        </w:rPr>
        <w:t xml:space="preserve"> data </w:t>
      </w:r>
      <w:proofErr w:type="spellStart"/>
      <w:r w:rsidRPr="009A12D0">
        <w:rPr>
          <w:rFonts w:ascii="Times New Roman" w:hAnsi="Times New Roman" w:cs="Times New Roman"/>
          <w:color w:val="000000" w:themeColor="text1"/>
          <w:sz w:val="24"/>
          <w:szCs w:val="24"/>
          <w:lang w:val="en-ID"/>
        </w:rPr>
        <w:t>dilakukan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secara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interaktif</w:t>
      </w:r>
      <w:proofErr w:type="spellEnd"/>
      <w:r w:rsidRPr="009A12D0">
        <w:rPr>
          <w:rFonts w:ascii="Times New Roman" w:hAnsi="Times New Roman" w:cs="Times New Roman"/>
          <w:color w:val="000000" w:themeColor="text1"/>
          <w:sz w:val="24"/>
          <w:szCs w:val="24"/>
          <w:lang w:val="en-ID"/>
        </w:rPr>
        <w:t xml:space="preserve"> dan </w:t>
      </w:r>
      <w:proofErr w:type="spellStart"/>
      <w:r w:rsidRPr="009A12D0">
        <w:rPr>
          <w:rFonts w:ascii="Times New Roman" w:hAnsi="Times New Roman" w:cs="Times New Roman"/>
          <w:color w:val="000000" w:themeColor="text1"/>
          <w:sz w:val="24"/>
          <w:szCs w:val="24"/>
          <w:lang w:val="en-ID"/>
        </w:rPr>
        <w:t>berlangsung</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secara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terus-menerus</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sampai</w:t>
      </w:r>
      <w:proofErr w:type="spellEnd"/>
      <w:r w:rsidRPr="009A12D0">
        <w:rPr>
          <w:rFonts w:ascii="Times New Roman" w:hAnsi="Times New Roman" w:cs="Times New Roman"/>
          <w:color w:val="000000" w:themeColor="text1"/>
          <w:sz w:val="24"/>
          <w:szCs w:val="24"/>
          <w:lang w:val="en-ID"/>
        </w:rPr>
        <w:t xml:space="preserve"> data yang </w:t>
      </w:r>
      <w:proofErr w:type="spellStart"/>
      <w:r w:rsidRPr="009A12D0">
        <w:rPr>
          <w:rFonts w:ascii="Times New Roman" w:hAnsi="Times New Roman" w:cs="Times New Roman"/>
          <w:color w:val="000000" w:themeColor="text1"/>
          <w:sz w:val="24"/>
          <w:szCs w:val="24"/>
          <w:lang w:val="en-ID"/>
        </w:rPr>
        <w:t>diperoleh</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dianggap</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memadai</w:t>
      </w:r>
      <w:proofErr w:type="spellEnd"/>
      <w:r w:rsidRPr="009A12D0">
        <w:rPr>
          <w:rFonts w:ascii="Times New Roman" w:hAnsi="Times New Roman" w:cs="Times New Roman"/>
          <w:color w:val="000000" w:themeColor="text1"/>
          <w:sz w:val="24"/>
          <w:szCs w:val="24"/>
          <w:lang w:val="en-ID"/>
        </w:rPr>
        <w:t>.</w:t>
      </w:r>
    </w:p>
    <w:p w14:paraId="32CFD234" w14:textId="77777777" w:rsidR="009A12D0" w:rsidRPr="009A12D0" w:rsidRDefault="009A12D0" w:rsidP="009A12D0">
      <w:pPr>
        <w:spacing w:after="0" w:line="360" w:lineRule="auto"/>
        <w:ind w:left="284" w:firstLine="720"/>
        <w:jc w:val="both"/>
        <w:rPr>
          <w:rFonts w:ascii="Times New Roman" w:hAnsi="Times New Roman" w:cs="Times New Roman"/>
          <w:color w:val="000000" w:themeColor="text1"/>
          <w:sz w:val="24"/>
          <w:szCs w:val="24"/>
          <w:lang w:val="en-ID"/>
        </w:rPr>
      </w:pPr>
      <w:r w:rsidRPr="009A12D0">
        <w:rPr>
          <w:rFonts w:ascii="Times New Roman" w:hAnsi="Times New Roman" w:cs="Times New Roman"/>
          <w:color w:val="000000" w:themeColor="text1"/>
          <w:sz w:val="24"/>
          <w:szCs w:val="24"/>
          <w:lang w:val="en-ID"/>
        </w:rPr>
        <w:t>Miles</w:t>
      </w:r>
      <w:r w:rsidR="00417436">
        <w:rPr>
          <w:rFonts w:ascii="Times New Roman" w:hAnsi="Times New Roman" w:cs="Times New Roman"/>
          <w:color w:val="000000" w:themeColor="text1"/>
          <w:sz w:val="24"/>
          <w:szCs w:val="24"/>
          <w:lang w:val="en-ID"/>
        </w:rPr>
        <w:t>,</w:t>
      </w:r>
      <w:r w:rsidRPr="009A12D0">
        <w:rPr>
          <w:rFonts w:ascii="Times New Roman" w:hAnsi="Times New Roman" w:cs="Times New Roman"/>
          <w:color w:val="000000" w:themeColor="text1"/>
          <w:sz w:val="24"/>
          <w:szCs w:val="24"/>
          <w:lang w:val="en-ID"/>
        </w:rPr>
        <w:t xml:space="preserve"> Huberman</w:t>
      </w:r>
      <w:r w:rsidR="00417436">
        <w:rPr>
          <w:rFonts w:ascii="Times New Roman" w:hAnsi="Times New Roman" w:cs="Times New Roman"/>
          <w:color w:val="000000" w:themeColor="text1"/>
          <w:sz w:val="24"/>
          <w:szCs w:val="24"/>
          <w:lang w:val="en-ID"/>
        </w:rPr>
        <w:t>, dan Saldana (201</w:t>
      </w:r>
      <w:r w:rsidR="006E0090">
        <w:rPr>
          <w:rFonts w:ascii="Times New Roman" w:hAnsi="Times New Roman" w:cs="Times New Roman"/>
          <w:color w:val="000000" w:themeColor="text1"/>
          <w:sz w:val="24"/>
          <w:szCs w:val="24"/>
          <w:lang w:val="en-ID"/>
        </w:rPr>
        <w:t>3</w:t>
      </w:r>
      <w:r w:rsidR="00417436">
        <w:rPr>
          <w:rFonts w:ascii="Times New Roman" w:hAnsi="Times New Roman" w:cs="Times New Roman"/>
          <w:color w:val="000000" w:themeColor="text1"/>
          <w:sz w:val="24"/>
          <w:szCs w:val="24"/>
          <w:lang w:val="en-ID"/>
        </w:rPr>
        <w:t>)</w:t>
      </w:r>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menjelaskan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bahwa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analisis</w:t>
      </w:r>
      <w:proofErr w:type="spellEnd"/>
      <w:r w:rsidRPr="009A12D0">
        <w:rPr>
          <w:rFonts w:ascii="Times New Roman" w:hAnsi="Times New Roman" w:cs="Times New Roman"/>
          <w:color w:val="000000" w:themeColor="text1"/>
          <w:sz w:val="24"/>
          <w:szCs w:val="24"/>
          <w:lang w:val="en-ID"/>
        </w:rPr>
        <w:t xml:space="preserve"> data </w:t>
      </w:r>
      <w:proofErr w:type="spellStart"/>
      <w:r w:rsidRPr="009A12D0">
        <w:rPr>
          <w:rFonts w:ascii="Times New Roman" w:hAnsi="Times New Roman" w:cs="Times New Roman"/>
          <w:color w:val="000000" w:themeColor="text1"/>
          <w:sz w:val="24"/>
          <w:szCs w:val="24"/>
          <w:lang w:val="en-ID"/>
        </w:rPr>
        <w:t>kualitatif</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dilakukan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melalui</w:t>
      </w:r>
      <w:proofErr w:type="spellEnd"/>
      <w:r w:rsidRPr="009A12D0">
        <w:rPr>
          <w:rFonts w:ascii="Times New Roman" w:hAnsi="Times New Roman" w:cs="Times New Roman"/>
          <w:color w:val="000000" w:themeColor="text1"/>
          <w:sz w:val="24"/>
          <w:szCs w:val="24"/>
          <w:lang w:val="en-ID"/>
        </w:rPr>
        <w:t xml:space="preserve"> proses yang </w:t>
      </w:r>
      <w:proofErr w:type="spellStart"/>
      <w:r w:rsidRPr="009A12D0">
        <w:rPr>
          <w:rFonts w:ascii="Times New Roman" w:hAnsi="Times New Roman" w:cs="Times New Roman"/>
          <w:color w:val="000000" w:themeColor="text1"/>
          <w:sz w:val="24"/>
          <w:szCs w:val="24"/>
          <w:lang w:val="en-ID"/>
        </w:rPr>
        <w:t>saling</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berkaitan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yaitu</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kondensasi</w:t>
      </w:r>
      <w:proofErr w:type="spellEnd"/>
      <w:r w:rsidRPr="009A12D0">
        <w:rPr>
          <w:rFonts w:ascii="Times New Roman" w:hAnsi="Times New Roman" w:cs="Times New Roman"/>
          <w:color w:val="000000" w:themeColor="text1"/>
          <w:sz w:val="24"/>
          <w:szCs w:val="24"/>
          <w:lang w:val="en-ID"/>
        </w:rPr>
        <w:t xml:space="preserve"> data (</w:t>
      </w:r>
      <w:r w:rsidRPr="00417436">
        <w:rPr>
          <w:rFonts w:ascii="Times New Roman" w:hAnsi="Times New Roman" w:cs="Times New Roman"/>
          <w:i/>
          <w:iCs/>
          <w:color w:val="000000" w:themeColor="text1"/>
          <w:sz w:val="24"/>
          <w:szCs w:val="24"/>
          <w:lang w:val="en-ID"/>
        </w:rPr>
        <w:t>data condensation</w:t>
      </w:r>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penyajian</w:t>
      </w:r>
      <w:proofErr w:type="spellEnd"/>
      <w:r w:rsidRPr="009A12D0">
        <w:rPr>
          <w:rFonts w:ascii="Times New Roman" w:hAnsi="Times New Roman" w:cs="Times New Roman"/>
          <w:color w:val="000000" w:themeColor="text1"/>
          <w:sz w:val="24"/>
          <w:szCs w:val="24"/>
          <w:lang w:val="en-ID"/>
        </w:rPr>
        <w:t xml:space="preserve"> data (</w:t>
      </w:r>
      <w:r w:rsidRPr="00417436">
        <w:rPr>
          <w:rFonts w:ascii="Times New Roman" w:hAnsi="Times New Roman" w:cs="Times New Roman"/>
          <w:i/>
          <w:iCs/>
          <w:color w:val="000000" w:themeColor="text1"/>
          <w:sz w:val="24"/>
          <w:szCs w:val="24"/>
          <w:lang w:val="en-ID"/>
        </w:rPr>
        <w:t>data display</w:t>
      </w:r>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serta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penarikan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kesimpulan</w:t>
      </w:r>
      <w:proofErr w:type="spellEnd"/>
      <w:r w:rsidRPr="009A12D0">
        <w:rPr>
          <w:rFonts w:ascii="Times New Roman" w:hAnsi="Times New Roman" w:cs="Times New Roman"/>
          <w:color w:val="000000" w:themeColor="text1"/>
          <w:sz w:val="24"/>
          <w:szCs w:val="24"/>
          <w:lang w:val="en-ID"/>
        </w:rPr>
        <w:t xml:space="preserve"> dan </w:t>
      </w:r>
      <w:proofErr w:type="spellStart"/>
      <w:r w:rsidRPr="009A12D0">
        <w:rPr>
          <w:rFonts w:ascii="Times New Roman" w:hAnsi="Times New Roman" w:cs="Times New Roman"/>
          <w:color w:val="000000" w:themeColor="text1"/>
          <w:sz w:val="24"/>
          <w:szCs w:val="24"/>
          <w:lang w:val="en-ID"/>
        </w:rPr>
        <w:t>verifikasi</w:t>
      </w:r>
      <w:proofErr w:type="spellEnd"/>
      <w:r w:rsidRPr="009A12D0">
        <w:rPr>
          <w:rFonts w:ascii="Times New Roman" w:hAnsi="Times New Roman" w:cs="Times New Roman"/>
          <w:color w:val="000000" w:themeColor="text1"/>
          <w:sz w:val="24"/>
          <w:szCs w:val="24"/>
          <w:lang w:val="en-ID"/>
        </w:rPr>
        <w:t xml:space="preserve"> (</w:t>
      </w:r>
      <w:r w:rsidRPr="00417436">
        <w:rPr>
          <w:rFonts w:ascii="Times New Roman" w:hAnsi="Times New Roman" w:cs="Times New Roman"/>
          <w:i/>
          <w:iCs/>
          <w:color w:val="000000" w:themeColor="text1"/>
          <w:sz w:val="24"/>
          <w:szCs w:val="24"/>
          <w:lang w:val="en-ID"/>
        </w:rPr>
        <w:t>conclusion drawing/verification</w:t>
      </w:r>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Ketiga</w:t>
      </w:r>
      <w:proofErr w:type="spellEnd"/>
      <w:r w:rsidRPr="009A12D0">
        <w:rPr>
          <w:rFonts w:ascii="Times New Roman" w:hAnsi="Times New Roman" w:cs="Times New Roman"/>
          <w:color w:val="000000" w:themeColor="text1"/>
          <w:sz w:val="24"/>
          <w:szCs w:val="24"/>
          <w:lang w:val="en-ID"/>
        </w:rPr>
        <w:t xml:space="preserve"> proses </w:t>
      </w:r>
      <w:proofErr w:type="spellStart"/>
      <w:r w:rsidRPr="009A12D0">
        <w:rPr>
          <w:rFonts w:ascii="Times New Roman" w:hAnsi="Times New Roman" w:cs="Times New Roman"/>
          <w:color w:val="000000" w:themeColor="text1"/>
          <w:sz w:val="24"/>
          <w:szCs w:val="24"/>
          <w:lang w:val="en-ID"/>
        </w:rPr>
        <w:t>tersebut</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tidak</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dilakukan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secara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terpisah</w:t>
      </w:r>
      <w:proofErr w:type="spellEnd"/>
      <w:r w:rsidRPr="009A12D0">
        <w:rPr>
          <w:rFonts w:ascii="Times New Roman" w:hAnsi="Times New Roman" w:cs="Times New Roman"/>
          <w:color w:val="000000" w:themeColor="text1"/>
          <w:sz w:val="24"/>
          <w:szCs w:val="24"/>
          <w:lang w:val="en-ID"/>
        </w:rPr>
        <w:t xml:space="preserve"> dan </w:t>
      </w:r>
      <w:proofErr w:type="spellStart"/>
      <w:r w:rsidRPr="009A12D0">
        <w:rPr>
          <w:rFonts w:ascii="Times New Roman" w:hAnsi="Times New Roman" w:cs="Times New Roman"/>
          <w:color w:val="000000" w:themeColor="text1"/>
          <w:sz w:val="24"/>
          <w:szCs w:val="24"/>
          <w:lang w:val="en-ID"/>
        </w:rPr>
        <w:t>kaku</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tetapi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berlangsung</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secara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interaktif</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selama</w:t>
      </w:r>
      <w:proofErr w:type="spellEnd"/>
      <w:r w:rsidRPr="009A12D0">
        <w:rPr>
          <w:rFonts w:ascii="Times New Roman" w:hAnsi="Times New Roman" w:cs="Times New Roman"/>
          <w:color w:val="000000" w:themeColor="text1"/>
          <w:sz w:val="24"/>
          <w:szCs w:val="24"/>
          <w:lang w:val="en-ID"/>
        </w:rPr>
        <w:t xml:space="preserve"> proses </w:t>
      </w:r>
      <w:proofErr w:type="spellStart"/>
      <w:r w:rsidRPr="009A12D0">
        <w:rPr>
          <w:rFonts w:ascii="Times New Roman" w:hAnsi="Times New Roman" w:cs="Times New Roman"/>
          <w:color w:val="000000" w:themeColor="text1"/>
          <w:sz w:val="24"/>
          <w:szCs w:val="24"/>
          <w:lang w:val="en-ID"/>
        </w:rPr>
        <w:t>penelitian</w:t>
      </w:r>
      <w:proofErr w:type="spellEnd"/>
      <w:r w:rsidRPr="009A12D0">
        <w:rPr>
          <w:rFonts w:ascii="Times New Roman" w:hAnsi="Times New Roman" w:cs="Times New Roman"/>
          <w:color w:val="000000" w:themeColor="text1"/>
          <w:sz w:val="24"/>
          <w:szCs w:val="24"/>
          <w:lang w:val="en-ID"/>
        </w:rPr>
        <w:t>.</w:t>
      </w:r>
    </w:p>
    <w:p w14:paraId="69BFD8B3" w14:textId="77777777" w:rsidR="003F6CE3" w:rsidRPr="009A12D0" w:rsidRDefault="009A12D0" w:rsidP="009A12D0">
      <w:pPr>
        <w:spacing w:after="0" w:line="360" w:lineRule="auto"/>
        <w:ind w:left="284" w:firstLine="720"/>
        <w:jc w:val="both"/>
        <w:rPr>
          <w:rFonts w:ascii="Times New Roman" w:hAnsi="Times New Roman" w:cs="Times New Roman"/>
          <w:color w:val="000000" w:themeColor="text1"/>
          <w:sz w:val="24"/>
          <w:szCs w:val="24"/>
          <w:lang w:val="en-ID"/>
        </w:rPr>
      </w:pPr>
      <w:r w:rsidRPr="009A12D0">
        <w:rPr>
          <w:rFonts w:ascii="Times New Roman" w:hAnsi="Times New Roman" w:cs="Times New Roman"/>
          <w:color w:val="000000" w:themeColor="text1"/>
          <w:sz w:val="24"/>
          <w:szCs w:val="24"/>
          <w:lang w:val="en-ID"/>
        </w:rPr>
        <w:t xml:space="preserve">Dalam </w:t>
      </w:r>
      <w:proofErr w:type="spellStart"/>
      <w:r w:rsidRPr="009A12D0">
        <w:rPr>
          <w:rFonts w:ascii="Times New Roman" w:hAnsi="Times New Roman" w:cs="Times New Roman"/>
          <w:color w:val="000000" w:themeColor="text1"/>
          <w:sz w:val="24"/>
          <w:szCs w:val="24"/>
          <w:lang w:val="en-ID"/>
        </w:rPr>
        <w:t>penelitian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ini</w:t>
      </w:r>
      <w:proofErr w:type="spellEnd"/>
      <w:r w:rsidRPr="009A12D0">
        <w:rPr>
          <w:rFonts w:ascii="Times New Roman" w:hAnsi="Times New Roman" w:cs="Times New Roman"/>
          <w:color w:val="000000" w:themeColor="text1"/>
          <w:sz w:val="24"/>
          <w:szCs w:val="24"/>
          <w:lang w:val="en-ID"/>
        </w:rPr>
        <w:t xml:space="preserve">, model </w:t>
      </w:r>
      <w:proofErr w:type="spellStart"/>
      <w:r w:rsidRPr="009A12D0">
        <w:rPr>
          <w:rFonts w:ascii="Times New Roman" w:hAnsi="Times New Roman" w:cs="Times New Roman"/>
          <w:color w:val="000000" w:themeColor="text1"/>
          <w:sz w:val="24"/>
          <w:szCs w:val="24"/>
          <w:lang w:val="en-ID"/>
        </w:rPr>
        <w:t>analisis</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interaktif</w:t>
      </w:r>
      <w:proofErr w:type="spellEnd"/>
      <w:r w:rsidRPr="009A12D0">
        <w:rPr>
          <w:rFonts w:ascii="Times New Roman" w:hAnsi="Times New Roman" w:cs="Times New Roman"/>
          <w:color w:val="000000" w:themeColor="text1"/>
          <w:sz w:val="24"/>
          <w:szCs w:val="24"/>
          <w:lang w:val="en-ID"/>
        </w:rPr>
        <w:t xml:space="preserve"> Miles</w:t>
      </w:r>
      <w:r w:rsidR="00417436">
        <w:rPr>
          <w:rFonts w:ascii="Times New Roman" w:hAnsi="Times New Roman" w:cs="Times New Roman"/>
          <w:color w:val="000000" w:themeColor="text1"/>
          <w:sz w:val="24"/>
          <w:szCs w:val="24"/>
          <w:lang w:val="en-ID"/>
        </w:rPr>
        <w:t xml:space="preserve">, </w:t>
      </w:r>
      <w:r w:rsidRPr="009A12D0">
        <w:rPr>
          <w:rFonts w:ascii="Times New Roman" w:hAnsi="Times New Roman" w:cs="Times New Roman"/>
          <w:color w:val="000000" w:themeColor="text1"/>
          <w:sz w:val="24"/>
          <w:szCs w:val="24"/>
          <w:lang w:val="en-ID"/>
        </w:rPr>
        <w:t>Huberman</w:t>
      </w:r>
      <w:r w:rsidR="00417436">
        <w:rPr>
          <w:rFonts w:ascii="Times New Roman" w:hAnsi="Times New Roman" w:cs="Times New Roman"/>
          <w:color w:val="000000" w:themeColor="text1"/>
          <w:sz w:val="24"/>
          <w:szCs w:val="24"/>
          <w:lang w:val="en-ID"/>
        </w:rPr>
        <w:t>, dan Saldana</w:t>
      </w:r>
      <w:r w:rsidR="006E0090">
        <w:rPr>
          <w:rFonts w:ascii="Times New Roman" w:hAnsi="Times New Roman" w:cs="Times New Roman"/>
          <w:color w:val="000000" w:themeColor="text1"/>
          <w:sz w:val="24"/>
          <w:szCs w:val="24"/>
          <w:lang w:val="en-ID"/>
        </w:rPr>
        <w:t xml:space="preserve"> (2013)</w:t>
      </w:r>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digunakan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untuk</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mengolah</w:t>
      </w:r>
      <w:proofErr w:type="spellEnd"/>
      <w:r w:rsidRPr="009A12D0">
        <w:rPr>
          <w:rFonts w:ascii="Times New Roman" w:hAnsi="Times New Roman" w:cs="Times New Roman"/>
          <w:color w:val="000000" w:themeColor="text1"/>
          <w:sz w:val="24"/>
          <w:szCs w:val="24"/>
          <w:lang w:val="en-ID"/>
        </w:rPr>
        <w:t xml:space="preserve"> data </w:t>
      </w:r>
      <w:proofErr w:type="spellStart"/>
      <w:r w:rsidRPr="009A12D0">
        <w:rPr>
          <w:rFonts w:ascii="Times New Roman" w:hAnsi="Times New Roman" w:cs="Times New Roman"/>
          <w:color w:val="000000" w:themeColor="text1"/>
          <w:sz w:val="24"/>
          <w:szCs w:val="24"/>
          <w:lang w:val="en-ID"/>
        </w:rPr>
        <w:t>dari</w:t>
      </w:r>
      <w:proofErr w:type="spellEnd"/>
      <w:r w:rsidRPr="009A12D0">
        <w:rPr>
          <w:rFonts w:ascii="Times New Roman" w:hAnsi="Times New Roman" w:cs="Times New Roman"/>
          <w:color w:val="000000" w:themeColor="text1"/>
          <w:sz w:val="24"/>
          <w:szCs w:val="24"/>
          <w:lang w:val="en-ID"/>
        </w:rPr>
        <w:t xml:space="preserve"> 13 </w:t>
      </w:r>
      <w:proofErr w:type="spellStart"/>
      <w:r w:rsidRPr="009A12D0">
        <w:rPr>
          <w:rFonts w:ascii="Times New Roman" w:hAnsi="Times New Roman" w:cs="Times New Roman"/>
          <w:color w:val="000000" w:themeColor="text1"/>
          <w:sz w:val="24"/>
          <w:szCs w:val="24"/>
          <w:lang w:val="en-ID"/>
        </w:rPr>
        <w:t>informan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dengan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kode</w:t>
      </w:r>
      <w:proofErr w:type="spellEnd"/>
      <w:r w:rsidRPr="009A12D0">
        <w:rPr>
          <w:rFonts w:ascii="Times New Roman" w:hAnsi="Times New Roman" w:cs="Times New Roman"/>
          <w:color w:val="000000" w:themeColor="text1"/>
          <w:sz w:val="24"/>
          <w:szCs w:val="24"/>
          <w:lang w:val="en-ID"/>
        </w:rPr>
        <w:t xml:space="preserve"> R-1 </w:t>
      </w:r>
      <w:proofErr w:type="spellStart"/>
      <w:r w:rsidRPr="009A12D0">
        <w:rPr>
          <w:rFonts w:ascii="Times New Roman" w:hAnsi="Times New Roman" w:cs="Times New Roman"/>
          <w:color w:val="000000" w:themeColor="text1"/>
          <w:sz w:val="24"/>
          <w:szCs w:val="24"/>
          <w:lang w:val="en-ID"/>
        </w:rPr>
        <w:t>sampai</w:t>
      </w:r>
      <w:proofErr w:type="spellEnd"/>
      <w:r w:rsidRPr="009A12D0">
        <w:rPr>
          <w:rFonts w:ascii="Times New Roman" w:hAnsi="Times New Roman" w:cs="Times New Roman"/>
          <w:color w:val="000000" w:themeColor="text1"/>
          <w:sz w:val="24"/>
          <w:szCs w:val="24"/>
          <w:lang w:val="en-ID"/>
        </w:rPr>
        <w:t xml:space="preserve"> R-13. Proses </w:t>
      </w:r>
      <w:proofErr w:type="spellStart"/>
      <w:r w:rsidRPr="009A12D0">
        <w:rPr>
          <w:rFonts w:ascii="Times New Roman" w:hAnsi="Times New Roman" w:cs="Times New Roman"/>
          <w:color w:val="000000" w:themeColor="text1"/>
          <w:sz w:val="24"/>
          <w:szCs w:val="24"/>
          <w:lang w:val="en-ID"/>
        </w:rPr>
        <w:t>analisis</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dilakukan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sebagai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berikut</w:t>
      </w:r>
      <w:proofErr w:type="spellEnd"/>
      <w:r w:rsidR="00C95EA0">
        <w:rPr>
          <w:rFonts w:ascii="Times New Roman" w:hAnsi="Times New Roman" w:cs="Times New Roman"/>
          <w:color w:val="000000" w:themeColor="text1"/>
          <w:sz w:val="24"/>
          <w:szCs w:val="24"/>
        </w:rPr>
        <w:t>.</w:t>
      </w:r>
    </w:p>
    <w:p w14:paraId="7FE933A0" w14:textId="77777777" w:rsidR="003F6CE3" w:rsidRPr="00CD3360" w:rsidRDefault="00156FA5">
      <w:pPr>
        <w:pStyle w:val="Heading3"/>
        <w:numPr>
          <w:ilvl w:val="0"/>
          <w:numId w:val="21"/>
        </w:numPr>
        <w:spacing w:before="0" w:line="360" w:lineRule="auto"/>
        <w:ind w:left="567"/>
        <w:jc w:val="both"/>
        <w:rPr>
          <w:rFonts w:ascii="Times New Roman" w:hAnsi="Times New Roman" w:cs="Times New Roman"/>
          <w:b w:val="0"/>
          <w:bCs w:val="0"/>
          <w:color w:val="auto"/>
          <w:sz w:val="24"/>
          <w:szCs w:val="24"/>
        </w:rPr>
      </w:pPr>
      <w:bookmarkStart w:id="39" w:name="_Toc238448303"/>
      <w:proofErr w:type="spellStart"/>
      <w:r w:rsidRPr="00CD3360">
        <w:rPr>
          <w:rFonts w:ascii="Times New Roman" w:hAnsi="Times New Roman" w:cs="Times New Roman"/>
          <w:b w:val="0"/>
          <w:bCs w:val="0"/>
          <w:color w:val="auto"/>
          <w:sz w:val="24"/>
          <w:szCs w:val="24"/>
        </w:rPr>
        <w:t>Kondensasi</w:t>
      </w:r>
      <w:proofErr w:type="spellEnd"/>
      <w:r w:rsidRPr="00CD3360">
        <w:rPr>
          <w:rFonts w:ascii="Times New Roman" w:hAnsi="Times New Roman" w:cs="Times New Roman"/>
          <w:b w:val="0"/>
          <w:bCs w:val="0"/>
          <w:color w:val="auto"/>
          <w:sz w:val="24"/>
          <w:szCs w:val="24"/>
        </w:rPr>
        <w:t xml:space="preserve"> Data</w:t>
      </w:r>
      <w:bookmarkEnd w:id="39"/>
    </w:p>
    <w:p w14:paraId="306E70D8" w14:textId="77777777" w:rsidR="009A12D0" w:rsidRPr="009A12D0" w:rsidRDefault="009A12D0" w:rsidP="009A12D0">
      <w:pPr>
        <w:spacing w:after="0" w:line="360" w:lineRule="auto"/>
        <w:ind w:left="709" w:firstLine="720"/>
        <w:jc w:val="both"/>
        <w:rPr>
          <w:rFonts w:ascii="Times New Roman" w:hAnsi="Times New Roman" w:cs="Times New Roman"/>
          <w:sz w:val="24"/>
          <w:szCs w:val="24"/>
          <w:lang w:val="en-ID"/>
        </w:rPr>
      </w:pPr>
      <w:proofErr w:type="spellStart"/>
      <w:r w:rsidRPr="009A12D0">
        <w:rPr>
          <w:rFonts w:ascii="Times New Roman" w:hAnsi="Times New Roman" w:cs="Times New Roman"/>
          <w:sz w:val="24"/>
          <w:szCs w:val="24"/>
          <w:lang w:val="en-ID"/>
        </w:rPr>
        <w:t>Kondensasi</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merupakan</w:t>
      </w:r>
      <w:proofErr w:type="spellEnd"/>
      <w:r w:rsidRPr="009A12D0">
        <w:rPr>
          <w:rFonts w:ascii="Times New Roman" w:hAnsi="Times New Roman" w:cs="Times New Roman"/>
          <w:sz w:val="24"/>
          <w:szCs w:val="24"/>
          <w:lang w:val="en-ID"/>
        </w:rPr>
        <w:t xml:space="preserve"> proses </w:t>
      </w:r>
      <w:proofErr w:type="spellStart"/>
      <w:r w:rsidRPr="009A12D0">
        <w:rPr>
          <w:rFonts w:ascii="Times New Roman" w:hAnsi="Times New Roman" w:cs="Times New Roman"/>
          <w:sz w:val="24"/>
          <w:szCs w:val="24"/>
          <w:lang w:val="en-ID"/>
        </w:rPr>
        <w:t>memilih</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memfokuskan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menyederhanakan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mengabstraksikan</w:t>
      </w:r>
      <w:proofErr w:type="spellEnd"/>
      <w:r w:rsidRPr="009A12D0">
        <w:rPr>
          <w:rFonts w:ascii="Times New Roman" w:hAnsi="Times New Roman" w:cs="Times New Roman"/>
          <w:sz w:val="24"/>
          <w:szCs w:val="24"/>
          <w:lang w:val="en-ID"/>
        </w:rPr>
        <w:t xml:space="preserve">, dan </w:t>
      </w:r>
      <w:proofErr w:type="spellStart"/>
      <w:r w:rsidRPr="009A12D0">
        <w:rPr>
          <w:rFonts w:ascii="Times New Roman" w:hAnsi="Times New Roman" w:cs="Times New Roman"/>
          <w:sz w:val="24"/>
          <w:szCs w:val="24"/>
          <w:lang w:val="en-ID"/>
        </w:rPr>
        <w:t>mentransformasikan</w:t>
      </w:r>
      <w:proofErr w:type="spellEnd"/>
      <w:r w:rsidRPr="009A12D0">
        <w:rPr>
          <w:rFonts w:ascii="Times New Roman" w:hAnsi="Times New Roman" w:cs="Times New Roman"/>
          <w:sz w:val="24"/>
          <w:szCs w:val="24"/>
          <w:lang w:val="en-ID"/>
        </w:rPr>
        <w:t xml:space="preserve"> data yang </w:t>
      </w:r>
      <w:proofErr w:type="spellStart"/>
      <w:r w:rsidRPr="009A12D0">
        <w:rPr>
          <w:rFonts w:ascii="Times New Roman" w:hAnsi="Times New Roman" w:cs="Times New Roman"/>
          <w:sz w:val="24"/>
          <w:szCs w:val="24"/>
          <w:lang w:val="en-ID"/>
        </w:rPr>
        <w:t>diperoleh</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dari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lapangan</w:t>
      </w:r>
      <w:proofErr w:type="spellEnd"/>
      <w:r w:rsidRPr="009A12D0">
        <w:rPr>
          <w:rFonts w:ascii="Times New Roman" w:hAnsi="Times New Roman" w:cs="Times New Roman"/>
          <w:sz w:val="24"/>
          <w:szCs w:val="24"/>
          <w:lang w:val="en-ID"/>
        </w:rPr>
        <w:t xml:space="preserve">. Pada </w:t>
      </w:r>
      <w:proofErr w:type="spellStart"/>
      <w:r w:rsidRPr="009A12D0">
        <w:rPr>
          <w:rFonts w:ascii="Times New Roman" w:hAnsi="Times New Roman" w:cs="Times New Roman"/>
          <w:sz w:val="24"/>
          <w:szCs w:val="24"/>
          <w:lang w:val="en-ID"/>
        </w:rPr>
        <w:t>tahap</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peneliti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tidak</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menghilangkan</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secara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sembarangan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tetapi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memusatkan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perhatian</w:t>
      </w:r>
      <w:proofErr w:type="spellEnd"/>
      <w:r w:rsidRPr="009A12D0">
        <w:rPr>
          <w:rFonts w:ascii="Times New Roman" w:hAnsi="Times New Roman" w:cs="Times New Roman"/>
          <w:sz w:val="24"/>
          <w:szCs w:val="24"/>
          <w:lang w:val="en-ID"/>
        </w:rPr>
        <w:t xml:space="preserve"> pada </w:t>
      </w:r>
      <w:proofErr w:type="spellStart"/>
      <w:r w:rsidRPr="009A12D0">
        <w:rPr>
          <w:rFonts w:ascii="Times New Roman" w:hAnsi="Times New Roman" w:cs="Times New Roman"/>
          <w:sz w:val="24"/>
          <w:szCs w:val="24"/>
          <w:lang w:val="en-ID"/>
        </w:rPr>
        <w:t>informasi</w:t>
      </w:r>
      <w:proofErr w:type="spellEnd"/>
      <w:r w:rsidRPr="009A12D0">
        <w:rPr>
          <w:rFonts w:ascii="Times New Roman" w:hAnsi="Times New Roman" w:cs="Times New Roman"/>
          <w:sz w:val="24"/>
          <w:szCs w:val="24"/>
          <w:lang w:val="en-ID"/>
        </w:rPr>
        <w:t xml:space="preserve"> yang </w:t>
      </w:r>
      <w:proofErr w:type="spellStart"/>
      <w:r w:rsidRPr="009A12D0">
        <w:rPr>
          <w:rFonts w:ascii="Times New Roman" w:hAnsi="Times New Roman" w:cs="Times New Roman"/>
          <w:sz w:val="24"/>
          <w:szCs w:val="24"/>
          <w:lang w:val="en-ID"/>
        </w:rPr>
        <w:t>memiliki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keterkaitan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fokus</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penelitian</w:t>
      </w:r>
      <w:proofErr w:type="spellEnd"/>
      <w:r w:rsidRPr="009A12D0">
        <w:rPr>
          <w:rFonts w:ascii="Times New Roman" w:hAnsi="Times New Roman" w:cs="Times New Roman"/>
          <w:sz w:val="24"/>
          <w:szCs w:val="24"/>
          <w:lang w:val="en-ID"/>
        </w:rPr>
        <w:t>.</w:t>
      </w:r>
    </w:p>
    <w:p w14:paraId="17EBE1B8" w14:textId="77777777" w:rsidR="009A12D0" w:rsidRPr="009A12D0" w:rsidRDefault="009A12D0" w:rsidP="009A12D0">
      <w:pPr>
        <w:spacing w:after="0" w:line="360" w:lineRule="auto"/>
        <w:ind w:left="709" w:firstLine="720"/>
        <w:jc w:val="both"/>
        <w:rPr>
          <w:rFonts w:ascii="Times New Roman" w:hAnsi="Times New Roman" w:cs="Times New Roman"/>
          <w:sz w:val="24"/>
          <w:szCs w:val="24"/>
          <w:lang w:val="en-ID"/>
        </w:rPr>
      </w:pPr>
      <w:r w:rsidRPr="009A12D0">
        <w:rPr>
          <w:rFonts w:ascii="Times New Roman" w:hAnsi="Times New Roman" w:cs="Times New Roman"/>
          <w:sz w:val="24"/>
          <w:szCs w:val="24"/>
          <w:lang w:val="en-ID"/>
        </w:rPr>
        <w:t xml:space="preserve">Data </w:t>
      </w:r>
      <w:proofErr w:type="spellStart"/>
      <w:r w:rsidRPr="009A12D0">
        <w:rPr>
          <w:rFonts w:ascii="Times New Roman" w:hAnsi="Times New Roman" w:cs="Times New Roman"/>
          <w:sz w:val="24"/>
          <w:szCs w:val="24"/>
          <w:lang w:val="en-ID"/>
        </w:rPr>
        <w:t>penelitian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diperoleh</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dari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jawaban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naratif</w:t>
      </w:r>
      <w:proofErr w:type="spellEnd"/>
      <w:r w:rsidRPr="009A12D0">
        <w:rPr>
          <w:rFonts w:ascii="Times New Roman" w:hAnsi="Times New Roman" w:cs="Times New Roman"/>
          <w:sz w:val="24"/>
          <w:szCs w:val="24"/>
          <w:lang w:val="en-ID"/>
        </w:rPr>
        <w:t xml:space="preserve"> 13 </w:t>
      </w:r>
      <w:proofErr w:type="spellStart"/>
      <w:r w:rsidRPr="009A12D0">
        <w:rPr>
          <w:rFonts w:ascii="Times New Roman" w:hAnsi="Times New Roman" w:cs="Times New Roman"/>
          <w:sz w:val="24"/>
          <w:szCs w:val="24"/>
          <w:lang w:val="en-ID"/>
        </w:rPr>
        <w:t>informan</w:t>
      </w:r>
      <w:proofErr w:type="spellEnd"/>
      <w:r w:rsidRPr="009A12D0">
        <w:rPr>
          <w:rFonts w:ascii="Times New Roman" w:hAnsi="Times New Roman" w:cs="Times New Roman"/>
          <w:sz w:val="24"/>
          <w:szCs w:val="24"/>
          <w:lang w:val="en-ID"/>
        </w:rPr>
        <w:t xml:space="preserve"> yang </w:t>
      </w:r>
      <w:proofErr w:type="spellStart"/>
      <w:r w:rsidRPr="009A12D0">
        <w:rPr>
          <w:rFonts w:ascii="Times New Roman" w:hAnsi="Times New Roman" w:cs="Times New Roman"/>
          <w:sz w:val="24"/>
          <w:szCs w:val="24"/>
          <w:lang w:val="en-ID"/>
        </w:rPr>
        <w:t>memiliki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pengalaman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bekerja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mengikuti</w:t>
      </w:r>
      <w:proofErr w:type="spellEnd"/>
      <w:r w:rsidRPr="009A12D0">
        <w:rPr>
          <w:rFonts w:ascii="Times New Roman" w:hAnsi="Times New Roman" w:cs="Times New Roman"/>
          <w:sz w:val="24"/>
          <w:szCs w:val="24"/>
          <w:lang w:val="en-ID"/>
        </w:rPr>
        <w:t xml:space="preserve"> training, </w:t>
      </w:r>
      <w:proofErr w:type="spellStart"/>
      <w:r w:rsidRPr="009A12D0">
        <w:rPr>
          <w:rFonts w:ascii="Times New Roman" w:hAnsi="Times New Roman" w:cs="Times New Roman"/>
          <w:sz w:val="24"/>
          <w:szCs w:val="24"/>
          <w:lang w:val="en-ID"/>
        </w:rPr>
        <w:t>maupun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menjalani</w:t>
      </w:r>
      <w:proofErr w:type="spellEnd"/>
      <w:r w:rsidRPr="009A12D0">
        <w:rPr>
          <w:rFonts w:ascii="Times New Roman" w:hAnsi="Times New Roman" w:cs="Times New Roman"/>
          <w:sz w:val="24"/>
          <w:szCs w:val="24"/>
          <w:lang w:val="en-ID"/>
        </w:rPr>
        <w:t xml:space="preserve"> program </w:t>
      </w:r>
      <w:proofErr w:type="spellStart"/>
      <w:r w:rsidRPr="009A12D0">
        <w:rPr>
          <w:rFonts w:ascii="Times New Roman" w:hAnsi="Times New Roman" w:cs="Times New Roman"/>
          <w:sz w:val="24"/>
          <w:szCs w:val="24"/>
          <w:lang w:val="en-ID"/>
        </w:rPr>
        <w:t>magang</w:t>
      </w:r>
      <w:proofErr w:type="spellEnd"/>
      <w:r w:rsidRPr="009A12D0">
        <w:rPr>
          <w:rFonts w:ascii="Times New Roman" w:hAnsi="Times New Roman" w:cs="Times New Roman"/>
          <w:sz w:val="24"/>
          <w:szCs w:val="24"/>
          <w:lang w:val="en-ID"/>
        </w:rPr>
        <w:t xml:space="preserve"> di </w:t>
      </w:r>
      <w:proofErr w:type="spellStart"/>
      <w:r w:rsidRPr="009A12D0">
        <w:rPr>
          <w:rFonts w:ascii="Times New Roman" w:hAnsi="Times New Roman" w:cs="Times New Roman"/>
          <w:sz w:val="24"/>
          <w:szCs w:val="24"/>
          <w:lang w:val="en-ID"/>
        </w:rPr>
        <w:t>industri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perhotelan</w:t>
      </w:r>
      <w:proofErr w:type="spellEnd"/>
      <w:r w:rsidRPr="009A12D0">
        <w:rPr>
          <w:rFonts w:ascii="Times New Roman" w:hAnsi="Times New Roman" w:cs="Times New Roman"/>
          <w:sz w:val="24"/>
          <w:szCs w:val="24"/>
          <w:lang w:val="en-ID"/>
        </w:rPr>
        <w:t xml:space="preserve"> Jepang. </w:t>
      </w:r>
      <w:proofErr w:type="spellStart"/>
      <w:r w:rsidRPr="009A12D0">
        <w:rPr>
          <w:rFonts w:ascii="Times New Roman" w:hAnsi="Times New Roman" w:cs="Times New Roman"/>
          <w:sz w:val="24"/>
          <w:szCs w:val="24"/>
          <w:lang w:val="en-ID"/>
        </w:rPr>
        <w:t>Seluruh</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jawaban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tersebut</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terlebih</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dahulu</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dibaca</w:t>
      </w:r>
      <w:proofErr w:type="spellEnd"/>
      <w:r w:rsidRPr="009A12D0">
        <w:rPr>
          <w:rFonts w:ascii="Times New Roman" w:hAnsi="Times New Roman" w:cs="Times New Roman"/>
          <w:sz w:val="24"/>
          <w:szCs w:val="24"/>
          <w:lang w:val="en-ID"/>
        </w:rPr>
        <w:t xml:space="preserve"> dan </w:t>
      </w:r>
      <w:proofErr w:type="spellStart"/>
      <w:r w:rsidRPr="009A12D0">
        <w:rPr>
          <w:rFonts w:ascii="Times New Roman" w:hAnsi="Times New Roman" w:cs="Times New Roman"/>
          <w:sz w:val="24"/>
          <w:szCs w:val="24"/>
          <w:lang w:val="en-ID"/>
        </w:rPr>
        <w:t>dipahami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secara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berulang</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untuk</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memperoleh</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gambaran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umum</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mengenai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pengalaman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informan</w:t>
      </w:r>
      <w:proofErr w:type="spellEnd"/>
      <w:r w:rsidRPr="009A12D0">
        <w:rPr>
          <w:rFonts w:ascii="Times New Roman" w:hAnsi="Times New Roman" w:cs="Times New Roman"/>
          <w:sz w:val="24"/>
          <w:szCs w:val="24"/>
          <w:lang w:val="en-ID"/>
        </w:rPr>
        <w:t>.</w:t>
      </w:r>
    </w:p>
    <w:p w14:paraId="4F3EFBC0" w14:textId="77777777" w:rsidR="009A12D0" w:rsidRPr="009A12D0" w:rsidRDefault="009A12D0" w:rsidP="009A12D0">
      <w:pPr>
        <w:spacing w:after="0" w:line="360" w:lineRule="auto"/>
        <w:ind w:left="709" w:firstLine="720"/>
        <w:jc w:val="both"/>
        <w:rPr>
          <w:rFonts w:ascii="Times New Roman" w:hAnsi="Times New Roman" w:cs="Times New Roman"/>
          <w:sz w:val="24"/>
          <w:szCs w:val="24"/>
          <w:lang w:val="en-ID"/>
        </w:rPr>
      </w:pPr>
      <w:proofErr w:type="spellStart"/>
      <w:r w:rsidRPr="009A12D0">
        <w:rPr>
          <w:rFonts w:ascii="Times New Roman" w:hAnsi="Times New Roman" w:cs="Times New Roman"/>
          <w:sz w:val="24"/>
          <w:szCs w:val="24"/>
          <w:lang w:val="en-ID"/>
        </w:rPr>
        <w:t>Selanjutnya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peneliti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mengidentifikasi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bagian-bagian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jawaban</w:t>
      </w:r>
      <w:proofErr w:type="spellEnd"/>
      <w:r w:rsidRPr="009A12D0">
        <w:rPr>
          <w:rFonts w:ascii="Times New Roman" w:hAnsi="Times New Roman" w:cs="Times New Roman"/>
          <w:sz w:val="24"/>
          <w:szCs w:val="24"/>
          <w:lang w:val="en-ID"/>
        </w:rPr>
        <w:t xml:space="preserve"> yang </w:t>
      </w:r>
      <w:proofErr w:type="spellStart"/>
      <w:r w:rsidRPr="009A12D0">
        <w:rPr>
          <w:rFonts w:ascii="Times New Roman" w:hAnsi="Times New Roman" w:cs="Times New Roman"/>
          <w:sz w:val="24"/>
          <w:szCs w:val="24"/>
          <w:lang w:val="en-ID"/>
        </w:rPr>
        <w:t>berkaitan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tiga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fokus</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penelitian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yaitu</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tantangan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bahasa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tantangan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etika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kerja</w:t>
      </w:r>
      <w:proofErr w:type="spellEnd"/>
      <w:r w:rsidRPr="009A12D0">
        <w:rPr>
          <w:rFonts w:ascii="Times New Roman" w:hAnsi="Times New Roman" w:cs="Times New Roman"/>
          <w:sz w:val="24"/>
          <w:szCs w:val="24"/>
          <w:lang w:val="en-ID"/>
        </w:rPr>
        <w:t xml:space="preserve">, dan strategi </w:t>
      </w:r>
      <w:proofErr w:type="spellStart"/>
      <w:r w:rsidRPr="009A12D0">
        <w:rPr>
          <w:rFonts w:ascii="Times New Roman" w:hAnsi="Times New Roman" w:cs="Times New Roman"/>
          <w:sz w:val="24"/>
          <w:szCs w:val="24"/>
          <w:lang w:val="en-ID"/>
        </w:rPr>
        <w:t>adaptasi</w:t>
      </w:r>
      <w:proofErr w:type="spellEnd"/>
      <w:r w:rsidRPr="009A12D0">
        <w:rPr>
          <w:rFonts w:ascii="Times New Roman" w:hAnsi="Times New Roman" w:cs="Times New Roman"/>
          <w:sz w:val="24"/>
          <w:szCs w:val="24"/>
          <w:lang w:val="en-ID"/>
        </w:rPr>
        <w:t xml:space="preserve">. Data yang </w:t>
      </w:r>
      <w:proofErr w:type="spellStart"/>
      <w:r w:rsidRPr="009A12D0">
        <w:rPr>
          <w:rFonts w:ascii="Times New Roman" w:hAnsi="Times New Roman" w:cs="Times New Roman"/>
          <w:sz w:val="24"/>
          <w:szCs w:val="24"/>
          <w:lang w:val="en-ID"/>
        </w:rPr>
        <w:t>berkaitan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penggunaan</w:t>
      </w:r>
      <w:proofErr w:type="spellEnd"/>
      <w:r w:rsidRPr="009A12D0">
        <w:rPr>
          <w:rFonts w:ascii="Times New Roman" w:hAnsi="Times New Roman" w:cs="Times New Roman"/>
          <w:sz w:val="24"/>
          <w:szCs w:val="24"/>
          <w:lang w:val="en-ID"/>
        </w:rPr>
        <w:t xml:space="preserve"> Keigo dan </w:t>
      </w:r>
      <w:proofErr w:type="spellStart"/>
      <w:r w:rsidRPr="009A12D0">
        <w:rPr>
          <w:rFonts w:ascii="Times New Roman" w:hAnsi="Times New Roman" w:cs="Times New Roman"/>
          <w:sz w:val="24"/>
          <w:szCs w:val="24"/>
          <w:lang w:val="en-ID"/>
        </w:rPr>
        <w:t>Teineigo</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keterbatasan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kosakata</w:t>
      </w:r>
      <w:proofErr w:type="spellEnd"/>
      <w:r w:rsidRPr="009A12D0">
        <w:rPr>
          <w:rFonts w:ascii="Times New Roman" w:hAnsi="Times New Roman" w:cs="Times New Roman"/>
          <w:sz w:val="24"/>
          <w:szCs w:val="24"/>
          <w:lang w:val="en-ID"/>
        </w:rPr>
        <w:t xml:space="preserve"> hospitality, </w:t>
      </w:r>
      <w:proofErr w:type="spellStart"/>
      <w:r w:rsidRPr="009A12D0">
        <w:rPr>
          <w:rFonts w:ascii="Times New Roman" w:hAnsi="Times New Roman" w:cs="Times New Roman"/>
          <w:sz w:val="24"/>
          <w:szCs w:val="24"/>
          <w:lang w:val="en-ID"/>
        </w:rPr>
        <w:t>kesulitan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memahami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instruksi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dialek</w:t>
      </w:r>
      <w:proofErr w:type="spellEnd"/>
      <w:r w:rsidRPr="009A12D0">
        <w:rPr>
          <w:rFonts w:ascii="Times New Roman" w:hAnsi="Times New Roman" w:cs="Times New Roman"/>
          <w:sz w:val="24"/>
          <w:szCs w:val="24"/>
          <w:lang w:val="en-ID"/>
        </w:rPr>
        <w:t xml:space="preserve">, dan </w:t>
      </w:r>
      <w:proofErr w:type="spellStart"/>
      <w:r w:rsidRPr="009A12D0">
        <w:rPr>
          <w:rFonts w:ascii="Times New Roman" w:hAnsi="Times New Roman" w:cs="Times New Roman"/>
          <w:sz w:val="24"/>
          <w:szCs w:val="24"/>
          <w:lang w:val="en-ID"/>
        </w:rPr>
        <w:t>kecepatan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berbicara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dikelompokkan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sebagai</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mengenai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tantangan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bahasa</w:t>
      </w:r>
      <w:proofErr w:type="spellEnd"/>
      <w:r w:rsidRPr="009A12D0">
        <w:rPr>
          <w:rFonts w:ascii="Times New Roman" w:hAnsi="Times New Roman" w:cs="Times New Roman"/>
          <w:sz w:val="24"/>
          <w:szCs w:val="24"/>
          <w:lang w:val="en-ID"/>
        </w:rPr>
        <w:t>.</w:t>
      </w:r>
    </w:p>
    <w:p w14:paraId="3E4CDF86" w14:textId="77777777" w:rsidR="009A12D0" w:rsidRPr="009A12D0" w:rsidRDefault="009A12D0" w:rsidP="009A12D0">
      <w:pPr>
        <w:spacing w:after="0" w:line="360" w:lineRule="auto"/>
        <w:ind w:left="709" w:firstLine="720"/>
        <w:jc w:val="both"/>
        <w:rPr>
          <w:rFonts w:ascii="Times New Roman" w:hAnsi="Times New Roman" w:cs="Times New Roman"/>
          <w:sz w:val="24"/>
          <w:szCs w:val="24"/>
          <w:lang w:val="en-ID"/>
        </w:rPr>
      </w:pPr>
      <w:r w:rsidRPr="009A12D0">
        <w:rPr>
          <w:rFonts w:ascii="Times New Roman" w:hAnsi="Times New Roman" w:cs="Times New Roman"/>
          <w:sz w:val="24"/>
          <w:szCs w:val="24"/>
          <w:lang w:val="en-ID"/>
        </w:rPr>
        <w:t xml:space="preserve">Data </w:t>
      </w:r>
      <w:proofErr w:type="spellStart"/>
      <w:r w:rsidRPr="009A12D0">
        <w:rPr>
          <w:rFonts w:ascii="Times New Roman" w:hAnsi="Times New Roman" w:cs="Times New Roman"/>
          <w:sz w:val="24"/>
          <w:szCs w:val="24"/>
          <w:lang w:val="en-ID"/>
        </w:rPr>
        <w:t>mengenai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tuntutan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kecepatan</w:t>
      </w:r>
      <w:proofErr w:type="spellEnd"/>
      <w:r w:rsidRPr="009A12D0">
        <w:rPr>
          <w:rFonts w:ascii="Times New Roman" w:hAnsi="Times New Roman" w:cs="Times New Roman"/>
          <w:sz w:val="24"/>
          <w:szCs w:val="24"/>
          <w:lang w:val="en-ID"/>
        </w:rPr>
        <w:t xml:space="preserve"> dan </w:t>
      </w:r>
      <w:proofErr w:type="spellStart"/>
      <w:r w:rsidRPr="009A12D0">
        <w:rPr>
          <w:rFonts w:ascii="Times New Roman" w:hAnsi="Times New Roman" w:cs="Times New Roman"/>
          <w:sz w:val="24"/>
          <w:szCs w:val="24"/>
          <w:lang w:val="en-ID"/>
        </w:rPr>
        <w:t>ketelitian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kerja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kedisiplinan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ketepatan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waktu</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hubungan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senior </w:t>
      </w:r>
      <w:proofErr w:type="spellStart"/>
      <w:r w:rsidRPr="009A12D0">
        <w:rPr>
          <w:rFonts w:ascii="Times New Roman" w:hAnsi="Times New Roman" w:cs="Times New Roman"/>
          <w:sz w:val="24"/>
          <w:szCs w:val="24"/>
          <w:lang w:val="en-ID"/>
        </w:rPr>
        <w:t>atau</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atasan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serta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standar</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pelayanan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kepada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tamu</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dikelompokkan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sebagai</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mengenai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tantangan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etika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kerja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Sementara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itu</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mengenai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komunikasi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aktif</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tenaga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kerja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Jepang</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pembelajaran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mandiri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pencatatan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kosakata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meminta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klarifikasi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serta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penyesuaian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sikap</w:t>
      </w:r>
      <w:proofErr w:type="spellEnd"/>
      <w:r w:rsidRPr="009A12D0">
        <w:rPr>
          <w:rFonts w:ascii="Times New Roman" w:hAnsi="Times New Roman" w:cs="Times New Roman"/>
          <w:sz w:val="24"/>
          <w:szCs w:val="24"/>
          <w:lang w:val="en-ID"/>
        </w:rPr>
        <w:t xml:space="preserve"> dan </w:t>
      </w:r>
      <w:proofErr w:type="spellStart"/>
      <w:r w:rsidRPr="009A12D0">
        <w:rPr>
          <w:rFonts w:ascii="Times New Roman" w:hAnsi="Times New Roman" w:cs="Times New Roman"/>
          <w:sz w:val="24"/>
          <w:szCs w:val="24"/>
          <w:lang w:val="en-ID"/>
        </w:rPr>
        <w:t>kedisiplinan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dikelompokkan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sebagai</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mengenai</w:t>
      </w:r>
      <w:proofErr w:type="spellEnd"/>
      <w:r w:rsidRPr="009A12D0">
        <w:rPr>
          <w:rFonts w:ascii="Times New Roman" w:hAnsi="Times New Roman" w:cs="Times New Roman"/>
          <w:sz w:val="24"/>
          <w:szCs w:val="24"/>
          <w:lang w:val="en-ID"/>
        </w:rPr>
        <w:t xml:space="preserve"> strategi </w:t>
      </w:r>
      <w:proofErr w:type="spellStart"/>
      <w:r w:rsidRPr="009A12D0">
        <w:rPr>
          <w:rFonts w:ascii="Times New Roman" w:hAnsi="Times New Roman" w:cs="Times New Roman"/>
          <w:sz w:val="24"/>
          <w:szCs w:val="24"/>
          <w:lang w:val="en-ID"/>
        </w:rPr>
        <w:t>adaptasi</w:t>
      </w:r>
      <w:proofErr w:type="spellEnd"/>
      <w:r w:rsidRPr="009A12D0">
        <w:rPr>
          <w:rFonts w:ascii="Times New Roman" w:hAnsi="Times New Roman" w:cs="Times New Roman"/>
          <w:sz w:val="24"/>
          <w:szCs w:val="24"/>
          <w:lang w:val="en-ID"/>
        </w:rPr>
        <w:t>.</w:t>
      </w:r>
    </w:p>
    <w:p w14:paraId="2627EB4D" w14:textId="77777777" w:rsidR="009A12D0" w:rsidRPr="009A12D0" w:rsidRDefault="009A12D0" w:rsidP="009A12D0">
      <w:pPr>
        <w:spacing w:after="0" w:line="360" w:lineRule="auto"/>
        <w:ind w:left="709" w:firstLine="720"/>
        <w:jc w:val="both"/>
        <w:rPr>
          <w:rFonts w:ascii="Times New Roman" w:hAnsi="Times New Roman" w:cs="Times New Roman"/>
          <w:sz w:val="24"/>
          <w:szCs w:val="24"/>
          <w:lang w:val="en-ID"/>
        </w:rPr>
      </w:pPr>
      <w:r w:rsidRPr="009A12D0">
        <w:rPr>
          <w:rFonts w:ascii="Times New Roman" w:hAnsi="Times New Roman" w:cs="Times New Roman"/>
          <w:sz w:val="24"/>
          <w:szCs w:val="24"/>
          <w:lang w:val="en-ID"/>
        </w:rPr>
        <w:t xml:space="preserve">Pada </w:t>
      </w:r>
      <w:proofErr w:type="spellStart"/>
      <w:r w:rsidRPr="009A12D0">
        <w:rPr>
          <w:rFonts w:ascii="Times New Roman" w:hAnsi="Times New Roman" w:cs="Times New Roman"/>
          <w:sz w:val="24"/>
          <w:szCs w:val="24"/>
          <w:lang w:val="en-ID"/>
        </w:rPr>
        <w:t>tahap</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peneliti</w:t>
      </w:r>
      <w:proofErr w:type="spellEnd"/>
      <w:r w:rsidRPr="009A12D0">
        <w:rPr>
          <w:rFonts w:ascii="Times New Roman" w:hAnsi="Times New Roman" w:cs="Times New Roman"/>
          <w:sz w:val="24"/>
          <w:szCs w:val="24"/>
          <w:lang w:val="en-ID"/>
        </w:rPr>
        <w:t xml:space="preserve"> juga </w:t>
      </w:r>
      <w:proofErr w:type="spellStart"/>
      <w:r w:rsidRPr="009A12D0">
        <w:rPr>
          <w:rFonts w:ascii="Times New Roman" w:hAnsi="Times New Roman" w:cs="Times New Roman"/>
          <w:sz w:val="24"/>
          <w:szCs w:val="24"/>
          <w:lang w:val="en-ID"/>
        </w:rPr>
        <w:t>melakukan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pengkodean</w:t>
      </w:r>
      <w:proofErr w:type="spellEnd"/>
      <w:r w:rsidRPr="009A12D0">
        <w:rPr>
          <w:rFonts w:ascii="Times New Roman" w:hAnsi="Times New Roman" w:cs="Times New Roman"/>
          <w:sz w:val="24"/>
          <w:szCs w:val="24"/>
          <w:lang w:val="en-ID"/>
        </w:rPr>
        <w:t xml:space="preserve"> data (</w:t>
      </w:r>
      <w:r w:rsidRPr="006E0090">
        <w:rPr>
          <w:rFonts w:ascii="Times New Roman" w:hAnsi="Times New Roman" w:cs="Times New Roman"/>
          <w:i/>
          <w:iCs/>
          <w:sz w:val="24"/>
          <w:szCs w:val="24"/>
          <w:lang w:val="en-ID"/>
        </w:rPr>
        <w:t>coding</w:t>
      </w:r>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memberikan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kode</w:t>
      </w:r>
      <w:proofErr w:type="spellEnd"/>
      <w:r w:rsidRPr="009A12D0">
        <w:rPr>
          <w:rFonts w:ascii="Times New Roman" w:hAnsi="Times New Roman" w:cs="Times New Roman"/>
          <w:sz w:val="24"/>
          <w:szCs w:val="24"/>
          <w:lang w:val="en-ID"/>
        </w:rPr>
        <w:t xml:space="preserve"> pada </w:t>
      </w:r>
      <w:proofErr w:type="spellStart"/>
      <w:r w:rsidRPr="009A12D0">
        <w:rPr>
          <w:rFonts w:ascii="Times New Roman" w:hAnsi="Times New Roman" w:cs="Times New Roman"/>
          <w:sz w:val="24"/>
          <w:szCs w:val="24"/>
          <w:lang w:val="en-ID"/>
        </w:rPr>
        <w:t>informasi</w:t>
      </w:r>
      <w:proofErr w:type="spellEnd"/>
      <w:r w:rsidRPr="009A12D0">
        <w:rPr>
          <w:rFonts w:ascii="Times New Roman" w:hAnsi="Times New Roman" w:cs="Times New Roman"/>
          <w:sz w:val="24"/>
          <w:szCs w:val="24"/>
          <w:lang w:val="en-ID"/>
        </w:rPr>
        <w:t xml:space="preserve"> yang </w:t>
      </w:r>
      <w:proofErr w:type="spellStart"/>
      <w:r w:rsidRPr="009A12D0">
        <w:rPr>
          <w:rFonts w:ascii="Times New Roman" w:hAnsi="Times New Roman" w:cs="Times New Roman"/>
          <w:sz w:val="24"/>
          <w:szCs w:val="24"/>
          <w:lang w:val="en-ID"/>
        </w:rPr>
        <w:t>memiliki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kesamaan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makna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Pengkodean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digunakan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untuk</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memudahkan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peneliti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menemukan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pola</w:t>
      </w:r>
      <w:proofErr w:type="spellEnd"/>
      <w:r w:rsidRPr="009A12D0">
        <w:rPr>
          <w:rFonts w:ascii="Times New Roman" w:hAnsi="Times New Roman" w:cs="Times New Roman"/>
          <w:sz w:val="24"/>
          <w:szCs w:val="24"/>
          <w:lang w:val="en-ID"/>
        </w:rPr>
        <w:t xml:space="preserve"> dan </w:t>
      </w:r>
      <w:proofErr w:type="spellStart"/>
      <w:r w:rsidRPr="009A12D0">
        <w:rPr>
          <w:rFonts w:ascii="Times New Roman" w:hAnsi="Times New Roman" w:cs="Times New Roman"/>
          <w:sz w:val="24"/>
          <w:szCs w:val="24"/>
          <w:lang w:val="en-ID"/>
        </w:rPr>
        <w:t>tema</w:t>
      </w:r>
      <w:proofErr w:type="spellEnd"/>
      <w:r w:rsidRPr="009A12D0">
        <w:rPr>
          <w:rFonts w:ascii="Times New Roman" w:hAnsi="Times New Roman" w:cs="Times New Roman"/>
          <w:sz w:val="24"/>
          <w:szCs w:val="24"/>
          <w:lang w:val="en-ID"/>
        </w:rPr>
        <w:t xml:space="preserve"> yang </w:t>
      </w:r>
      <w:proofErr w:type="spellStart"/>
      <w:r w:rsidRPr="009A12D0">
        <w:rPr>
          <w:rFonts w:ascii="Times New Roman" w:hAnsi="Times New Roman" w:cs="Times New Roman"/>
          <w:sz w:val="24"/>
          <w:szCs w:val="24"/>
          <w:lang w:val="en-ID"/>
        </w:rPr>
        <w:t>muncul</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dari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jawaban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informan</w:t>
      </w:r>
      <w:proofErr w:type="spellEnd"/>
      <w:r w:rsidRPr="009A12D0">
        <w:rPr>
          <w:rFonts w:ascii="Times New Roman" w:hAnsi="Times New Roman" w:cs="Times New Roman"/>
          <w:sz w:val="24"/>
          <w:szCs w:val="24"/>
          <w:lang w:val="en-ID"/>
        </w:rPr>
        <w:t>.</w:t>
      </w:r>
    </w:p>
    <w:p w14:paraId="647AB7B8" w14:textId="77777777" w:rsidR="003F6CE3" w:rsidRPr="00C95EA0" w:rsidRDefault="009A12D0" w:rsidP="009A12D0">
      <w:pPr>
        <w:spacing w:after="0" w:line="360" w:lineRule="auto"/>
        <w:ind w:left="709" w:firstLine="720"/>
        <w:jc w:val="both"/>
        <w:rPr>
          <w:rFonts w:ascii="Times New Roman" w:hAnsi="Times New Roman" w:cs="Times New Roman"/>
          <w:sz w:val="24"/>
          <w:szCs w:val="24"/>
          <w:lang w:val="en-ID"/>
        </w:rPr>
      </w:pP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demikian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kondensasi</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dalam</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penelitian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menghasilkan</w:t>
      </w:r>
      <w:proofErr w:type="spellEnd"/>
      <w:r w:rsidRPr="009A12D0">
        <w:rPr>
          <w:rFonts w:ascii="Times New Roman" w:hAnsi="Times New Roman" w:cs="Times New Roman"/>
          <w:sz w:val="24"/>
          <w:szCs w:val="24"/>
          <w:lang w:val="en-ID"/>
        </w:rPr>
        <w:t xml:space="preserve"> data yang </w:t>
      </w:r>
      <w:proofErr w:type="spellStart"/>
      <w:r w:rsidRPr="009A12D0">
        <w:rPr>
          <w:rFonts w:ascii="Times New Roman" w:hAnsi="Times New Roman" w:cs="Times New Roman"/>
          <w:sz w:val="24"/>
          <w:szCs w:val="24"/>
          <w:lang w:val="en-ID"/>
        </w:rPr>
        <w:t>lebih</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terarah</w:t>
      </w:r>
      <w:proofErr w:type="spellEnd"/>
      <w:r w:rsidRPr="009A12D0">
        <w:rPr>
          <w:rFonts w:ascii="Times New Roman" w:hAnsi="Times New Roman" w:cs="Times New Roman"/>
          <w:sz w:val="24"/>
          <w:szCs w:val="24"/>
          <w:lang w:val="en-ID"/>
        </w:rPr>
        <w:t xml:space="preserve"> dan </w:t>
      </w:r>
      <w:proofErr w:type="spellStart"/>
      <w:r w:rsidRPr="009A12D0">
        <w:rPr>
          <w:rFonts w:ascii="Times New Roman" w:hAnsi="Times New Roman" w:cs="Times New Roman"/>
          <w:sz w:val="24"/>
          <w:szCs w:val="24"/>
          <w:lang w:val="en-ID"/>
        </w:rPr>
        <w:t>sesuai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fokus</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penelitian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tanpa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menghilangkan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makna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pengalaman</w:t>
      </w:r>
      <w:proofErr w:type="spellEnd"/>
      <w:r w:rsidRPr="009A12D0">
        <w:rPr>
          <w:rFonts w:ascii="Times New Roman" w:hAnsi="Times New Roman" w:cs="Times New Roman"/>
          <w:sz w:val="24"/>
          <w:szCs w:val="24"/>
          <w:lang w:val="en-ID"/>
        </w:rPr>
        <w:t xml:space="preserve"> yang </w:t>
      </w:r>
      <w:proofErr w:type="spellStart"/>
      <w:r w:rsidRPr="009A12D0">
        <w:rPr>
          <w:rFonts w:ascii="Times New Roman" w:hAnsi="Times New Roman" w:cs="Times New Roman"/>
          <w:sz w:val="24"/>
          <w:szCs w:val="24"/>
          <w:lang w:val="en-ID"/>
        </w:rPr>
        <w:t>disampaikan</w:t>
      </w:r>
      <w:proofErr w:type="spellEnd"/>
      <w:r w:rsidRPr="009A12D0">
        <w:rPr>
          <w:rFonts w:ascii="Times New Roman" w:hAnsi="Times New Roman" w:cs="Times New Roman"/>
          <w:sz w:val="24"/>
          <w:szCs w:val="24"/>
          <w:lang w:val="en-ID"/>
        </w:rPr>
        <w:t xml:space="preserve"> oleh </w:t>
      </w:r>
      <w:proofErr w:type="spellStart"/>
      <w:r w:rsidRPr="009A12D0">
        <w:rPr>
          <w:rFonts w:ascii="Times New Roman" w:hAnsi="Times New Roman" w:cs="Times New Roman"/>
          <w:sz w:val="24"/>
          <w:szCs w:val="24"/>
          <w:lang w:val="en-ID"/>
        </w:rPr>
        <w:t>informan</w:t>
      </w:r>
      <w:proofErr w:type="spellEnd"/>
      <w:r w:rsidRPr="009A12D0">
        <w:rPr>
          <w:rFonts w:ascii="Times New Roman" w:hAnsi="Times New Roman" w:cs="Times New Roman"/>
          <w:sz w:val="24"/>
          <w:szCs w:val="24"/>
          <w:lang w:val="en-ID"/>
        </w:rPr>
        <w:t>.</w:t>
      </w:r>
    </w:p>
    <w:p w14:paraId="52E70A60" w14:textId="77777777" w:rsidR="003F6CE3" w:rsidRPr="00CD3360" w:rsidRDefault="00156FA5">
      <w:pPr>
        <w:pStyle w:val="Heading3"/>
        <w:numPr>
          <w:ilvl w:val="0"/>
          <w:numId w:val="21"/>
        </w:numPr>
        <w:spacing w:before="0" w:line="360" w:lineRule="auto"/>
        <w:ind w:left="567"/>
        <w:jc w:val="both"/>
        <w:rPr>
          <w:rFonts w:ascii="Times New Roman" w:hAnsi="Times New Roman" w:cs="Times New Roman"/>
          <w:b w:val="0"/>
          <w:bCs w:val="0"/>
          <w:color w:val="auto"/>
          <w:sz w:val="24"/>
          <w:szCs w:val="24"/>
        </w:rPr>
      </w:pPr>
      <w:bookmarkStart w:id="40" w:name="_Toc238448304"/>
      <w:proofErr w:type="spellStart"/>
      <w:r w:rsidRPr="00CD3360">
        <w:rPr>
          <w:rFonts w:ascii="Times New Roman" w:hAnsi="Times New Roman" w:cs="Times New Roman"/>
          <w:b w:val="0"/>
          <w:bCs w:val="0"/>
          <w:color w:val="auto"/>
          <w:sz w:val="24"/>
          <w:szCs w:val="24"/>
        </w:rPr>
        <w:t>Penyajian</w:t>
      </w:r>
      <w:proofErr w:type="spellEnd"/>
      <w:r w:rsidRPr="00CD3360">
        <w:rPr>
          <w:rFonts w:ascii="Times New Roman" w:hAnsi="Times New Roman" w:cs="Times New Roman"/>
          <w:b w:val="0"/>
          <w:bCs w:val="0"/>
          <w:color w:val="auto"/>
          <w:sz w:val="24"/>
          <w:szCs w:val="24"/>
        </w:rPr>
        <w:t xml:space="preserve"> Data</w:t>
      </w:r>
      <w:bookmarkEnd w:id="40"/>
    </w:p>
    <w:p w14:paraId="0485DA5F" w14:textId="77777777" w:rsidR="009A12D0" w:rsidRPr="009A12D0" w:rsidRDefault="009A12D0" w:rsidP="009A12D0">
      <w:pPr>
        <w:spacing w:after="0" w:line="360" w:lineRule="auto"/>
        <w:ind w:left="709" w:firstLine="720"/>
        <w:jc w:val="both"/>
        <w:rPr>
          <w:rFonts w:ascii="Times New Roman" w:hAnsi="Times New Roman" w:cs="Times New Roman"/>
          <w:sz w:val="24"/>
          <w:szCs w:val="24"/>
          <w:lang w:val="en-ID"/>
        </w:rPr>
      </w:pPr>
      <w:proofErr w:type="spellStart"/>
      <w:r w:rsidRPr="009A12D0">
        <w:rPr>
          <w:rFonts w:ascii="Times New Roman" w:hAnsi="Times New Roman" w:cs="Times New Roman"/>
          <w:sz w:val="24"/>
          <w:szCs w:val="24"/>
          <w:lang w:val="en-ID"/>
        </w:rPr>
        <w:t>Setelah</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dikondensasikan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tahap</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berikutnya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adalah</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penyajian</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Penyajian</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dilakukan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menyusun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informasi</w:t>
      </w:r>
      <w:proofErr w:type="spellEnd"/>
      <w:r w:rsidRPr="009A12D0">
        <w:rPr>
          <w:rFonts w:ascii="Times New Roman" w:hAnsi="Times New Roman" w:cs="Times New Roman"/>
          <w:sz w:val="24"/>
          <w:szCs w:val="24"/>
          <w:lang w:val="en-ID"/>
        </w:rPr>
        <w:t xml:space="preserve"> yang </w:t>
      </w:r>
      <w:proofErr w:type="spellStart"/>
      <w:r w:rsidRPr="009A12D0">
        <w:rPr>
          <w:rFonts w:ascii="Times New Roman" w:hAnsi="Times New Roman" w:cs="Times New Roman"/>
          <w:sz w:val="24"/>
          <w:szCs w:val="24"/>
          <w:lang w:val="en-ID"/>
        </w:rPr>
        <w:t>telah</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dipilih</w:t>
      </w:r>
      <w:proofErr w:type="spellEnd"/>
      <w:r w:rsidRPr="009A12D0">
        <w:rPr>
          <w:rFonts w:ascii="Times New Roman" w:hAnsi="Times New Roman" w:cs="Times New Roman"/>
          <w:sz w:val="24"/>
          <w:szCs w:val="24"/>
          <w:lang w:val="en-ID"/>
        </w:rPr>
        <w:t xml:space="preserve"> dan </w:t>
      </w:r>
      <w:proofErr w:type="spellStart"/>
      <w:r w:rsidRPr="009A12D0">
        <w:rPr>
          <w:rFonts w:ascii="Times New Roman" w:hAnsi="Times New Roman" w:cs="Times New Roman"/>
          <w:sz w:val="24"/>
          <w:szCs w:val="24"/>
          <w:lang w:val="en-ID"/>
        </w:rPr>
        <w:t>dikelompokkan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secara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sistematis</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sehingga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hubungan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pola</w:t>
      </w:r>
      <w:proofErr w:type="spellEnd"/>
      <w:r w:rsidRPr="009A12D0">
        <w:rPr>
          <w:rFonts w:ascii="Times New Roman" w:hAnsi="Times New Roman" w:cs="Times New Roman"/>
          <w:sz w:val="24"/>
          <w:szCs w:val="24"/>
          <w:lang w:val="en-ID"/>
        </w:rPr>
        <w:t xml:space="preserve">, dan </w:t>
      </w:r>
      <w:proofErr w:type="spellStart"/>
      <w:r w:rsidRPr="009A12D0">
        <w:rPr>
          <w:rFonts w:ascii="Times New Roman" w:hAnsi="Times New Roman" w:cs="Times New Roman"/>
          <w:sz w:val="24"/>
          <w:szCs w:val="24"/>
          <w:lang w:val="en-ID"/>
        </w:rPr>
        <w:t>kecenderungan</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dapat</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terlihat</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lebih</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jelas</w:t>
      </w:r>
      <w:proofErr w:type="spellEnd"/>
      <w:r w:rsidRPr="009A12D0">
        <w:rPr>
          <w:rFonts w:ascii="Times New Roman" w:hAnsi="Times New Roman" w:cs="Times New Roman"/>
          <w:sz w:val="24"/>
          <w:szCs w:val="24"/>
          <w:lang w:val="en-ID"/>
        </w:rPr>
        <w:t>.</w:t>
      </w:r>
    </w:p>
    <w:p w14:paraId="1E172BA8" w14:textId="77777777" w:rsidR="009A12D0" w:rsidRPr="009A12D0" w:rsidRDefault="009A12D0" w:rsidP="009A12D0">
      <w:pPr>
        <w:spacing w:after="0" w:line="360" w:lineRule="auto"/>
        <w:ind w:left="709" w:firstLine="720"/>
        <w:jc w:val="both"/>
        <w:rPr>
          <w:rFonts w:ascii="Times New Roman" w:hAnsi="Times New Roman" w:cs="Times New Roman"/>
          <w:sz w:val="24"/>
          <w:szCs w:val="24"/>
          <w:lang w:val="en-ID"/>
        </w:rPr>
      </w:pPr>
      <w:r w:rsidRPr="009A12D0">
        <w:rPr>
          <w:rFonts w:ascii="Times New Roman" w:hAnsi="Times New Roman" w:cs="Times New Roman"/>
          <w:sz w:val="24"/>
          <w:szCs w:val="24"/>
          <w:lang w:val="en-ID"/>
        </w:rPr>
        <w:t xml:space="preserve">Dalam </w:t>
      </w:r>
      <w:proofErr w:type="spellStart"/>
      <w:r w:rsidRPr="009A12D0">
        <w:rPr>
          <w:rFonts w:ascii="Times New Roman" w:hAnsi="Times New Roman" w:cs="Times New Roman"/>
          <w:sz w:val="24"/>
          <w:szCs w:val="24"/>
          <w:lang w:val="en-ID"/>
        </w:rPr>
        <w:t>penelitian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ini</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disajikan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dalam</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bentuk</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uraian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naratif</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pengelompokan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tema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matriks</w:t>
      </w:r>
      <w:proofErr w:type="spellEnd"/>
      <w:r w:rsidRPr="009A12D0">
        <w:rPr>
          <w:rFonts w:ascii="Times New Roman" w:hAnsi="Times New Roman" w:cs="Times New Roman"/>
          <w:sz w:val="24"/>
          <w:szCs w:val="24"/>
          <w:lang w:val="en-ID"/>
        </w:rPr>
        <w:t xml:space="preserve"> data, dan </w:t>
      </w:r>
      <w:proofErr w:type="spellStart"/>
      <w:r w:rsidRPr="009A12D0">
        <w:rPr>
          <w:rFonts w:ascii="Times New Roman" w:hAnsi="Times New Roman" w:cs="Times New Roman"/>
          <w:sz w:val="24"/>
          <w:szCs w:val="24"/>
          <w:lang w:val="en-ID"/>
        </w:rPr>
        <w:t>kutipan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langsung</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informan</w:t>
      </w:r>
      <w:proofErr w:type="spellEnd"/>
      <w:r w:rsidRPr="009A12D0">
        <w:rPr>
          <w:rFonts w:ascii="Times New Roman" w:hAnsi="Times New Roman" w:cs="Times New Roman"/>
          <w:sz w:val="24"/>
          <w:szCs w:val="24"/>
          <w:lang w:val="en-ID"/>
        </w:rPr>
        <w:t xml:space="preserve"> yang </w:t>
      </w:r>
      <w:proofErr w:type="spellStart"/>
      <w:r w:rsidRPr="009A12D0">
        <w:rPr>
          <w:rFonts w:ascii="Times New Roman" w:hAnsi="Times New Roman" w:cs="Times New Roman"/>
          <w:sz w:val="24"/>
          <w:szCs w:val="24"/>
          <w:lang w:val="en-ID"/>
        </w:rPr>
        <w:t>dianggap</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mewakili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temuan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penelitian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Penyajian</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disusun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berdasarkan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tiga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fokus</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utama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penelitian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yaitu</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tantangan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bahasa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tantangan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etika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kerja</w:t>
      </w:r>
      <w:proofErr w:type="spellEnd"/>
      <w:r w:rsidRPr="009A12D0">
        <w:rPr>
          <w:rFonts w:ascii="Times New Roman" w:hAnsi="Times New Roman" w:cs="Times New Roman"/>
          <w:sz w:val="24"/>
          <w:szCs w:val="24"/>
          <w:lang w:val="en-ID"/>
        </w:rPr>
        <w:t xml:space="preserve">, dan strategi </w:t>
      </w:r>
      <w:proofErr w:type="spellStart"/>
      <w:r w:rsidRPr="009A12D0">
        <w:rPr>
          <w:rFonts w:ascii="Times New Roman" w:hAnsi="Times New Roman" w:cs="Times New Roman"/>
          <w:sz w:val="24"/>
          <w:szCs w:val="24"/>
          <w:lang w:val="en-ID"/>
        </w:rPr>
        <w:t>adaptasi</w:t>
      </w:r>
      <w:proofErr w:type="spellEnd"/>
      <w:r w:rsidRPr="009A12D0">
        <w:rPr>
          <w:rFonts w:ascii="Times New Roman" w:hAnsi="Times New Roman" w:cs="Times New Roman"/>
          <w:sz w:val="24"/>
          <w:szCs w:val="24"/>
          <w:lang w:val="en-ID"/>
        </w:rPr>
        <w:t>.</w:t>
      </w:r>
    </w:p>
    <w:p w14:paraId="79F287E5" w14:textId="77777777" w:rsidR="009A12D0" w:rsidRPr="009A12D0" w:rsidRDefault="009A12D0" w:rsidP="009A12D0">
      <w:pPr>
        <w:spacing w:after="0" w:line="360" w:lineRule="auto"/>
        <w:ind w:left="709" w:firstLine="720"/>
        <w:jc w:val="both"/>
        <w:rPr>
          <w:rFonts w:ascii="Times New Roman" w:hAnsi="Times New Roman" w:cs="Times New Roman"/>
          <w:sz w:val="24"/>
          <w:szCs w:val="24"/>
          <w:lang w:val="en-ID"/>
        </w:rPr>
      </w:pPr>
      <w:proofErr w:type="spellStart"/>
      <w:r w:rsidRPr="009A12D0">
        <w:rPr>
          <w:rFonts w:ascii="Times New Roman" w:hAnsi="Times New Roman" w:cs="Times New Roman"/>
          <w:sz w:val="24"/>
          <w:szCs w:val="24"/>
          <w:lang w:val="en-ID"/>
        </w:rPr>
        <w:t>Kutipan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langsung</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dari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informan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digunakan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untuk</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memperkuat</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hasil</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interpretasi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peneliti</w:t>
      </w:r>
      <w:proofErr w:type="spellEnd"/>
      <w:r w:rsidRPr="009A12D0">
        <w:rPr>
          <w:rFonts w:ascii="Times New Roman" w:hAnsi="Times New Roman" w:cs="Times New Roman"/>
          <w:sz w:val="24"/>
          <w:szCs w:val="24"/>
          <w:lang w:val="en-ID"/>
        </w:rPr>
        <w:t xml:space="preserve"> dan </w:t>
      </w:r>
      <w:proofErr w:type="spellStart"/>
      <w:r w:rsidRPr="009A12D0">
        <w:rPr>
          <w:rFonts w:ascii="Times New Roman" w:hAnsi="Times New Roman" w:cs="Times New Roman"/>
          <w:sz w:val="24"/>
          <w:szCs w:val="24"/>
          <w:lang w:val="en-ID"/>
        </w:rPr>
        <w:t>menunjukkan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bahwa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temuan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penelitian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berasal</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dari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pengalaman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informan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Setiap</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kutipan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diberikan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kode</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informan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seperti</w:t>
      </w:r>
      <w:proofErr w:type="spellEnd"/>
      <w:r w:rsidRPr="009A12D0">
        <w:rPr>
          <w:rFonts w:ascii="Times New Roman" w:hAnsi="Times New Roman" w:cs="Times New Roman"/>
          <w:sz w:val="24"/>
          <w:szCs w:val="24"/>
          <w:lang w:val="en-ID"/>
        </w:rPr>
        <w:t xml:space="preserve"> R-1, R-2, </w:t>
      </w:r>
      <w:proofErr w:type="spellStart"/>
      <w:r w:rsidRPr="009A12D0">
        <w:rPr>
          <w:rFonts w:ascii="Times New Roman" w:hAnsi="Times New Roman" w:cs="Times New Roman"/>
          <w:sz w:val="24"/>
          <w:szCs w:val="24"/>
          <w:lang w:val="en-ID"/>
        </w:rPr>
        <w:t>sampai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R-13, </w:t>
      </w:r>
      <w:proofErr w:type="spellStart"/>
      <w:r w:rsidRPr="009A12D0">
        <w:rPr>
          <w:rFonts w:ascii="Times New Roman" w:hAnsi="Times New Roman" w:cs="Times New Roman"/>
          <w:sz w:val="24"/>
          <w:szCs w:val="24"/>
          <w:lang w:val="en-ID"/>
        </w:rPr>
        <w:t>untuk</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menjaga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kerahasiaan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identitas</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informan</w:t>
      </w:r>
      <w:proofErr w:type="spellEnd"/>
      <w:r w:rsidRPr="009A12D0">
        <w:rPr>
          <w:rFonts w:ascii="Times New Roman" w:hAnsi="Times New Roman" w:cs="Times New Roman"/>
          <w:sz w:val="24"/>
          <w:szCs w:val="24"/>
          <w:lang w:val="en-ID"/>
        </w:rPr>
        <w:t>.</w:t>
      </w:r>
    </w:p>
    <w:p w14:paraId="68546169" w14:textId="77777777" w:rsidR="009A12D0" w:rsidRPr="009A12D0" w:rsidRDefault="009A12D0" w:rsidP="009A12D0">
      <w:pPr>
        <w:spacing w:after="0" w:line="360" w:lineRule="auto"/>
        <w:ind w:left="709" w:firstLine="720"/>
        <w:jc w:val="both"/>
        <w:rPr>
          <w:rFonts w:ascii="Times New Roman" w:hAnsi="Times New Roman" w:cs="Times New Roman"/>
          <w:sz w:val="24"/>
          <w:szCs w:val="24"/>
          <w:lang w:val="en-ID"/>
        </w:rPr>
      </w:pPr>
      <w:r w:rsidRPr="009A12D0">
        <w:rPr>
          <w:rFonts w:ascii="Times New Roman" w:hAnsi="Times New Roman" w:cs="Times New Roman"/>
          <w:sz w:val="24"/>
          <w:szCs w:val="24"/>
          <w:lang w:val="en-ID"/>
        </w:rPr>
        <w:t xml:space="preserve">Pada </w:t>
      </w:r>
      <w:proofErr w:type="spellStart"/>
      <w:r w:rsidRPr="009A12D0">
        <w:rPr>
          <w:rFonts w:ascii="Times New Roman" w:hAnsi="Times New Roman" w:cs="Times New Roman"/>
          <w:sz w:val="24"/>
          <w:szCs w:val="24"/>
          <w:lang w:val="en-ID"/>
        </w:rPr>
        <w:t>tahap</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penyajian</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peneliti</w:t>
      </w:r>
      <w:proofErr w:type="spellEnd"/>
      <w:r w:rsidRPr="009A12D0">
        <w:rPr>
          <w:rFonts w:ascii="Times New Roman" w:hAnsi="Times New Roman" w:cs="Times New Roman"/>
          <w:sz w:val="24"/>
          <w:szCs w:val="24"/>
          <w:lang w:val="en-ID"/>
        </w:rPr>
        <w:t xml:space="preserve"> juga </w:t>
      </w:r>
      <w:proofErr w:type="spellStart"/>
      <w:r w:rsidRPr="009A12D0">
        <w:rPr>
          <w:rFonts w:ascii="Times New Roman" w:hAnsi="Times New Roman" w:cs="Times New Roman"/>
          <w:sz w:val="24"/>
          <w:szCs w:val="24"/>
          <w:lang w:val="en-ID"/>
        </w:rPr>
        <w:t>membandingkan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jawaban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antarinforman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untuk</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menemukan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persamaan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perbedaan</w:t>
      </w:r>
      <w:proofErr w:type="spellEnd"/>
      <w:r w:rsidRPr="009A12D0">
        <w:rPr>
          <w:rFonts w:ascii="Times New Roman" w:hAnsi="Times New Roman" w:cs="Times New Roman"/>
          <w:sz w:val="24"/>
          <w:szCs w:val="24"/>
          <w:lang w:val="en-ID"/>
        </w:rPr>
        <w:t xml:space="preserve">, dan </w:t>
      </w:r>
      <w:proofErr w:type="spellStart"/>
      <w:r w:rsidRPr="009A12D0">
        <w:rPr>
          <w:rFonts w:ascii="Times New Roman" w:hAnsi="Times New Roman" w:cs="Times New Roman"/>
          <w:sz w:val="24"/>
          <w:szCs w:val="24"/>
          <w:lang w:val="en-ID"/>
        </w:rPr>
        <w:t>pola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pengalaman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Misalnya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apabila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beberapa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informan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mengalami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kesulitan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menggunakan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bahasa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sopan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ketika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berkomunikasi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tamu</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informasi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tersebut</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dikelompokkan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sebagai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satu</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tema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Sebaliknya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apabila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terdapat</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pengalaman</w:t>
      </w:r>
      <w:proofErr w:type="spellEnd"/>
      <w:r w:rsidRPr="009A12D0">
        <w:rPr>
          <w:rFonts w:ascii="Times New Roman" w:hAnsi="Times New Roman" w:cs="Times New Roman"/>
          <w:sz w:val="24"/>
          <w:szCs w:val="24"/>
          <w:lang w:val="en-ID"/>
        </w:rPr>
        <w:t xml:space="preserve"> yang </w:t>
      </w:r>
      <w:proofErr w:type="spellStart"/>
      <w:r w:rsidRPr="009A12D0">
        <w:rPr>
          <w:rFonts w:ascii="Times New Roman" w:hAnsi="Times New Roman" w:cs="Times New Roman"/>
          <w:sz w:val="24"/>
          <w:szCs w:val="24"/>
          <w:lang w:val="en-ID"/>
        </w:rPr>
        <w:t>berbeda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perbedaan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tersebut</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tetap</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dipertahankan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sebagai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variasi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pengalaman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informan</w:t>
      </w:r>
      <w:proofErr w:type="spellEnd"/>
      <w:r w:rsidRPr="009A12D0">
        <w:rPr>
          <w:rFonts w:ascii="Times New Roman" w:hAnsi="Times New Roman" w:cs="Times New Roman"/>
          <w:sz w:val="24"/>
          <w:szCs w:val="24"/>
          <w:lang w:val="en-ID"/>
        </w:rPr>
        <w:t>.</w:t>
      </w:r>
    </w:p>
    <w:p w14:paraId="0829F7DA" w14:textId="77777777" w:rsidR="003F6CE3" w:rsidRPr="00C95EA0" w:rsidRDefault="009A12D0" w:rsidP="009A12D0">
      <w:pPr>
        <w:spacing w:after="0" w:line="360" w:lineRule="auto"/>
        <w:ind w:left="709" w:firstLine="720"/>
        <w:jc w:val="both"/>
        <w:rPr>
          <w:rFonts w:ascii="Times New Roman" w:hAnsi="Times New Roman" w:cs="Times New Roman"/>
          <w:sz w:val="24"/>
          <w:szCs w:val="24"/>
          <w:lang w:val="en-ID"/>
        </w:rPr>
      </w:pPr>
      <w:proofErr w:type="spellStart"/>
      <w:r w:rsidRPr="009A12D0">
        <w:rPr>
          <w:rFonts w:ascii="Times New Roman" w:hAnsi="Times New Roman" w:cs="Times New Roman"/>
          <w:sz w:val="24"/>
          <w:szCs w:val="24"/>
          <w:lang w:val="en-ID"/>
        </w:rPr>
        <w:t>Penyajian</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kemudian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menjadi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dasar</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bagi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peneliti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untuk</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melakukan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interpretasi</w:t>
      </w:r>
      <w:proofErr w:type="spellEnd"/>
      <w:r w:rsidRPr="009A12D0">
        <w:rPr>
          <w:rFonts w:ascii="Times New Roman" w:hAnsi="Times New Roman" w:cs="Times New Roman"/>
          <w:sz w:val="24"/>
          <w:szCs w:val="24"/>
          <w:lang w:val="en-ID"/>
        </w:rPr>
        <w:t xml:space="preserve"> dan </w:t>
      </w:r>
      <w:proofErr w:type="spellStart"/>
      <w:r w:rsidRPr="009A12D0">
        <w:rPr>
          <w:rFonts w:ascii="Times New Roman" w:hAnsi="Times New Roman" w:cs="Times New Roman"/>
          <w:sz w:val="24"/>
          <w:szCs w:val="24"/>
          <w:lang w:val="en-ID"/>
        </w:rPr>
        <w:t>menemukan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hubungan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antara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tantangan</w:t>
      </w:r>
      <w:proofErr w:type="spellEnd"/>
      <w:r w:rsidRPr="009A12D0">
        <w:rPr>
          <w:rFonts w:ascii="Times New Roman" w:hAnsi="Times New Roman" w:cs="Times New Roman"/>
          <w:sz w:val="24"/>
          <w:szCs w:val="24"/>
          <w:lang w:val="en-ID"/>
        </w:rPr>
        <w:t xml:space="preserve"> yang </w:t>
      </w:r>
      <w:proofErr w:type="spellStart"/>
      <w:r w:rsidRPr="009A12D0">
        <w:rPr>
          <w:rFonts w:ascii="Times New Roman" w:hAnsi="Times New Roman" w:cs="Times New Roman"/>
          <w:sz w:val="24"/>
          <w:szCs w:val="24"/>
          <w:lang w:val="en-ID"/>
        </w:rPr>
        <w:t>dialami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strategi yang </w:t>
      </w:r>
      <w:proofErr w:type="spellStart"/>
      <w:r w:rsidRPr="009A12D0">
        <w:rPr>
          <w:rFonts w:ascii="Times New Roman" w:hAnsi="Times New Roman" w:cs="Times New Roman"/>
          <w:sz w:val="24"/>
          <w:szCs w:val="24"/>
          <w:lang w:val="en-ID"/>
        </w:rPr>
        <w:t>digunakan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informan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untuk</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beradaptasi</w:t>
      </w:r>
      <w:proofErr w:type="spellEnd"/>
      <w:r w:rsidRPr="009A12D0">
        <w:rPr>
          <w:rFonts w:ascii="Times New Roman" w:hAnsi="Times New Roman" w:cs="Times New Roman"/>
          <w:sz w:val="24"/>
          <w:szCs w:val="24"/>
          <w:lang w:val="en-ID"/>
        </w:rPr>
        <w:t>.</w:t>
      </w:r>
    </w:p>
    <w:p w14:paraId="4D161F97" w14:textId="77777777" w:rsidR="003F6CE3" w:rsidRPr="00CD3360" w:rsidRDefault="00156FA5">
      <w:pPr>
        <w:pStyle w:val="Heading3"/>
        <w:numPr>
          <w:ilvl w:val="0"/>
          <w:numId w:val="21"/>
        </w:numPr>
        <w:spacing w:before="0" w:line="360" w:lineRule="auto"/>
        <w:ind w:left="567"/>
        <w:jc w:val="both"/>
        <w:rPr>
          <w:rFonts w:ascii="Times New Roman" w:hAnsi="Times New Roman" w:cs="Times New Roman"/>
          <w:b w:val="0"/>
          <w:bCs w:val="0"/>
          <w:color w:val="auto"/>
          <w:sz w:val="24"/>
          <w:szCs w:val="24"/>
        </w:rPr>
      </w:pPr>
      <w:bookmarkStart w:id="41" w:name="_Toc238448305"/>
      <w:proofErr w:type="spellStart"/>
      <w:r w:rsidRPr="00CD3360">
        <w:rPr>
          <w:rFonts w:ascii="Times New Roman" w:hAnsi="Times New Roman" w:cs="Times New Roman"/>
          <w:b w:val="0"/>
          <w:bCs w:val="0"/>
          <w:color w:val="auto"/>
          <w:sz w:val="24"/>
          <w:szCs w:val="24"/>
        </w:rPr>
        <w:t>Penarikan</w:t>
      </w:r>
      <w:proofErr w:type="spellEnd"/>
      <w:r w:rsidRPr="00CD3360">
        <w:rPr>
          <w:rFonts w:ascii="Times New Roman" w:hAnsi="Times New Roman" w:cs="Times New Roman"/>
          <w:b w:val="0"/>
          <w:bCs w:val="0"/>
          <w:color w:val="auto"/>
          <w:sz w:val="24"/>
          <w:szCs w:val="24"/>
        </w:rPr>
        <w:t xml:space="preserve"> Kesimpulan dan </w:t>
      </w:r>
      <w:proofErr w:type="spellStart"/>
      <w:r w:rsidRPr="00CD3360">
        <w:rPr>
          <w:rFonts w:ascii="Times New Roman" w:hAnsi="Times New Roman" w:cs="Times New Roman"/>
          <w:b w:val="0"/>
          <w:bCs w:val="0"/>
          <w:color w:val="auto"/>
          <w:sz w:val="24"/>
          <w:szCs w:val="24"/>
        </w:rPr>
        <w:t>Verifikasi</w:t>
      </w:r>
      <w:bookmarkEnd w:id="41"/>
      <w:proofErr w:type="spellEnd"/>
    </w:p>
    <w:p w14:paraId="64C6C2F0" w14:textId="77777777" w:rsidR="009A12D0" w:rsidRPr="009A12D0" w:rsidRDefault="009A12D0" w:rsidP="009A12D0">
      <w:pPr>
        <w:spacing w:after="0" w:line="360" w:lineRule="auto"/>
        <w:ind w:left="709" w:firstLine="720"/>
        <w:jc w:val="both"/>
        <w:rPr>
          <w:rFonts w:ascii="Times New Roman" w:hAnsi="Times New Roman" w:cs="Times New Roman"/>
          <w:color w:val="000000" w:themeColor="text1"/>
          <w:sz w:val="24"/>
          <w:szCs w:val="24"/>
          <w:lang w:val="en-ID"/>
        </w:rPr>
      </w:pPr>
      <w:proofErr w:type="spellStart"/>
      <w:r w:rsidRPr="009A12D0">
        <w:rPr>
          <w:rFonts w:ascii="Times New Roman" w:hAnsi="Times New Roman" w:cs="Times New Roman"/>
          <w:color w:val="000000" w:themeColor="text1"/>
          <w:sz w:val="24"/>
          <w:szCs w:val="24"/>
          <w:lang w:val="en-ID"/>
        </w:rPr>
        <w:t>Tahap</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terakhir</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dalam</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analisis</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interaktif</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adalah</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penarikan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kesimpulan</w:t>
      </w:r>
      <w:proofErr w:type="spellEnd"/>
      <w:r w:rsidRPr="009A12D0">
        <w:rPr>
          <w:rFonts w:ascii="Times New Roman" w:hAnsi="Times New Roman" w:cs="Times New Roman"/>
          <w:color w:val="000000" w:themeColor="text1"/>
          <w:sz w:val="24"/>
          <w:szCs w:val="24"/>
          <w:lang w:val="en-ID"/>
        </w:rPr>
        <w:t xml:space="preserve"> dan </w:t>
      </w:r>
      <w:proofErr w:type="spellStart"/>
      <w:r w:rsidRPr="009A12D0">
        <w:rPr>
          <w:rFonts w:ascii="Times New Roman" w:hAnsi="Times New Roman" w:cs="Times New Roman"/>
          <w:color w:val="000000" w:themeColor="text1"/>
          <w:sz w:val="24"/>
          <w:szCs w:val="24"/>
          <w:lang w:val="en-ID"/>
        </w:rPr>
        <w:t>verifikasi</w:t>
      </w:r>
      <w:proofErr w:type="spellEnd"/>
      <w:r w:rsidRPr="009A12D0">
        <w:rPr>
          <w:rFonts w:ascii="Times New Roman" w:hAnsi="Times New Roman" w:cs="Times New Roman"/>
          <w:color w:val="000000" w:themeColor="text1"/>
          <w:sz w:val="24"/>
          <w:szCs w:val="24"/>
          <w:lang w:val="en-ID"/>
        </w:rPr>
        <w:t xml:space="preserve">. Pada </w:t>
      </w:r>
      <w:proofErr w:type="spellStart"/>
      <w:r w:rsidRPr="009A12D0">
        <w:rPr>
          <w:rFonts w:ascii="Times New Roman" w:hAnsi="Times New Roman" w:cs="Times New Roman"/>
          <w:color w:val="000000" w:themeColor="text1"/>
          <w:sz w:val="24"/>
          <w:szCs w:val="24"/>
          <w:lang w:val="en-ID"/>
        </w:rPr>
        <w:t>tahap</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peneliti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melakukan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interpretasi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terhadap</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pola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hubungan</w:t>
      </w:r>
      <w:proofErr w:type="spellEnd"/>
      <w:r w:rsidRPr="009A12D0">
        <w:rPr>
          <w:rFonts w:ascii="Times New Roman" w:hAnsi="Times New Roman" w:cs="Times New Roman"/>
          <w:color w:val="000000" w:themeColor="text1"/>
          <w:sz w:val="24"/>
          <w:szCs w:val="24"/>
          <w:lang w:val="en-ID"/>
        </w:rPr>
        <w:t xml:space="preserve">, dan </w:t>
      </w:r>
      <w:proofErr w:type="spellStart"/>
      <w:r w:rsidRPr="009A12D0">
        <w:rPr>
          <w:rFonts w:ascii="Times New Roman" w:hAnsi="Times New Roman" w:cs="Times New Roman"/>
          <w:color w:val="000000" w:themeColor="text1"/>
          <w:sz w:val="24"/>
          <w:szCs w:val="24"/>
          <w:lang w:val="en-ID"/>
        </w:rPr>
        <w:t>tema</w:t>
      </w:r>
      <w:proofErr w:type="spellEnd"/>
      <w:r w:rsidRPr="009A12D0">
        <w:rPr>
          <w:rFonts w:ascii="Times New Roman" w:hAnsi="Times New Roman" w:cs="Times New Roman"/>
          <w:color w:val="000000" w:themeColor="text1"/>
          <w:sz w:val="24"/>
          <w:szCs w:val="24"/>
          <w:lang w:val="en-ID"/>
        </w:rPr>
        <w:t xml:space="preserve"> yang </w:t>
      </w:r>
      <w:proofErr w:type="spellStart"/>
      <w:r w:rsidRPr="009A12D0">
        <w:rPr>
          <w:rFonts w:ascii="Times New Roman" w:hAnsi="Times New Roman" w:cs="Times New Roman"/>
          <w:color w:val="000000" w:themeColor="text1"/>
          <w:sz w:val="24"/>
          <w:szCs w:val="24"/>
          <w:lang w:val="en-ID"/>
        </w:rPr>
        <w:t>telah</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ditemukan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melalui</w:t>
      </w:r>
      <w:proofErr w:type="spellEnd"/>
      <w:r w:rsidRPr="009A12D0">
        <w:rPr>
          <w:rFonts w:ascii="Times New Roman" w:hAnsi="Times New Roman" w:cs="Times New Roman"/>
          <w:color w:val="000000" w:themeColor="text1"/>
          <w:sz w:val="24"/>
          <w:szCs w:val="24"/>
          <w:lang w:val="en-ID"/>
        </w:rPr>
        <w:t xml:space="preserve"> proses </w:t>
      </w:r>
      <w:proofErr w:type="spellStart"/>
      <w:r w:rsidRPr="009A12D0">
        <w:rPr>
          <w:rFonts w:ascii="Times New Roman" w:hAnsi="Times New Roman" w:cs="Times New Roman"/>
          <w:color w:val="000000" w:themeColor="text1"/>
          <w:sz w:val="24"/>
          <w:szCs w:val="24"/>
          <w:lang w:val="en-ID"/>
        </w:rPr>
        <w:t>kondensasi</w:t>
      </w:r>
      <w:proofErr w:type="spellEnd"/>
      <w:r w:rsidRPr="009A12D0">
        <w:rPr>
          <w:rFonts w:ascii="Times New Roman" w:hAnsi="Times New Roman" w:cs="Times New Roman"/>
          <w:color w:val="000000" w:themeColor="text1"/>
          <w:sz w:val="24"/>
          <w:szCs w:val="24"/>
          <w:lang w:val="en-ID"/>
        </w:rPr>
        <w:t xml:space="preserve"> dan </w:t>
      </w:r>
      <w:proofErr w:type="spellStart"/>
      <w:r w:rsidRPr="009A12D0">
        <w:rPr>
          <w:rFonts w:ascii="Times New Roman" w:hAnsi="Times New Roman" w:cs="Times New Roman"/>
          <w:color w:val="000000" w:themeColor="text1"/>
          <w:sz w:val="24"/>
          <w:szCs w:val="24"/>
          <w:lang w:val="en-ID"/>
        </w:rPr>
        <w:t>penyajian</w:t>
      </w:r>
      <w:proofErr w:type="spellEnd"/>
      <w:r w:rsidRPr="009A12D0">
        <w:rPr>
          <w:rFonts w:ascii="Times New Roman" w:hAnsi="Times New Roman" w:cs="Times New Roman"/>
          <w:color w:val="000000" w:themeColor="text1"/>
          <w:sz w:val="24"/>
          <w:szCs w:val="24"/>
          <w:lang w:val="en-ID"/>
        </w:rPr>
        <w:t xml:space="preserve"> data.</w:t>
      </w:r>
    </w:p>
    <w:p w14:paraId="38315E49" w14:textId="77777777" w:rsidR="009A12D0" w:rsidRPr="009A12D0" w:rsidRDefault="009A12D0" w:rsidP="009A12D0">
      <w:pPr>
        <w:spacing w:after="0" w:line="360" w:lineRule="auto"/>
        <w:ind w:left="709" w:firstLine="720"/>
        <w:jc w:val="both"/>
        <w:rPr>
          <w:rFonts w:ascii="Times New Roman" w:hAnsi="Times New Roman" w:cs="Times New Roman"/>
          <w:color w:val="000000" w:themeColor="text1"/>
          <w:sz w:val="24"/>
          <w:szCs w:val="24"/>
          <w:lang w:val="en-ID"/>
        </w:rPr>
      </w:pPr>
      <w:r w:rsidRPr="009A12D0">
        <w:rPr>
          <w:rFonts w:ascii="Times New Roman" w:hAnsi="Times New Roman" w:cs="Times New Roman"/>
          <w:color w:val="000000" w:themeColor="text1"/>
          <w:sz w:val="24"/>
          <w:szCs w:val="24"/>
          <w:lang w:val="en-ID"/>
        </w:rPr>
        <w:t xml:space="preserve">Kesimpulan </w:t>
      </w:r>
      <w:proofErr w:type="spellStart"/>
      <w:r w:rsidRPr="009A12D0">
        <w:rPr>
          <w:rFonts w:ascii="Times New Roman" w:hAnsi="Times New Roman" w:cs="Times New Roman"/>
          <w:color w:val="000000" w:themeColor="text1"/>
          <w:sz w:val="24"/>
          <w:szCs w:val="24"/>
          <w:lang w:val="en-ID"/>
        </w:rPr>
        <w:t>penelitian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tidak</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langsung</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ditetapkan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berdasarkan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satu</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jawaban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informan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tetapi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diperoleh</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setelah</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peneliti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membandingkan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informasi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dari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seluruh</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informan</w:t>
      </w:r>
      <w:proofErr w:type="spellEnd"/>
      <w:r w:rsidRPr="009A12D0">
        <w:rPr>
          <w:rFonts w:ascii="Times New Roman" w:hAnsi="Times New Roman" w:cs="Times New Roman"/>
          <w:color w:val="000000" w:themeColor="text1"/>
          <w:sz w:val="24"/>
          <w:szCs w:val="24"/>
          <w:lang w:val="en-ID"/>
        </w:rPr>
        <w:t xml:space="preserve"> dan </w:t>
      </w:r>
      <w:proofErr w:type="spellStart"/>
      <w:r w:rsidRPr="009A12D0">
        <w:rPr>
          <w:rFonts w:ascii="Times New Roman" w:hAnsi="Times New Roman" w:cs="Times New Roman"/>
          <w:color w:val="000000" w:themeColor="text1"/>
          <w:sz w:val="24"/>
          <w:szCs w:val="24"/>
          <w:lang w:val="en-ID"/>
        </w:rPr>
        <w:t>menemukan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pola</w:t>
      </w:r>
      <w:proofErr w:type="spellEnd"/>
      <w:r w:rsidRPr="009A12D0">
        <w:rPr>
          <w:rFonts w:ascii="Times New Roman" w:hAnsi="Times New Roman" w:cs="Times New Roman"/>
          <w:color w:val="000000" w:themeColor="text1"/>
          <w:sz w:val="24"/>
          <w:szCs w:val="24"/>
          <w:lang w:val="en-ID"/>
        </w:rPr>
        <w:t xml:space="preserve"> yang </w:t>
      </w:r>
      <w:proofErr w:type="spellStart"/>
      <w:r w:rsidRPr="009A12D0">
        <w:rPr>
          <w:rFonts w:ascii="Times New Roman" w:hAnsi="Times New Roman" w:cs="Times New Roman"/>
          <w:color w:val="000000" w:themeColor="text1"/>
          <w:sz w:val="24"/>
          <w:szCs w:val="24"/>
          <w:lang w:val="en-ID"/>
        </w:rPr>
        <w:t>konsisten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dengan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fokus</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penelitian</w:t>
      </w:r>
      <w:proofErr w:type="spellEnd"/>
      <w:r w:rsidRPr="009A12D0">
        <w:rPr>
          <w:rFonts w:ascii="Times New Roman" w:hAnsi="Times New Roman" w:cs="Times New Roman"/>
          <w:color w:val="000000" w:themeColor="text1"/>
          <w:sz w:val="24"/>
          <w:szCs w:val="24"/>
          <w:lang w:val="en-ID"/>
        </w:rPr>
        <w:t>.</w:t>
      </w:r>
    </w:p>
    <w:p w14:paraId="58FADBFA" w14:textId="77777777" w:rsidR="009A12D0" w:rsidRPr="009A12D0" w:rsidRDefault="009A12D0" w:rsidP="009A12D0">
      <w:pPr>
        <w:spacing w:after="0" w:line="360" w:lineRule="auto"/>
        <w:ind w:left="709" w:firstLine="720"/>
        <w:jc w:val="both"/>
        <w:rPr>
          <w:rFonts w:ascii="Times New Roman" w:hAnsi="Times New Roman" w:cs="Times New Roman"/>
          <w:color w:val="000000" w:themeColor="text1"/>
          <w:sz w:val="24"/>
          <w:szCs w:val="24"/>
          <w:lang w:val="en-ID"/>
        </w:rPr>
      </w:pPr>
      <w:r w:rsidRPr="009A12D0">
        <w:rPr>
          <w:rFonts w:ascii="Times New Roman" w:hAnsi="Times New Roman" w:cs="Times New Roman"/>
          <w:color w:val="000000" w:themeColor="text1"/>
          <w:sz w:val="24"/>
          <w:szCs w:val="24"/>
          <w:lang w:val="en-ID"/>
        </w:rPr>
        <w:t xml:space="preserve">Dalam </w:t>
      </w:r>
      <w:proofErr w:type="spellStart"/>
      <w:r w:rsidRPr="009A12D0">
        <w:rPr>
          <w:rFonts w:ascii="Times New Roman" w:hAnsi="Times New Roman" w:cs="Times New Roman"/>
          <w:color w:val="000000" w:themeColor="text1"/>
          <w:sz w:val="24"/>
          <w:szCs w:val="24"/>
          <w:lang w:val="en-ID"/>
        </w:rPr>
        <w:t>penelitian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penarikan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kesimpulan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diarahkan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untuk</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menjawab</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bagaimana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informan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mengalami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tantangan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bahasa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bagaimana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mereka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menghadapi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tantangan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etika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kerja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serta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bagaimana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mereka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mengembangkan</w:t>
      </w:r>
      <w:proofErr w:type="spellEnd"/>
      <w:r w:rsidRPr="009A12D0">
        <w:rPr>
          <w:rFonts w:ascii="Times New Roman" w:hAnsi="Times New Roman" w:cs="Times New Roman"/>
          <w:color w:val="000000" w:themeColor="text1"/>
          <w:sz w:val="24"/>
          <w:szCs w:val="24"/>
          <w:lang w:val="en-ID"/>
        </w:rPr>
        <w:t xml:space="preserve"> strategi </w:t>
      </w:r>
      <w:proofErr w:type="spellStart"/>
      <w:r w:rsidRPr="009A12D0">
        <w:rPr>
          <w:rFonts w:ascii="Times New Roman" w:hAnsi="Times New Roman" w:cs="Times New Roman"/>
          <w:color w:val="000000" w:themeColor="text1"/>
          <w:sz w:val="24"/>
          <w:szCs w:val="24"/>
          <w:lang w:val="en-ID"/>
        </w:rPr>
        <w:t>adaptasi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dalam</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lingkungan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industri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perhotelan</w:t>
      </w:r>
      <w:proofErr w:type="spellEnd"/>
      <w:r w:rsidRPr="009A12D0">
        <w:rPr>
          <w:rFonts w:ascii="Times New Roman" w:hAnsi="Times New Roman" w:cs="Times New Roman"/>
          <w:color w:val="000000" w:themeColor="text1"/>
          <w:sz w:val="24"/>
          <w:szCs w:val="24"/>
          <w:lang w:val="en-ID"/>
        </w:rPr>
        <w:t xml:space="preserve"> Jepang.</w:t>
      </w:r>
    </w:p>
    <w:p w14:paraId="2AD5EE46" w14:textId="77777777" w:rsidR="009A12D0" w:rsidRPr="009A12D0" w:rsidRDefault="009A12D0" w:rsidP="009A12D0">
      <w:pPr>
        <w:spacing w:after="0" w:line="360" w:lineRule="auto"/>
        <w:ind w:left="709" w:firstLine="720"/>
        <w:jc w:val="both"/>
        <w:rPr>
          <w:rFonts w:ascii="Times New Roman" w:hAnsi="Times New Roman" w:cs="Times New Roman"/>
          <w:color w:val="000000" w:themeColor="text1"/>
          <w:sz w:val="24"/>
          <w:szCs w:val="24"/>
          <w:lang w:val="en-ID"/>
        </w:rPr>
      </w:pPr>
      <w:proofErr w:type="spellStart"/>
      <w:r w:rsidRPr="009A12D0">
        <w:rPr>
          <w:rFonts w:ascii="Times New Roman" w:hAnsi="Times New Roman" w:cs="Times New Roman"/>
          <w:color w:val="000000" w:themeColor="text1"/>
          <w:sz w:val="24"/>
          <w:szCs w:val="24"/>
          <w:lang w:val="en-ID"/>
        </w:rPr>
        <w:t>Setelah</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kesimpulan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sementara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diperoleh</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peneliti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melakukan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verifikasi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dengan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memeriksa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kembali</w:t>
      </w:r>
      <w:proofErr w:type="spellEnd"/>
      <w:r w:rsidRPr="009A12D0">
        <w:rPr>
          <w:rFonts w:ascii="Times New Roman" w:hAnsi="Times New Roman" w:cs="Times New Roman"/>
          <w:color w:val="000000" w:themeColor="text1"/>
          <w:sz w:val="24"/>
          <w:szCs w:val="24"/>
          <w:lang w:val="en-ID"/>
        </w:rPr>
        <w:t xml:space="preserve"> data yang </w:t>
      </w:r>
      <w:proofErr w:type="spellStart"/>
      <w:r w:rsidRPr="009A12D0">
        <w:rPr>
          <w:rFonts w:ascii="Times New Roman" w:hAnsi="Times New Roman" w:cs="Times New Roman"/>
          <w:color w:val="000000" w:themeColor="text1"/>
          <w:sz w:val="24"/>
          <w:szCs w:val="24"/>
          <w:lang w:val="en-ID"/>
        </w:rPr>
        <w:t>telah</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dikumpulkan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Verifikasi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dilakukan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dengan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membandingkan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kesimpulan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dengan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jawaban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informan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melihat</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konsistensi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antardata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serta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melakukan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triangulasi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terhadap</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sumber</w:t>
      </w:r>
      <w:proofErr w:type="spellEnd"/>
      <w:r w:rsidRPr="009A12D0">
        <w:rPr>
          <w:rFonts w:ascii="Times New Roman" w:hAnsi="Times New Roman" w:cs="Times New Roman"/>
          <w:color w:val="000000" w:themeColor="text1"/>
          <w:sz w:val="24"/>
          <w:szCs w:val="24"/>
          <w:lang w:val="en-ID"/>
        </w:rPr>
        <w:t xml:space="preserve"> dan </w:t>
      </w:r>
      <w:proofErr w:type="spellStart"/>
      <w:r w:rsidRPr="009A12D0">
        <w:rPr>
          <w:rFonts w:ascii="Times New Roman" w:hAnsi="Times New Roman" w:cs="Times New Roman"/>
          <w:color w:val="000000" w:themeColor="text1"/>
          <w:sz w:val="24"/>
          <w:szCs w:val="24"/>
          <w:lang w:val="en-ID"/>
        </w:rPr>
        <w:t>teknik</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pengumpulan</w:t>
      </w:r>
      <w:proofErr w:type="spellEnd"/>
      <w:r w:rsidRPr="009A12D0">
        <w:rPr>
          <w:rFonts w:ascii="Times New Roman" w:hAnsi="Times New Roman" w:cs="Times New Roman"/>
          <w:color w:val="000000" w:themeColor="text1"/>
          <w:sz w:val="24"/>
          <w:szCs w:val="24"/>
          <w:lang w:val="en-ID"/>
        </w:rPr>
        <w:t xml:space="preserve"> data.</w:t>
      </w:r>
    </w:p>
    <w:p w14:paraId="6C22AED8" w14:textId="77777777" w:rsidR="009A12D0" w:rsidRPr="009A12D0" w:rsidRDefault="009A12D0" w:rsidP="009A12D0">
      <w:pPr>
        <w:spacing w:after="0" w:line="360" w:lineRule="auto"/>
        <w:ind w:left="709" w:firstLine="720"/>
        <w:jc w:val="both"/>
        <w:rPr>
          <w:rFonts w:ascii="Times New Roman" w:hAnsi="Times New Roman" w:cs="Times New Roman"/>
          <w:color w:val="000000" w:themeColor="text1"/>
          <w:sz w:val="24"/>
          <w:szCs w:val="24"/>
          <w:lang w:val="en-ID"/>
        </w:rPr>
      </w:pPr>
      <w:proofErr w:type="spellStart"/>
      <w:r w:rsidRPr="009A12D0">
        <w:rPr>
          <w:rFonts w:ascii="Times New Roman" w:hAnsi="Times New Roman" w:cs="Times New Roman"/>
          <w:color w:val="000000" w:themeColor="text1"/>
          <w:sz w:val="24"/>
          <w:szCs w:val="24"/>
          <w:lang w:val="en-ID"/>
        </w:rPr>
        <w:t>Apabila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ditemukan</w:t>
      </w:r>
      <w:proofErr w:type="spellEnd"/>
      <w:r w:rsidRPr="009A12D0">
        <w:rPr>
          <w:rFonts w:ascii="Times New Roman" w:hAnsi="Times New Roman" w:cs="Times New Roman"/>
          <w:color w:val="000000" w:themeColor="text1"/>
          <w:sz w:val="24"/>
          <w:szCs w:val="24"/>
          <w:lang w:val="en-ID"/>
        </w:rPr>
        <w:t xml:space="preserve"> data yang </w:t>
      </w:r>
      <w:proofErr w:type="spellStart"/>
      <w:r w:rsidRPr="009A12D0">
        <w:rPr>
          <w:rFonts w:ascii="Times New Roman" w:hAnsi="Times New Roman" w:cs="Times New Roman"/>
          <w:color w:val="000000" w:themeColor="text1"/>
          <w:sz w:val="24"/>
          <w:szCs w:val="24"/>
          <w:lang w:val="en-ID"/>
        </w:rPr>
        <w:t>berbeda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atau</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tidak</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sesuai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dengan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kesimpulan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sementara</w:t>
      </w:r>
      <w:proofErr w:type="spellEnd"/>
      <w:r w:rsidRPr="009A12D0">
        <w:rPr>
          <w:rFonts w:ascii="Times New Roman" w:hAnsi="Times New Roman" w:cs="Times New Roman"/>
          <w:color w:val="000000" w:themeColor="text1"/>
          <w:sz w:val="24"/>
          <w:szCs w:val="24"/>
          <w:lang w:val="en-ID"/>
        </w:rPr>
        <w:t xml:space="preserve">, data </w:t>
      </w:r>
      <w:proofErr w:type="spellStart"/>
      <w:r w:rsidRPr="009A12D0">
        <w:rPr>
          <w:rFonts w:ascii="Times New Roman" w:hAnsi="Times New Roman" w:cs="Times New Roman"/>
          <w:color w:val="000000" w:themeColor="text1"/>
          <w:sz w:val="24"/>
          <w:szCs w:val="24"/>
          <w:lang w:val="en-ID"/>
        </w:rPr>
        <w:t>tersebut</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diperiksa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kembali</w:t>
      </w:r>
      <w:proofErr w:type="spellEnd"/>
      <w:r w:rsidRPr="009A12D0">
        <w:rPr>
          <w:rFonts w:ascii="Times New Roman" w:hAnsi="Times New Roman" w:cs="Times New Roman"/>
          <w:color w:val="000000" w:themeColor="text1"/>
          <w:sz w:val="24"/>
          <w:szCs w:val="24"/>
          <w:lang w:val="en-ID"/>
        </w:rPr>
        <w:t xml:space="preserve"> dan </w:t>
      </w:r>
      <w:proofErr w:type="spellStart"/>
      <w:r w:rsidRPr="009A12D0">
        <w:rPr>
          <w:rFonts w:ascii="Times New Roman" w:hAnsi="Times New Roman" w:cs="Times New Roman"/>
          <w:color w:val="000000" w:themeColor="text1"/>
          <w:sz w:val="24"/>
          <w:szCs w:val="24"/>
          <w:lang w:val="en-ID"/>
        </w:rPr>
        <w:t>tidak</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langsung</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diabaikan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Perbedaan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pengalaman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informan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tetap</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dipertimbangkan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sebagai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bagian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dari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karakteristik</w:t>
      </w:r>
      <w:proofErr w:type="spellEnd"/>
      <w:r w:rsidRPr="009A12D0">
        <w:rPr>
          <w:rFonts w:ascii="Times New Roman" w:hAnsi="Times New Roman" w:cs="Times New Roman"/>
          <w:color w:val="000000" w:themeColor="text1"/>
          <w:sz w:val="24"/>
          <w:szCs w:val="24"/>
          <w:lang w:val="en-ID"/>
        </w:rPr>
        <w:t xml:space="preserve"> data </w:t>
      </w:r>
      <w:proofErr w:type="spellStart"/>
      <w:r w:rsidRPr="009A12D0">
        <w:rPr>
          <w:rFonts w:ascii="Times New Roman" w:hAnsi="Times New Roman" w:cs="Times New Roman"/>
          <w:color w:val="000000" w:themeColor="text1"/>
          <w:sz w:val="24"/>
          <w:szCs w:val="24"/>
          <w:lang w:val="en-ID"/>
        </w:rPr>
        <w:t>kualitatif</w:t>
      </w:r>
      <w:proofErr w:type="spellEnd"/>
      <w:r w:rsidRPr="009A12D0">
        <w:rPr>
          <w:rFonts w:ascii="Times New Roman" w:hAnsi="Times New Roman" w:cs="Times New Roman"/>
          <w:color w:val="000000" w:themeColor="text1"/>
          <w:sz w:val="24"/>
          <w:szCs w:val="24"/>
          <w:lang w:val="en-ID"/>
        </w:rPr>
        <w:t>.</w:t>
      </w:r>
    </w:p>
    <w:p w14:paraId="099A9640" w14:textId="77777777" w:rsidR="003F6CE3" w:rsidRDefault="009A12D0" w:rsidP="009A12D0">
      <w:pPr>
        <w:spacing w:after="0" w:line="360" w:lineRule="auto"/>
        <w:ind w:left="709" w:firstLine="720"/>
        <w:jc w:val="both"/>
        <w:rPr>
          <w:rFonts w:ascii="Times New Roman" w:hAnsi="Times New Roman" w:cs="Times New Roman"/>
          <w:color w:val="000000" w:themeColor="text1"/>
          <w:sz w:val="24"/>
          <w:szCs w:val="24"/>
          <w:lang w:val="en-ID"/>
        </w:rPr>
      </w:pPr>
      <w:r w:rsidRPr="009A12D0">
        <w:rPr>
          <w:rFonts w:ascii="Times New Roman" w:hAnsi="Times New Roman" w:cs="Times New Roman"/>
          <w:color w:val="000000" w:themeColor="text1"/>
          <w:sz w:val="24"/>
          <w:szCs w:val="24"/>
          <w:lang w:val="en-ID"/>
        </w:rPr>
        <w:t xml:space="preserve">Proses </w:t>
      </w:r>
      <w:proofErr w:type="spellStart"/>
      <w:r w:rsidRPr="009A12D0">
        <w:rPr>
          <w:rFonts w:ascii="Times New Roman" w:hAnsi="Times New Roman" w:cs="Times New Roman"/>
          <w:color w:val="000000" w:themeColor="text1"/>
          <w:sz w:val="24"/>
          <w:szCs w:val="24"/>
          <w:lang w:val="en-ID"/>
        </w:rPr>
        <w:t>penarikan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kesimpulan</w:t>
      </w:r>
      <w:proofErr w:type="spellEnd"/>
      <w:r w:rsidRPr="009A12D0">
        <w:rPr>
          <w:rFonts w:ascii="Times New Roman" w:hAnsi="Times New Roman" w:cs="Times New Roman"/>
          <w:color w:val="000000" w:themeColor="text1"/>
          <w:sz w:val="24"/>
          <w:szCs w:val="24"/>
          <w:lang w:val="en-ID"/>
        </w:rPr>
        <w:t xml:space="preserve"> dan </w:t>
      </w:r>
      <w:proofErr w:type="spellStart"/>
      <w:r w:rsidRPr="009A12D0">
        <w:rPr>
          <w:rFonts w:ascii="Times New Roman" w:hAnsi="Times New Roman" w:cs="Times New Roman"/>
          <w:color w:val="000000" w:themeColor="text1"/>
          <w:sz w:val="24"/>
          <w:szCs w:val="24"/>
          <w:lang w:val="en-ID"/>
        </w:rPr>
        <w:t>verifikasi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dilakukan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secara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terus-menerus</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selama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penelitian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hingga</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diperoleh</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kesimpulan</w:t>
      </w:r>
      <w:proofErr w:type="spellEnd"/>
      <w:r w:rsidRPr="009A12D0">
        <w:rPr>
          <w:rFonts w:ascii="Times New Roman" w:hAnsi="Times New Roman" w:cs="Times New Roman"/>
          <w:color w:val="000000" w:themeColor="text1"/>
          <w:sz w:val="24"/>
          <w:szCs w:val="24"/>
          <w:lang w:val="en-ID"/>
        </w:rPr>
        <w:t xml:space="preserve"> yang </w:t>
      </w:r>
      <w:proofErr w:type="spellStart"/>
      <w:r w:rsidRPr="009A12D0">
        <w:rPr>
          <w:rFonts w:ascii="Times New Roman" w:hAnsi="Times New Roman" w:cs="Times New Roman"/>
          <w:color w:val="000000" w:themeColor="text1"/>
          <w:sz w:val="24"/>
          <w:szCs w:val="24"/>
          <w:lang w:val="en-ID"/>
        </w:rPr>
        <w:t>memiliki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dasar</w:t>
      </w:r>
      <w:proofErr w:type="spellEnd"/>
      <w:r w:rsidRPr="009A12D0">
        <w:rPr>
          <w:rFonts w:ascii="Times New Roman" w:hAnsi="Times New Roman" w:cs="Times New Roman"/>
          <w:color w:val="000000" w:themeColor="text1"/>
          <w:sz w:val="24"/>
          <w:szCs w:val="24"/>
          <w:lang w:val="en-ID"/>
        </w:rPr>
        <w:t xml:space="preserve"> data yang </w:t>
      </w:r>
      <w:proofErr w:type="spellStart"/>
      <w:r w:rsidRPr="009A12D0">
        <w:rPr>
          <w:rFonts w:ascii="Times New Roman" w:hAnsi="Times New Roman" w:cs="Times New Roman"/>
          <w:color w:val="000000" w:themeColor="text1"/>
          <w:sz w:val="24"/>
          <w:szCs w:val="24"/>
          <w:lang w:val="en-ID"/>
        </w:rPr>
        <w:t>kuat</w:t>
      </w:r>
      <w:proofErr w:type="spellEnd"/>
      <w:r w:rsidRPr="009A12D0">
        <w:rPr>
          <w:rFonts w:ascii="Times New Roman" w:hAnsi="Times New Roman" w:cs="Times New Roman"/>
          <w:color w:val="000000" w:themeColor="text1"/>
          <w:sz w:val="24"/>
          <w:szCs w:val="24"/>
          <w:lang w:val="en-ID"/>
        </w:rPr>
        <w:t xml:space="preserve"> dan </w:t>
      </w:r>
      <w:proofErr w:type="spellStart"/>
      <w:r w:rsidRPr="009A12D0">
        <w:rPr>
          <w:rFonts w:ascii="Times New Roman" w:hAnsi="Times New Roman" w:cs="Times New Roman"/>
          <w:color w:val="000000" w:themeColor="text1"/>
          <w:sz w:val="24"/>
          <w:szCs w:val="24"/>
          <w:lang w:val="en-ID"/>
        </w:rPr>
        <w:t>sesuai</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dengan</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fokus</w:t>
      </w:r>
      <w:proofErr w:type="spellEnd"/>
      <w:r w:rsidRPr="009A12D0">
        <w:rPr>
          <w:rFonts w:ascii="Times New Roman" w:hAnsi="Times New Roman" w:cs="Times New Roman"/>
          <w:color w:val="000000" w:themeColor="text1"/>
          <w:sz w:val="24"/>
          <w:szCs w:val="24"/>
          <w:lang w:val="en-ID"/>
        </w:rPr>
        <w:t xml:space="preserve"> </w:t>
      </w:r>
      <w:proofErr w:type="spellStart"/>
      <w:r w:rsidRPr="009A12D0">
        <w:rPr>
          <w:rFonts w:ascii="Times New Roman" w:hAnsi="Times New Roman" w:cs="Times New Roman"/>
          <w:color w:val="000000" w:themeColor="text1"/>
          <w:sz w:val="24"/>
          <w:szCs w:val="24"/>
          <w:lang w:val="en-ID"/>
        </w:rPr>
        <w:t>penelitian</w:t>
      </w:r>
      <w:proofErr w:type="spellEnd"/>
      <w:r w:rsidRPr="009A12D0">
        <w:rPr>
          <w:rFonts w:ascii="Times New Roman" w:hAnsi="Times New Roman" w:cs="Times New Roman"/>
          <w:color w:val="000000" w:themeColor="text1"/>
          <w:sz w:val="24"/>
          <w:szCs w:val="24"/>
          <w:lang w:val="en-ID"/>
        </w:rPr>
        <w:t>.</w:t>
      </w:r>
    </w:p>
    <w:p w14:paraId="0A82B972" w14:textId="77777777" w:rsidR="00C95EA0" w:rsidRDefault="00C95EA0">
      <w:pPr>
        <w:pStyle w:val="Heading2"/>
        <w:numPr>
          <w:ilvl w:val="1"/>
          <w:numId w:val="20"/>
        </w:numPr>
        <w:spacing w:before="0" w:line="360" w:lineRule="auto"/>
        <w:ind w:left="284"/>
        <w:jc w:val="both"/>
        <w:rPr>
          <w:rFonts w:ascii="Times New Roman" w:hAnsi="Times New Roman" w:cs="Times New Roman"/>
          <w:color w:val="auto"/>
          <w:sz w:val="24"/>
          <w:szCs w:val="24"/>
          <w:lang w:val="en-ID"/>
        </w:rPr>
      </w:pPr>
      <w:bookmarkStart w:id="42" w:name="_Toc238448306"/>
      <w:proofErr w:type="spellStart"/>
      <w:r w:rsidRPr="00C95EA0">
        <w:rPr>
          <w:rFonts w:ascii="Times New Roman" w:hAnsi="Times New Roman" w:cs="Times New Roman"/>
          <w:color w:val="auto"/>
          <w:sz w:val="24"/>
          <w:szCs w:val="24"/>
          <w:lang w:val="en-ID"/>
        </w:rPr>
        <w:t>Keabsahan</w:t>
      </w:r>
      <w:proofErr w:type="spellEnd"/>
      <w:r w:rsidRPr="00C95EA0">
        <w:rPr>
          <w:rFonts w:ascii="Times New Roman" w:hAnsi="Times New Roman" w:cs="Times New Roman"/>
          <w:color w:val="auto"/>
          <w:sz w:val="24"/>
          <w:szCs w:val="24"/>
          <w:lang w:val="en-ID"/>
        </w:rPr>
        <w:t xml:space="preserve"> Data</w:t>
      </w:r>
      <w:bookmarkEnd w:id="42"/>
    </w:p>
    <w:p w14:paraId="5410F3A0" w14:textId="77777777" w:rsidR="00C95EA0" w:rsidRPr="00C95EA0" w:rsidRDefault="00C95EA0" w:rsidP="00C95EA0">
      <w:pPr>
        <w:spacing w:after="0" w:line="360" w:lineRule="auto"/>
        <w:ind w:left="284" w:firstLine="709"/>
        <w:jc w:val="both"/>
        <w:rPr>
          <w:rFonts w:ascii="Times New Roman" w:hAnsi="Times New Roman" w:cs="Times New Roman"/>
          <w:sz w:val="24"/>
          <w:szCs w:val="24"/>
          <w:lang w:val="en-ID"/>
        </w:rPr>
      </w:pPr>
      <w:proofErr w:type="spellStart"/>
      <w:r w:rsidRPr="00C95EA0">
        <w:rPr>
          <w:rFonts w:ascii="Times New Roman" w:hAnsi="Times New Roman" w:cs="Times New Roman"/>
          <w:sz w:val="24"/>
          <w:szCs w:val="24"/>
          <w:lang w:val="en-ID"/>
        </w:rPr>
        <w:t>Keabsahan</w:t>
      </w:r>
      <w:proofErr w:type="spellEnd"/>
      <w:r w:rsidRPr="00C95EA0">
        <w:rPr>
          <w:rFonts w:ascii="Times New Roman" w:hAnsi="Times New Roman" w:cs="Times New Roman"/>
          <w:sz w:val="24"/>
          <w:szCs w:val="24"/>
          <w:lang w:val="en-ID"/>
        </w:rPr>
        <w:t xml:space="preserve"> data </w:t>
      </w:r>
      <w:proofErr w:type="spellStart"/>
      <w:r w:rsidRPr="00C95EA0">
        <w:rPr>
          <w:rFonts w:ascii="Times New Roman" w:hAnsi="Times New Roman" w:cs="Times New Roman"/>
          <w:sz w:val="24"/>
          <w:szCs w:val="24"/>
          <w:lang w:val="en-ID"/>
        </w:rPr>
        <w:t>dalam</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penelitian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ini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dilakukan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melalui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triangulasi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Triangulasi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digunakan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untuk</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meningkatkan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kre</w:t>
      </w:r>
      <w:r w:rsidR="006E0090">
        <w:rPr>
          <w:rFonts w:ascii="Times New Roman" w:hAnsi="Times New Roman" w:cs="Times New Roman"/>
          <w:sz w:val="24"/>
          <w:szCs w:val="24"/>
          <w:lang w:val="en-ID"/>
        </w:rPr>
        <w:t>a</w:t>
      </w:r>
      <w:r w:rsidRPr="00C95EA0">
        <w:rPr>
          <w:rFonts w:ascii="Times New Roman" w:hAnsi="Times New Roman" w:cs="Times New Roman"/>
          <w:sz w:val="24"/>
          <w:szCs w:val="24"/>
          <w:lang w:val="en-ID"/>
        </w:rPr>
        <w:t>dibilitas</w:t>
      </w:r>
      <w:proofErr w:type="spellEnd"/>
      <w:r w:rsidRPr="00C95EA0">
        <w:rPr>
          <w:rFonts w:ascii="Times New Roman" w:hAnsi="Times New Roman" w:cs="Times New Roman"/>
          <w:sz w:val="24"/>
          <w:szCs w:val="24"/>
          <w:lang w:val="en-ID"/>
        </w:rPr>
        <w:t xml:space="preserve"> data </w:t>
      </w:r>
      <w:proofErr w:type="spellStart"/>
      <w:r w:rsidRPr="00C95EA0">
        <w:rPr>
          <w:rFonts w:ascii="Times New Roman" w:hAnsi="Times New Roman" w:cs="Times New Roman"/>
          <w:sz w:val="24"/>
          <w:szCs w:val="24"/>
          <w:lang w:val="en-ID"/>
        </w:rPr>
        <w:t>dengan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melakukan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pemeriksaan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terhadap</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informasi</w:t>
      </w:r>
      <w:proofErr w:type="spellEnd"/>
      <w:r w:rsidRPr="00C95EA0">
        <w:rPr>
          <w:rFonts w:ascii="Times New Roman" w:hAnsi="Times New Roman" w:cs="Times New Roman"/>
          <w:sz w:val="24"/>
          <w:szCs w:val="24"/>
          <w:lang w:val="en-ID"/>
        </w:rPr>
        <w:t xml:space="preserve"> yang </w:t>
      </w:r>
      <w:proofErr w:type="spellStart"/>
      <w:r w:rsidRPr="00C95EA0">
        <w:rPr>
          <w:rFonts w:ascii="Times New Roman" w:hAnsi="Times New Roman" w:cs="Times New Roman"/>
          <w:sz w:val="24"/>
          <w:szCs w:val="24"/>
          <w:lang w:val="en-ID"/>
        </w:rPr>
        <w:t>diperoleh</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dari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berbagai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sudut</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pandang</w:t>
      </w:r>
      <w:proofErr w:type="spellEnd"/>
      <w:r w:rsidRPr="00C95EA0">
        <w:rPr>
          <w:rFonts w:ascii="Times New Roman" w:hAnsi="Times New Roman" w:cs="Times New Roman"/>
          <w:sz w:val="24"/>
          <w:szCs w:val="24"/>
          <w:lang w:val="en-ID"/>
        </w:rPr>
        <w:t>.</w:t>
      </w:r>
    </w:p>
    <w:p w14:paraId="295F1738" w14:textId="77777777" w:rsidR="00C95EA0" w:rsidRPr="00C95EA0" w:rsidRDefault="00C95EA0" w:rsidP="00C95EA0">
      <w:pPr>
        <w:spacing w:after="0" w:line="360" w:lineRule="auto"/>
        <w:ind w:left="284" w:firstLine="709"/>
        <w:jc w:val="both"/>
        <w:rPr>
          <w:rFonts w:ascii="Times New Roman" w:hAnsi="Times New Roman" w:cs="Times New Roman"/>
          <w:sz w:val="24"/>
          <w:szCs w:val="24"/>
          <w:lang w:val="en-ID"/>
        </w:rPr>
      </w:pPr>
      <w:proofErr w:type="spellStart"/>
      <w:r w:rsidRPr="00C95EA0">
        <w:rPr>
          <w:rFonts w:ascii="Times New Roman" w:hAnsi="Times New Roman" w:cs="Times New Roman"/>
          <w:sz w:val="24"/>
          <w:szCs w:val="24"/>
          <w:lang w:val="en-ID"/>
        </w:rPr>
        <w:t>Triangulasi</w:t>
      </w:r>
      <w:proofErr w:type="spellEnd"/>
      <w:r w:rsidRPr="00C95EA0">
        <w:rPr>
          <w:rFonts w:ascii="Times New Roman" w:hAnsi="Times New Roman" w:cs="Times New Roman"/>
          <w:sz w:val="24"/>
          <w:szCs w:val="24"/>
          <w:lang w:val="en-ID"/>
        </w:rPr>
        <w:t xml:space="preserve"> yang </w:t>
      </w:r>
      <w:proofErr w:type="spellStart"/>
      <w:r w:rsidRPr="00C95EA0">
        <w:rPr>
          <w:rFonts w:ascii="Times New Roman" w:hAnsi="Times New Roman" w:cs="Times New Roman"/>
          <w:sz w:val="24"/>
          <w:szCs w:val="24"/>
          <w:lang w:val="en-ID"/>
        </w:rPr>
        <w:t>digunakan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dalam</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penelitian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ini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meliputi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triangulasi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sumber</w:t>
      </w:r>
      <w:proofErr w:type="spellEnd"/>
      <w:r w:rsidRPr="00C95EA0">
        <w:rPr>
          <w:rFonts w:ascii="Times New Roman" w:hAnsi="Times New Roman" w:cs="Times New Roman"/>
          <w:sz w:val="24"/>
          <w:szCs w:val="24"/>
          <w:lang w:val="en-ID"/>
        </w:rPr>
        <w:t xml:space="preserve"> dan </w:t>
      </w:r>
      <w:proofErr w:type="spellStart"/>
      <w:r w:rsidRPr="00C95EA0">
        <w:rPr>
          <w:rFonts w:ascii="Times New Roman" w:hAnsi="Times New Roman" w:cs="Times New Roman"/>
          <w:sz w:val="24"/>
          <w:szCs w:val="24"/>
          <w:lang w:val="en-ID"/>
        </w:rPr>
        <w:t>triangulasi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teknik</w:t>
      </w:r>
      <w:proofErr w:type="spellEnd"/>
      <w:r w:rsidRPr="00C95EA0">
        <w:rPr>
          <w:rFonts w:ascii="Times New Roman" w:hAnsi="Times New Roman" w:cs="Times New Roman"/>
          <w:sz w:val="24"/>
          <w:szCs w:val="24"/>
          <w:lang w:val="en-ID"/>
        </w:rPr>
        <w:t>.</w:t>
      </w:r>
    </w:p>
    <w:p w14:paraId="400A8DDE" w14:textId="77777777" w:rsidR="00C95EA0" w:rsidRPr="00C95EA0" w:rsidRDefault="00C95EA0">
      <w:pPr>
        <w:pStyle w:val="ListParagraph"/>
        <w:numPr>
          <w:ilvl w:val="1"/>
          <w:numId w:val="28"/>
        </w:numPr>
        <w:spacing w:after="0" w:line="360" w:lineRule="auto"/>
        <w:ind w:left="567"/>
        <w:jc w:val="both"/>
        <w:rPr>
          <w:rFonts w:ascii="Times New Roman" w:hAnsi="Times New Roman" w:cs="Times New Roman"/>
          <w:sz w:val="24"/>
          <w:szCs w:val="24"/>
          <w:lang w:val="en-ID"/>
        </w:rPr>
      </w:pPr>
      <w:proofErr w:type="spellStart"/>
      <w:r w:rsidRPr="00C95EA0">
        <w:rPr>
          <w:rFonts w:ascii="Times New Roman" w:hAnsi="Times New Roman" w:cs="Times New Roman"/>
          <w:sz w:val="24"/>
          <w:szCs w:val="24"/>
          <w:lang w:val="en-ID"/>
        </w:rPr>
        <w:t>Triangulasi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Sumber</w:t>
      </w:r>
      <w:proofErr w:type="spellEnd"/>
    </w:p>
    <w:p w14:paraId="6FF16546" w14:textId="77777777" w:rsidR="00C95EA0" w:rsidRPr="00C95EA0" w:rsidRDefault="00C95EA0" w:rsidP="00C95EA0">
      <w:pPr>
        <w:spacing w:after="0" w:line="360" w:lineRule="auto"/>
        <w:ind w:left="709" w:firstLine="709"/>
        <w:jc w:val="both"/>
        <w:rPr>
          <w:rFonts w:ascii="Times New Roman" w:hAnsi="Times New Roman" w:cs="Times New Roman"/>
          <w:sz w:val="24"/>
          <w:szCs w:val="24"/>
          <w:lang w:val="en-ID"/>
        </w:rPr>
      </w:pPr>
      <w:proofErr w:type="spellStart"/>
      <w:r w:rsidRPr="00C95EA0">
        <w:rPr>
          <w:rFonts w:ascii="Times New Roman" w:hAnsi="Times New Roman" w:cs="Times New Roman"/>
          <w:sz w:val="24"/>
          <w:szCs w:val="24"/>
          <w:lang w:val="en-ID"/>
        </w:rPr>
        <w:t>Triangulasi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sumber</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dilakukan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dengan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membandingkan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informasi</w:t>
      </w:r>
      <w:proofErr w:type="spellEnd"/>
      <w:r w:rsidRPr="00C95EA0">
        <w:rPr>
          <w:rFonts w:ascii="Times New Roman" w:hAnsi="Times New Roman" w:cs="Times New Roman"/>
          <w:sz w:val="24"/>
          <w:szCs w:val="24"/>
          <w:lang w:val="en-ID"/>
        </w:rPr>
        <w:t xml:space="preserve"> yang </w:t>
      </w:r>
      <w:proofErr w:type="spellStart"/>
      <w:r w:rsidRPr="00C95EA0">
        <w:rPr>
          <w:rFonts w:ascii="Times New Roman" w:hAnsi="Times New Roman" w:cs="Times New Roman"/>
          <w:sz w:val="24"/>
          <w:szCs w:val="24"/>
          <w:lang w:val="en-ID"/>
        </w:rPr>
        <w:t>diperoleh</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dari</w:t>
      </w:r>
      <w:proofErr w:type="spellEnd"/>
      <w:r w:rsidRPr="00C95EA0">
        <w:rPr>
          <w:rFonts w:ascii="Times New Roman" w:hAnsi="Times New Roman" w:cs="Times New Roman"/>
          <w:sz w:val="24"/>
          <w:szCs w:val="24"/>
          <w:lang w:val="en-ID"/>
        </w:rPr>
        <w:t xml:space="preserve"> 13 </w:t>
      </w:r>
      <w:proofErr w:type="spellStart"/>
      <w:r w:rsidRPr="00C95EA0">
        <w:rPr>
          <w:rFonts w:ascii="Times New Roman" w:hAnsi="Times New Roman" w:cs="Times New Roman"/>
          <w:sz w:val="24"/>
          <w:szCs w:val="24"/>
          <w:lang w:val="en-ID"/>
        </w:rPr>
        <w:t>informan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Peneliti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membandingkan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pengalaman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informan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mengenai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tantangan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bahasa</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etika</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kerja</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serta</w:t>
      </w:r>
      <w:proofErr w:type="spellEnd"/>
      <w:r w:rsidRPr="00C95EA0">
        <w:rPr>
          <w:rFonts w:ascii="Times New Roman" w:hAnsi="Times New Roman" w:cs="Times New Roman"/>
          <w:sz w:val="24"/>
          <w:szCs w:val="24"/>
          <w:lang w:val="en-ID"/>
        </w:rPr>
        <w:t xml:space="preserve"> strategi </w:t>
      </w:r>
      <w:proofErr w:type="spellStart"/>
      <w:r w:rsidRPr="00C95EA0">
        <w:rPr>
          <w:rFonts w:ascii="Times New Roman" w:hAnsi="Times New Roman" w:cs="Times New Roman"/>
          <w:sz w:val="24"/>
          <w:szCs w:val="24"/>
          <w:lang w:val="en-ID"/>
        </w:rPr>
        <w:t>adaptasi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untuk</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melihat</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apakah</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terdapat</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pola</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informasi</w:t>
      </w:r>
      <w:proofErr w:type="spellEnd"/>
      <w:r w:rsidRPr="00C95EA0">
        <w:rPr>
          <w:rFonts w:ascii="Times New Roman" w:hAnsi="Times New Roman" w:cs="Times New Roman"/>
          <w:sz w:val="24"/>
          <w:szCs w:val="24"/>
          <w:lang w:val="en-ID"/>
        </w:rPr>
        <w:t xml:space="preserve"> yang </w:t>
      </w:r>
      <w:proofErr w:type="spellStart"/>
      <w:r w:rsidRPr="00C95EA0">
        <w:rPr>
          <w:rFonts w:ascii="Times New Roman" w:hAnsi="Times New Roman" w:cs="Times New Roman"/>
          <w:sz w:val="24"/>
          <w:szCs w:val="24"/>
          <w:lang w:val="en-ID"/>
        </w:rPr>
        <w:t>sama</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berbeda</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atau</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saling</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melengkapi</w:t>
      </w:r>
      <w:proofErr w:type="spellEnd"/>
      <w:r w:rsidRPr="00C95EA0">
        <w:rPr>
          <w:rFonts w:ascii="Times New Roman" w:hAnsi="Times New Roman" w:cs="Times New Roman"/>
          <w:sz w:val="24"/>
          <w:szCs w:val="24"/>
          <w:lang w:val="en-ID"/>
        </w:rPr>
        <w:t>.</w:t>
      </w:r>
    </w:p>
    <w:p w14:paraId="1AC7104A" w14:textId="77777777" w:rsidR="00C95EA0" w:rsidRPr="00C95EA0" w:rsidRDefault="00C95EA0" w:rsidP="00C95EA0">
      <w:pPr>
        <w:spacing w:after="0" w:line="360" w:lineRule="auto"/>
        <w:ind w:left="709" w:firstLine="709"/>
        <w:jc w:val="both"/>
        <w:rPr>
          <w:rFonts w:ascii="Times New Roman" w:hAnsi="Times New Roman" w:cs="Times New Roman"/>
          <w:sz w:val="24"/>
          <w:szCs w:val="24"/>
          <w:lang w:val="en-ID"/>
        </w:rPr>
      </w:pPr>
      <w:proofErr w:type="spellStart"/>
      <w:r w:rsidRPr="00C95EA0">
        <w:rPr>
          <w:rFonts w:ascii="Times New Roman" w:hAnsi="Times New Roman" w:cs="Times New Roman"/>
          <w:sz w:val="24"/>
          <w:szCs w:val="24"/>
          <w:lang w:val="en-ID"/>
        </w:rPr>
        <w:t>Sebagai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contoh</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ketika</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beberapa</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informan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menyatakan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bahwa</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kecepatan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berbicara</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tenaga</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kerja</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Jepang</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menjadi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hambatan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komunikasi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informasi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tersebut</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dibandingkan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dengan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jawaban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informan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lainnya</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untuk</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melihat</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konsistensi</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pengalaman</w:t>
      </w:r>
      <w:proofErr w:type="spellEnd"/>
      <w:r w:rsidRPr="00C95EA0">
        <w:rPr>
          <w:rFonts w:ascii="Times New Roman" w:hAnsi="Times New Roman" w:cs="Times New Roman"/>
          <w:sz w:val="24"/>
          <w:szCs w:val="24"/>
          <w:lang w:val="en-ID"/>
        </w:rPr>
        <w:t xml:space="preserve"> </w:t>
      </w:r>
      <w:proofErr w:type="spellStart"/>
      <w:r w:rsidRPr="00C95EA0">
        <w:rPr>
          <w:rFonts w:ascii="Times New Roman" w:hAnsi="Times New Roman" w:cs="Times New Roman"/>
          <w:sz w:val="24"/>
          <w:szCs w:val="24"/>
          <w:lang w:val="en-ID"/>
        </w:rPr>
        <w:t>tersebut</w:t>
      </w:r>
      <w:proofErr w:type="spellEnd"/>
      <w:r w:rsidRPr="00C95EA0">
        <w:rPr>
          <w:rFonts w:ascii="Times New Roman" w:hAnsi="Times New Roman" w:cs="Times New Roman"/>
          <w:sz w:val="24"/>
          <w:szCs w:val="24"/>
          <w:lang w:val="en-ID"/>
        </w:rPr>
        <w:t>.</w:t>
      </w:r>
    </w:p>
    <w:p w14:paraId="61C8A30C" w14:textId="77777777" w:rsidR="00C95EA0" w:rsidRPr="00C95EA0" w:rsidRDefault="00C95EA0">
      <w:pPr>
        <w:pStyle w:val="ListParagraph"/>
        <w:numPr>
          <w:ilvl w:val="1"/>
          <w:numId w:val="28"/>
        </w:numPr>
        <w:spacing w:after="0" w:line="360" w:lineRule="auto"/>
        <w:ind w:left="567"/>
        <w:jc w:val="both"/>
        <w:rPr>
          <w:rFonts w:ascii="Times New Roman" w:hAnsi="Times New Roman" w:cs="Times New Roman"/>
          <w:sz w:val="24"/>
          <w:szCs w:val="24"/>
          <w:lang w:val="en-ID"/>
        </w:rPr>
      </w:pPr>
      <w:proofErr w:type="spellStart"/>
      <w:r w:rsidRPr="00C95EA0">
        <w:rPr>
          <w:rFonts w:ascii="Times New Roman" w:hAnsi="Times New Roman" w:cs="Times New Roman"/>
          <w:sz w:val="24"/>
          <w:szCs w:val="24"/>
          <w:lang w:val="en-ID"/>
        </w:rPr>
        <w:t>Triangulasi</w:t>
      </w:r>
      <w:proofErr w:type="spellEnd"/>
      <w:r w:rsidRPr="00C95EA0">
        <w:rPr>
          <w:rFonts w:ascii="Times New Roman" w:hAnsi="Times New Roman" w:cs="Times New Roman"/>
          <w:sz w:val="24"/>
          <w:szCs w:val="24"/>
          <w:lang w:val="en-ID"/>
        </w:rPr>
        <w:t xml:space="preserve"> Teknik</w:t>
      </w:r>
    </w:p>
    <w:p w14:paraId="6923FE17" w14:textId="77777777" w:rsidR="009A12D0" w:rsidRPr="009A12D0" w:rsidRDefault="009A12D0" w:rsidP="009A12D0">
      <w:pPr>
        <w:spacing w:after="0" w:line="360" w:lineRule="auto"/>
        <w:ind w:left="709" w:firstLine="709"/>
        <w:jc w:val="both"/>
        <w:rPr>
          <w:rFonts w:ascii="Times New Roman" w:hAnsi="Times New Roman" w:cs="Times New Roman"/>
          <w:sz w:val="24"/>
          <w:szCs w:val="24"/>
          <w:lang w:val="en-ID"/>
        </w:rPr>
      </w:pPr>
      <w:proofErr w:type="spellStart"/>
      <w:r w:rsidRPr="009A12D0">
        <w:rPr>
          <w:rFonts w:ascii="Times New Roman" w:hAnsi="Times New Roman" w:cs="Times New Roman"/>
          <w:sz w:val="24"/>
          <w:szCs w:val="24"/>
          <w:lang w:val="en-ID"/>
        </w:rPr>
        <w:t>Triangulasi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teknik</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dilakukan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membandingkan</w:t>
      </w:r>
      <w:proofErr w:type="spellEnd"/>
      <w:r w:rsidRPr="009A12D0">
        <w:rPr>
          <w:rFonts w:ascii="Times New Roman" w:hAnsi="Times New Roman" w:cs="Times New Roman"/>
          <w:sz w:val="24"/>
          <w:szCs w:val="24"/>
          <w:lang w:val="en-ID"/>
        </w:rPr>
        <w:t xml:space="preserve"> data yang </w:t>
      </w:r>
      <w:proofErr w:type="spellStart"/>
      <w:r w:rsidRPr="009A12D0">
        <w:rPr>
          <w:rFonts w:ascii="Times New Roman" w:hAnsi="Times New Roman" w:cs="Times New Roman"/>
          <w:sz w:val="24"/>
          <w:szCs w:val="24"/>
          <w:lang w:val="en-ID"/>
        </w:rPr>
        <w:t>diperoleh</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melalui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teknik</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pengumpulan</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sumber</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pendukung</w:t>
      </w:r>
      <w:proofErr w:type="spellEnd"/>
      <w:r w:rsidRPr="009A12D0">
        <w:rPr>
          <w:rFonts w:ascii="Times New Roman" w:hAnsi="Times New Roman" w:cs="Times New Roman"/>
          <w:sz w:val="24"/>
          <w:szCs w:val="24"/>
          <w:lang w:val="en-ID"/>
        </w:rPr>
        <w:t xml:space="preserve"> yang </w:t>
      </w:r>
      <w:proofErr w:type="spellStart"/>
      <w:r w:rsidRPr="009A12D0">
        <w:rPr>
          <w:rFonts w:ascii="Times New Roman" w:hAnsi="Times New Roman" w:cs="Times New Roman"/>
          <w:sz w:val="24"/>
          <w:szCs w:val="24"/>
          <w:lang w:val="en-ID"/>
        </w:rPr>
        <w:t>relevan</w:t>
      </w:r>
      <w:proofErr w:type="spellEnd"/>
      <w:r w:rsidRPr="009A12D0">
        <w:rPr>
          <w:rFonts w:ascii="Times New Roman" w:hAnsi="Times New Roman" w:cs="Times New Roman"/>
          <w:sz w:val="24"/>
          <w:szCs w:val="24"/>
          <w:lang w:val="en-ID"/>
        </w:rPr>
        <w:t xml:space="preserve">. Data </w:t>
      </w:r>
      <w:proofErr w:type="spellStart"/>
      <w:r w:rsidRPr="009A12D0">
        <w:rPr>
          <w:rFonts w:ascii="Times New Roman" w:hAnsi="Times New Roman" w:cs="Times New Roman"/>
          <w:sz w:val="24"/>
          <w:szCs w:val="24"/>
          <w:lang w:val="en-ID"/>
        </w:rPr>
        <w:t>utama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berupa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jawaban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naratif</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informan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dibandingkan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dokumentasi</w:t>
      </w:r>
      <w:proofErr w:type="spellEnd"/>
      <w:r w:rsidRPr="009A12D0">
        <w:rPr>
          <w:rFonts w:ascii="Times New Roman" w:hAnsi="Times New Roman" w:cs="Times New Roman"/>
          <w:sz w:val="24"/>
          <w:szCs w:val="24"/>
          <w:lang w:val="en-ID"/>
        </w:rPr>
        <w:t xml:space="preserve"> dan </w:t>
      </w:r>
      <w:proofErr w:type="spellStart"/>
      <w:r w:rsidRPr="009A12D0">
        <w:rPr>
          <w:rFonts w:ascii="Times New Roman" w:hAnsi="Times New Roman" w:cs="Times New Roman"/>
          <w:sz w:val="24"/>
          <w:szCs w:val="24"/>
          <w:lang w:val="en-ID"/>
        </w:rPr>
        <w:t>literatur</w:t>
      </w:r>
      <w:proofErr w:type="spellEnd"/>
      <w:r w:rsidRPr="009A12D0">
        <w:rPr>
          <w:rFonts w:ascii="Times New Roman" w:hAnsi="Times New Roman" w:cs="Times New Roman"/>
          <w:sz w:val="24"/>
          <w:szCs w:val="24"/>
          <w:lang w:val="en-ID"/>
        </w:rPr>
        <w:t xml:space="preserve"> yang </w:t>
      </w:r>
      <w:proofErr w:type="spellStart"/>
      <w:r w:rsidRPr="009A12D0">
        <w:rPr>
          <w:rFonts w:ascii="Times New Roman" w:hAnsi="Times New Roman" w:cs="Times New Roman"/>
          <w:sz w:val="24"/>
          <w:szCs w:val="24"/>
          <w:lang w:val="en-ID"/>
        </w:rPr>
        <w:t>relevan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dengan</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komunikasi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antarbudaya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budaya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kerja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Jepang</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etika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kerja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serta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adaptasi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dalam</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lingkungan</w:t>
      </w:r>
      <w:proofErr w:type="spellEnd"/>
      <w:r w:rsidRPr="009A12D0">
        <w:rPr>
          <w:rFonts w:ascii="Times New Roman" w:hAnsi="Times New Roman" w:cs="Times New Roman"/>
          <w:sz w:val="24"/>
          <w:szCs w:val="24"/>
          <w:lang w:val="en-ID"/>
        </w:rPr>
        <w:t xml:space="preserve"> hospitality.</w:t>
      </w:r>
    </w:p>
    <w:p w14:paraId="24D7A66D" w14:textId="77777777" w:rsidR="00C95EA0" w:rsidRPr="009A12D0" w:rsidRDefault="009A12D0" w:rsidP="009A12D0">
      <w:pPr>
        <w:spacing w:after="0" w:line="360" w:lineRule="auto"/>
        <w:ind w:left="709" w:firstLine="709"/>
        <w:jc w:val="both"/>
        <w:rPr>
          <w:rFonts w:ascii="Times New Roman" w:hAnsi="Times New Roman" w:cs="Times New Roman"/>
          <w:sz w:val="24"/>
          <w:szCs w:val="24"/>
          <w:lang w:val="en-ID"/>
        </w:rPr>
      </w:pPr>
      <w:proofErr w:type="spellStart"/>
      <w:r w:rsidRPr="009A12D0">
        <w:rPr>
          <w:rFonts w:ascii="Times New Roman" w:hAnsi="Times New Roman" w:cs="Times New Roman"/>
          <w:sz w:val="24"/>
          <w:szCs w:val="24"/>
          <w:lang w:val="en-ID"/>
        </w:rPr>
        <w:t>Melalui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triangulasi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tersebut</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peneliti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dapat</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memeriksa</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apakah</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interpretasi</w:t>
      </w:r>
      <w:proofErr w:type="spellEnd"/>
      <w:r w:rsidRPr="009A12D0">
        <w:rPr>
          <w:rFonts w:ascii="Times New Roman" w:hAnsi="Times New Roman" w:cs="Times New Roman"/>
          <w:sz w:val="24"/>
          <w:szCs w:val="24"/>
          <w:lang w:val="en-ID"/>
        </w:rPr>
        <w:t xml:space="preserve"> yang </w:t>
      </w:r>
      <w:proofErr w:type="spellStart"/>
      <w:r w:rsidRPr="009A12D0">
        <w:rPr>
          <w:rFonts w:ascii="Times New Roman" w:hAnsi="Times New Roman" w:cs="Times New Roman"/>
          <w:sz w:val="24"/>
          <w:szCs w:val="24"/>
          <w:lang w:val="en-ID"/>
        </w:rPr>
        <w:t>dibuat</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telah</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memiliki</w:t>
      </w:r>
      <w:proofErr w:type="spellEnd"/>
      <w:r w:rsidRPr="009A12D0">
        <w:rPr>
          <w:rFonts w:ascii="Times New Roman" w:hAnsi="Times New Roman" w:cs="Times New Roman"/>
          <w:sz w:val="24"/>
          <w:szCs w:val="24"/>
          <w:lang w:val="en-ID"/>
        </w:rPr>
        <w:t xml:space="preserve"> </w:t>
      </w:r>
      <w:proofErr w:type="spellStart"/>
      <w:r w:rsidRPr="009A12D0">
        <w:rPr>
          <w:rFonts w:ascii="Times New Roman" w:hAnsi="Times New Roman" w:cs="Times New Roman"/>
          <w:sz w:val="24"/>
          <w:szCs w:val="24"/>
          <w:lang w:val="en-ID"/>
        </w:rPr>
        <w:t>dukungan</w:t>
      </w:r>
      <w:proofErr w:type="spellEnd"/>
      <w:r w:rsidRPr="009A12D0">
        <w:rPr>
          <w:rFonts w:ascii="Times New Roman" w:hAnsi="Times New Roman" w:cs="Times New Roman"/>
          <w:sz w:val="24"/>
          <w:szCs w:val="24"/>
          <w:lang w:val="en-ID"/>
        </w:rPr>
        <w:t xml:space="preserve"> data yang </w:t>
      </w:r>
      <w:proofErr w:type="spellStart"/>
      <w:r w:rsidRPr="009A12D0">
        <w:rPr>
          <w:rFonts w:ascii="Times New Roman" w:hAnsi="Times New Roman" w:cs="Times New Roman"/>
          <w:sz w:val="24"/>
          <w:szCs w:val="24"/>
          <w:lang w:val="en-ID"/>
        </w:rPr>
        <w:t>memadai</w:t>
      </w:r>
      <w:proofErr w:type="spellEnd"/>
      <w:r w:rsidRPr="009A12D0">
        <w:rPr>
          <w:rFonts w:ascii="Times New Roman" w:hAnsi="Times New Roman" w:cs="Times New Roman"/>
          <w:sz w:val="24"/>
          <w:szCs w:val="24"/>
          <w:lang w:val="en-ID"/>
        </w:rPr>
        <w:t>.</w:t>
      </w:r>
    </w:p>
    <w:p w14:paraId="001876EC" w14:textId="77777777" w:rsidR="002A1843" w:rsidRPr="00D4006E" w:rsidRDefault="00CD3360" w:rsidP="00D4006E">
      <w:pPr>
        <w:jc w:val="center"/>
        <w:rPr>
          <w:rFonts w:ascii="Times New Roman" w:eastAsiaTheme="majorEastAsia" w:hAnsi="Times New Roman" w:cs="Times New Roman"/>
          <w:b/>
          <w:bCs/>
          <w:sz w:val="24"/>
          <w:szCs w:val="24"/>
        </w:rPr>
      </w:pPr>
      <w:r w:rsidRPr="00D4006E">
        <w:rPr>
          <w:rFonts w:ascii="Times New Roman" w:hAnsi="Times New Roman" w:cs="Times New Roman"/>
          <w:b/>
          <w:bCs/>
          <w:sz w:val="24"/>
          <w:szCs w:val="24"/>
        </w:rPr>
        <w:br w:type="page"/>
      </w:r>
      <w:bookmarkStart w:id="43" w:name="_Toc235679978"/>
      <w:bookmarkStart w:id="44" w:name="_Toc236409631"/>
      <w:bookmarkStart w:id="45" w:name="_Toc238410186"/>
      <w:r w:rsidR="00156FA5" w:rsidRPr="00D4006E">
        <w:rPr>
          <w:rFonts w:ascii="Times New Roman" w:hAnsi="Times New Roman" w:cs="Times New Roman"/>
          <w:b/>
          <w:bCs/>
          <w:sz w:val="24"/>
          <w:szCs w:val="24"/>
        </w:rPr>
        <w:t>BAB IV</w:t>
      </w:r>
      <w:bookmarkEnd w:id="43"/>
      <w:bookmarkEnd w:id="44"/>
      <w:bookmarkEnd w:id="45"/>
    </w:p>
    <w:p w14:paraId="4596EE9C" w14:textId="77777777" w:rsidR="003F6CE3" w:rsidRDefault="00156FA5" w:rsidP="009D161B">
      <w:pPr>
        <w:pStyle w:val="Heading1"/>
        <w:spacing w:before="0" w:line="360" w:lineRule="auto"/>
        <w:jc w:val="center"/>
        <w:rPr>
          <w:rFonts w:ascii="Times New Roman" w:hAnsi="Times New Roman" w:cs="Times New Roman"/>
          <w:color w:val="auto"/>
          <w:sz w:val="24"/>
          <w:szCs w:val="24"/>
        </w:rPr>
      </w:pPr>
      <w:bookmarkStart w:id="46" w:name="_Toc238448307"/>
      <w:r w:rsidRPr="009D161B">
        <w:rPr>
          <w:rFonts w:ascii="Times New Roman" w:hAnsi="Times New Roman" w:cs="Times New Roman"/>
          <w:color w:val="auto"/>
          <w:sz w:val="24"/>
          <w:szCs w:val="24"/>
        </w:rPr>
        <w:t>HASIL DAN PEMBAHASAN</w:t>
      </w:r>
      <w:bookmarkEnd w:id="46"/>
    </w:p>
    <w:p w14:paraId="4A4CBD53" w14:textId="77777777" w:rsidR="00622F2A" w:rsidRPr="00D11FAA" w:rsidRDefault="00622F2A" w:rsidP="00D11FAA">
      <w:pPr>
        <w:spacing w:after="0" w:line="360" w:lineRule="auto"/>
        <w:rPr>
          <w:rFonts w:ascii="Times New Roman" w:hAnsi="Times New Roman" w:cs="Times New Roman"/>
          <w:sz w:val="24"/>
          <w:szCs w:val="24"/>
        </w:rPr>
      </w:pPr>
    </w:p>
    <w:p w14:paraId="7D07FAC8" w14:textId="77777777" w:rsidR="00622F2A" w:rsidRPr="00D11FAA" w:rsidRDefault="008951DC">
      <w:pPr>
        <w:pStyle w:val="Heading2"/>
        <w:numPr>
          <w:ilvl w:val="0"/>
          <w:numId w:val="29"/>
        </w:numPr>
        <w:spacing w:before="0" w:line="360" w:lineRule="auto"/>
        <w:ind w:left="284"/>
        <w:rPr>
          <w:rFonts w:ascii="Times New Roman" w:hAnsi="Times New Roman" w:cs="Times New Roman"/>
          <w:color w:val="auto"/>
          <w:sz w:val="24"/>
          <w:szCs w:val="24"/>
        </w:rPr>
      </w:pPr>
      <w:bookmarkStart w:id="47" w:name="_Toc238448308"/>
      <w:r w:rsidRPr="00D11FAA">
        <w:rPr>
          <w:rFonts w:ascii="Times New Roman" w:hAnsi="Times New Roman" w:cs="Times New Roman"/>
          <w:color w:val="auto"/>
          <w:sz w:val="24"/>
          <w:szCs w:val="24"/>
        </w:rPr>
        <w:t xml:space="preserve">Hasil </w:t>
      </w:r>
      <w:proofErr w:type="spellStart"/>
      <w:r w:rsidRPr="00D11FAA">
        <w:rPr>
          <w:rFonts w:ascii="Times New Roman" w:hAnsi="Times New Roman" w:cs="Times New Roman"/>
          <w:color w:val="auto"/>
          <w:sz w:val="24"/>
          <w:szCs w:val="24"/>
        </w:rPr>
        <w:t>Penelitian</w:t>
      </w:r>
      <w:bookmarkEnd w:id="47"/>
      <w:proofErr w:type="spellEnd"/>
    </w:p>
    <w:p w14:paraId="362CBE7F" w14:textId="77777777" w:rsidR="00D11FAA" w:rsidRPr="00D11FAA" w:rsidRDefault="00D11FAA" w:rsidP="00D11FAA">
      <w:pPr>
        <w:spacing w:after="0" w:line="360" w:lineRule="auto"/>
        <w:ind w:left="28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Penelitian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bertujuan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menganalisis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antarbudaya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tenaga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asing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hospitality di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fokus</w:t>
      </w:r>
      <w:proofErr w:type="spellEnd"/>
      <w:r w:rsidRPr="00D11FAA">
        <w:rPr>
          <w:rFonts w:ascii="Times New Roman" w:hAnsi="Times New Roman" w:cs="Times New Roman"/>
          <w:sz w:val="24"/>
          <w:szCs w:val="24"/>
          <w:lang w:val="en-ID"/>
        </w:rPr>
        <w:t xml:space="preserve"> pada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dan strategi </w:t>
      </w: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penelitian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berjumlah</w:t>
      </w:r>
      <w:proofErr w:type="spellEnd"/>
      <w:r w:rsidRPr="00D11FAA">
        <w:rPr>
          <w:rFonts w:ascii="Times New Roman" w:hAnsi="Times New Roman" w:cs="Times New Roman"/>
          <w:sz w:val="24"/>
          <w:szCs w:val="24"/>
          <w:lang w:val="en-ID"/>
        </w:rPr>
        <w:t xml:space="preserve"> 13 orang yang </w:t>
      </w:r>
      <w:proofErr w:type="spellStart"/>
      <w:r w:rsidRPr="00D11FAA">
        <w:rPr>
          <w:rFonts w:ascii="Times New Roman" w:hAnsi="Times New Roman" w:cs="Times New Roman"/>
          <w:sz w:val="24"/>
          <w:szCs w:val="24"/>
          <w:lang w:val="en-ID"/>
        </w:rPr>
        <w:t>memiliki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pengalaman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langsung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kegiatan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training, </w:t>
      </w:r>
      <w:proofErr w:type="spellStart"/>
      <w:r w:rsidRPr="00D11FAA">
        <w:rPr>
          <w:rFonts w:ascii="Times New Roman" w:hAnsi="Times New Roman" w:cs="Times New Roman"/>
          <w:sz w:val="24"/>
          <w:szCs w:val="24"/>
          <w:lang w:val="en-ID"/>
        </w:rPr>
        <w:t>maupun</w:t>
      </w:r>
      <w:proofErr w:type="spellEnd"/>
      <w:r w:rsidRPr="00D11FAA">
        <w:rPr>
          <w:rFonts w:ascii="Times New Roman" w:hAnsi="Times New Roman" w:cs="Times New Roman"/>
          <w:sz w:val="24"/>
          <w:szCs w:val="24"/>
          <w:lang w:val="en-ID"/>
        </w:rPr>
        <w:t xml:space="preserve"> program </w:t>
      </w:r>
      <w:proofErr w:type="spellStart"/>
      <w:r w:rsidRPr="00D11FAA">
        <w:rPr>
          <w:rFonts w:ascii="Times New Roman" w:hAnsi="Times New Roman" w:cs="Times New Roman"/>
          <w:sz w:val="24"/>
          <w:szCs w:val="24"/>
          <w:lang w:val="en-ID"/>
        </w:rPr>
        <w:t>magang</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berkaitan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industri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perhotelan</w:t>
      </w:r>
      <w:proofErr w:type="spellEnd"/>
      <w:r w:rsidRPr="00D11FAA">
        <w:rPr>
          <w:rFonts w:ascii="Times New Roman" w:hAnsi="Times New Roman" w:cs="Times New Roman"/>
          <w:sz w:val="24"/>
          <w:szCs w:val="24"/>
          <w:lang w:val="en-ID"/>
        </w:rPr>
        <w:t xml:space="preserve"> Jepang.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diberikan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kode</w:t>
      </w:r>
      <w:proofErr w:type="spellEnd"/>
      <w:r w:rsidRPr="00D11FAA">
        <w:rPr>
          <w:rFonts w:ascii="Times New Roman" w:hAnsi="Times New Roman" w:cs="Times New Roman"/>
          <w:sz w:val="24"/>
          <w:szCs w:val="24"/>
          <w:lang w:val="en-ID"/>
        </w:rPr>
        <w:t xml:space="preserve"> R-1 </w:t>
      </w:r>
      <w:proofErr w:type="spellStart"/>
      <w:r w:rsidRPr="00D11FAA">
        <w:rPr>
          <w:rFonts w:ascii="Times New Roman" w:hAnsi="Times New Roman" w:cs="Times New Roman"/>
          <w:sz w:val="24"/>
          <w:szCs w:val="24"/>
          <w:lang w:val="en-ID"/>
        </w:rPr>
        <w:t>sampai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R-13 </w:t>
      </w:r>
      <w:proofErr w:type="spellStart"/>
      <w:r w:rsidRPr="00D11FAA">
        <w:rPr>
          <w:rFonts w:ascii="Times New Roman" w:hAnsi="Times New Roman" w:cs="Times New Roman"/>
          <w:sz w:val="24"/>
          <w:szCs w:val="24"/>
          <w:lang w:val="en-ID"/>
        </w:rPr>
        <w:t>untuk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menjaga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kerahasiaan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identitas</w:t>
      </w:r>
      <w:proofErr w:type="spellEnd"/>
      <w:r w:rsidRPr="00D11FAA">
        <w:rPr>
          <w:rFonts w:ascii="Times New Roman" w:hAnsi="Times New Roman" w:cs="Times New Roman"/>
          <w:sz w:val="24"/>
          <w:szCs w:val="24"/>
          <w:lang w:val="en-ID"/>
        </w:rPr>
        <w:t>.</w:t>
      </w:r>
    </w:p>
    <w:p w14:paraId="6D94E114" w14:textId="77777777" w:rsidR="00D11FAA" w:rsidRPr="00D11FAA" w:rsidRDefault="00D11FAA" w:rsidP="00D11FAA">
      <w:pPr>
        <w:spacing w:after="0" w:line="360" w:lineRule="auto"/>
        <w:ind w:left="28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Data </w:t>
      </w:r>
      <w:proofErr w:type="spellStart"/>
      <w:r w:rsidRPr="00D11FAA">
        <w:rPr>
          <w:rFonts w:ascii="Times New Roman" w:hAnsi="Times New Roman" w:cs="Times New Roman"/>
          <w:sz w:val="24"/>
          <w:szCs w:val="24"/>
          <w:lang w:val="en-ID"/>
        </w:rPr>
        <w:t>penelitian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diperoleh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melalui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kuesioner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terbuka</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memungkinkan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memberikan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jawaban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berdasarkan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pengalaman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mereka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alami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Selanjutnya</w:t>
      </w:r>
      <w:proofErr w:type="spellEnd"/>
      <w:r w:rsidRPr="00D11FAA">
        <w:rPr>
          <w:rFonts w:ascii="Times New Roman" w:hAnsi="Times New Roman" w:cs="Times New Roman"/>
          <w:sz w:val="24"/>
          <w:szCs w:val="24"/>
          <w:lang w:val="en-ID"/>
        </w:rPr>
        <w:t xml:space="preserve">, data </w:t>
      </w:r>
      <w:proofErr w:type="spellStart"/>
      <w:r w:rsidRPr="00D11FAA">
        <w:rPr>
          <w:rFonts w:ascii="Times New Roman" w:hAnsi="Times New Roman" w:cs="Times New Roman"/>
          <w:sz w:val="24"/>
          <w:szCs w:val="24"/>
          <w:lang w:val="en-ID"/>
        </w:rPr>
        <w:t>dianalisis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menggunakan</w:t>
      </w:r>
      <w:proofErr w:type="spellEnd"/>
      <w:r w:rsidRPr="00D11FAA">
        <w:rPr>
          <w:rFonts w:ascii="Times New Roman" w:hAnsi="Times New Roman" w:cs="Times New Roman"/>
          <w:sz w:val="24"/>
          <w:szCs w:val="24"/>
          <w:lang w:val="en-ID"/>
        </w:rPr>
        <w:t xml:space="preserve"> model </w:t>
      </w:r>
      <w:proofErr w:type="spellStart"/>
      <w:r w:rsidRPr="00D11FAA">
        <w:rPr>
          <w:rFonts w:ascii="Times New Roman" w:hAnsi="Times New Roman" w:cs="Times New Roman"/>
          <w:sz w:val="24"/>
          <w:szCs w:val="24"/>
          <w:lang w:val="en-ID"/>
        </w:rPr>
        <w:t>analisis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interaktif</w:t>
      </w:r>
      <w:proofErr w:type="spellEnd"/>
      <w:r w:rsidRPr="00D11FAA">
        <w:rPr>
          <w:rFonts w:ascii="Times New Roman" w:hAnsi="Times New Roman" w:cs="Times New Roman"/>
          <w:sz w:val="24"/>
          <w:szCs w:val="24"/>
          <w:lang w:val="en-ID"/>
        </w:rPr>
        <w:t xml:space="preserve"> Miles</w:t>
      </w:r>
      <w:r w:rsidR="006E0090">
        <w:rPr>
          <w:rFonts w:ascii="Times New Roman" w:hAnsi="Times New Roman" w:cs="Times New Roman"/>
          <w:sz w:val="24"/>
          <w:szCs w:val="24"/>
          <w:lang w:val="en-ID"/>
        </w:rPr>
        <w:t xml:space="preserve">, </w:t>
      </w:r>
      <w:r w:rsidRPr="00D11FAA">
        <w:rPr>
          <w:rFonts w:ascii="Times New Roman" w:hAnsi="Times New Roman" w:cs="Times New Roman"/>
          <w:sz w:val="24"/>
          <w:szCs w:val="24"/>
          <w:lang w:val="en-ID"/>
        </w:rPr>
        <w:t>Huberman</w:t>
      </w:r>
      <w:r w:rsidR="006E0090">
        <w:rPr>
          <w:rFonts w:ascii="Times New Roman" w:hAnsi="Times New Roman" w:cs="Times New Roman"/>
          <w:sz w:val="24"/>
          <w:szCs w:val="24"/>
          <w:lang w:val="en-ID"/>
        </w:rPr>
        <w:t xml:space="preserve">, dan Saldana (2013) </w:t>
      </w:r>
      <w:r w:rsidRPr="00D11FAA">
        <w:rPr>
          <w:rFonts w:ascii="Times New Roman" w:hAnsi="Times New Roman" w:cs="Times New Roman"/>
          <w:sz w:val="24"/>
          <w:szCs w:val="24"/>
          <w:lang w:val="en-ID"/>
        </w:rPr>
        <w:t xml:space="preserve">yang </w:t>
      </w:r>
      <w:proofErr w:type="spellStart"/>
      <w:r w:rsidRPr="00D11FAA">
        <w:rPr>
          <w:rFonts w:ascii="Times New Roman" w:hAnsi="Times New Roman" w:cs="Times New Roman"/>
          <w:sz w:val="24"/>
          <w:szCs w:val="24"/>
          <w:lang w:val="en-ID"/>
        </w:rPr>
        <w:t>terdiri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atas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tiga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tahapan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yaitu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kondensasi</w:t>
      </w:r>
      <w:proofErr w:type="spellEnd"/>
      <w:r w:rsidRPr="00D11FAA">
        <w:rPr>
          <w:rFonts w:ascii="Times New Roman" w:hAnsi="Times New Roman" w:cs="Times New Roman"/>
          <w:sz w:val="24"/>
          <w:szCs w:val="24"/>
          <w:lang w:val="en-ID"/>
        </w:rPr>
        <w:t xml:space="preserve"> data, </w:t>
      </w:r>
      <w:proofErr w:type="spellStart"/>
      <w:r w:rsidRPr="00D11FAA">
        <w:rPr>
          <w:rFonts w:ascii="Times New Roman" w:hAnsi="Times New Roman" w:cs="Times New Roman"/>
          <w:sz w:val="24"/>
          <w:szCs w:val="24"/>
          <w:lang w:val="en-ID"/>
        </w:rPr>
        <w:t>penyajian</w:t>
      </w:r>
      <w:proofErr w:type="spellEnd"/>
      <w:r w:rsidRPr="00D11FAA">
        <w:rPr>
          <w:rFonts w:ascii="Times New Roman" w:hAnsi="Times New Roman" w:cs="Times New Roman"/>
          <w:sz w:val="24"/>
          <w:szCs w:val="24"/>
          <w:lang w:val="en-ID"/>
        </w:rPr>
        <w:t xml:space="preserve"> data, </w:t>
      </w:r>
      <w:proofErr w:type="spellStart"/>
      <w:r w:rsidRPr="00D11FAA">
        <w:rPr>
          <w:rFonts w:ascii="Times New Roman" w:hAnsi="Times New Roman" w:cs="Times New Roman"/>
          <w:sz w:val="24"/>
          <w:szCs w:val="24"/>
          <w:lang w:val="en-ID"/>
        </w:rPr>
        <w:t>serta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penarikan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kesimpulan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verifikasi</w:t>
      </w:r>
      <w:proofErr w:type="spellEnd"/>
      <w:r w:rsidRPr="00D11FAA">
        <w:rPr>
          <w:rFonts w:ascii="Times New Roman" w:hAnsi="Times New Roman" w:cs="Times New Roman"/>
          <w:sz w:val="24"/>
          <w:szCs w:val="24"/>
          <w:lang w:val="en-ID"/>
        </w:rPr>
        <w:t>.</w:t>
      </w:r>
    </w:p>
    <w:p w14:paraId="038BBF65" w14:textId="77777777" w:rsidR="00D11FAA" w:rsidRPr="00D11FAA" w:rsidRDefault="00D11FAA" w:rsidP="00D11FAA">
      <w:pPr>
        <w:spacing w:after="0" w:line="360" w:lineRule="auto"/>
        <w:ind w:left="28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Ketiga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tahapan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digunakan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berulang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menganalisis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seluruh</w:t>
      </w:r>
      <w:proofErr w:type="spellEnd"/>
      <w:r w:rsidRPr="00D11FAA">
        <w:rPr>
          <w:rFonts w:ascii="Times New Roman" w:hAnsi="Times New Roman" w:cs="Times New Roman"/>
          <w:sz w:val="24"/>
          <w:szCs w:val="24"/>
          <w:lang w:val="en-ID"/>
        </w:rPr>
        <w:t xml:space="preserve"> data. Pada </w:t>
      </w:r>
      <w:proofErr w:type="spellStart"/>
      <w:r w:rsidRPr="00D11FAA">
        <w:rPr>
          <w:rFonts w:ascii="Times New Roman" w:hAnsi="Times New Roman" w:cs="Times New Roman"/>
          <w:sz w:val="24"/>
          <w:szCs w:val="24"/>
          <w:lang w:val="en-ID"/>
        </w:rPr>
        <w:t>tahap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kondensasi</w:t>
      </w:r>
      <w:proofErr w:type="spellEnd"/>
      <w:r w:rsidRPr="00D11FAA">
        <w:rPr>
          <w:rFonts w:ascii="Times New Roman" w:hAnsi="Times New Roman" w:cs="Times New Roman"/>
          <w:sz w:val="24"/>
          <w:szCs w:val="24"/>
          <w:lang w:val="en-ID"/>
        </w:rPr>
        <w:t xml:space="preserve"> data, </w:t>
      </w:r>
      <w:proofErr w:type="spellStart"/>
      <w:r w:rsidRPr="00D11FAA">
        <w:rPr>
          <w:rFonts w:ascii="Times New Roman" w:hAnsi="Times New Roman" w:cs="Times New Roman"/>
          <w:sz w:val="24"/>
          <w:szCs w:val="24"/>
          <w:lang w:val="en-ID"/>
        </w:rPr>
        <w:t>peneliti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memilih</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mengelompokkan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berdasarkan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fokus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penelitian</w:t>
      </w:r>
      <w:proofErr w:type="spellEnd"/>
      <w:r w:rsidRPr="00D11FAA">
        <w:rPr>
          <w:rFonts w:ascii="Times New Roman" w:hAnsi="Times New Roman" w:cs="Times New Roman"/>
          <w:sz w:val="24"/>
          <w:szCs w:val="24"/>
          <w:lang w:val="en-ID"/>
        </w:rPr>
        <w:t xml:space="preserve">. Pada </w:t>
      </w:r>
      <w:proofErr w:type="spellStart"/>
      <w:r w:rsidRPr="00D11FAA">
        <w:rPr>
          <w:rFonts w:ascii="Times New Roman" w:hAnsi="Times New Roman" w:cs="Times New Roman"/>
          <w:sz w:val="24"/>
          <w:szCs w:val="24"/>
          <w:lang w:val="en-ID"/>
        </w:rPr>
        <w:t>tahap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penyajian</w:t>
      </w:r>
      <w:proofErr w:type="spellEnd"/>
      <w:r w:rsidRPr="00D11FAA">
        <w:rPr>
          <w:rFonts w:ascii="Times New Roman" w:hAnsi="Times New Roman" w:cs="Times New Roman"/>
          <w:sz w:val="24"/>
          <w:szCs w:val="24"/>
          <w:lang w:val="en-ID"/>
        </w:rPr>
        <w:t xml:space="preserve"> data, </w:t>
      </w:r>
      <w:proofErr w:type="spellStart"/>
      <w:r w:rsidRPr="00D11FAA">
        <w:rPr>
          <w:rFonts w:ascii="Times New Roman" w:hAnsi="Times New Roman" w:cs="Times New Roman"/>
          <w:sz w:val="24"/>
          <w:szCs w:val="24"/>
          <w:lang w:val="en-ID"/>
        </w:rPr>
        <w:t>informasi</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telah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dikelompokkan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disusun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uraian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tematik</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kutipan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Selanjutnya</w:t>
      </w:r>
      <w:proofErr w:type="spellEnd"/>
      <w:r w:rsidRPr="00D11FAA">
        <w:rPr>
          <w:rFonts w:ascii="Times New Roman" w:hAnsi="Times New Roman" w:cs="Times New Roman"/>
          <w:sz w:val="24"/>
          <w:szCs w:val="24"/>
          <w:lang w:val="en-ID"/>
        </w:rPr>
        <w:t xml:space="preserve">, pada </w:t>
      </w:r>
      <w:proofErr w:type="spellStart"/>
      <w:r w:rsidRPr="00D11FAA">
        <w:rPr>
          <w:rFonts w:ascii="Times New Roman" w:hAnsi="Times New Roman" w:cs="Times New Roman"/>
          <w:sz w:val="24"/>
          <w:szCs w:val="24"/>
          <w:lang w:val="en-ID"/>
        </w:rPr>
        <w:t>tahap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penarikan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kesimpulan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verifikasi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peneliti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menginterpretasikan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pola</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muncul</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memeriksa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kembali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kesesuaiannya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data yang </w:t>
      </w:r>
      <w:proofErr w:type="spellStart"/>
      <w:r w:rsidRPr="00D11FAA">
        <w:rPr>
          <w:rFonts w:ascii="Times New Roman" w:hAnsi="Times New Roman" w:cs="Times New Roman"/>
          <w:sz w:val="24"/>
          <w:szCs w:val="24"/>
          <w:lang w:val="en-ID"/>
        </w:rPr>
        <w:t>diberikan</w:t>
      </w:r>
      <w:proofErr w:type="spellEnd"/>
      <w:r w:rsidRPr="00D11FAA">
        <w:rPr>
          <w:rFonts w:ascii="Times New Roman" w:hAnsi="Times New Roman" w:cs="Times New Roman"/>
          <w:sz w:val="24"/>
          <w:szCs w:val="24"/>
          <w:lang w:val="en-ID"/>
        </w:rPr>
        <w:t xml:space="preserve"> oleh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w:t>
      </w:r>
    </w:p>
    <w:p w14:paraId="233A3460" w14:textId="77777777" w:rsidR="00D11FAA" w:rsidRPr="00D11FAA" w:rsidRDefault="00D11FAA" w:rsidP="00D11FAA">
      <w:pPr>
        <w:spacing w:after="0" w:line="360" w:lineRule="auto"/>
        <w:ind w:left="28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Berdasarkan</w:t>
      </w:r>
      <w:proofErr w:type="spellEnd"/>
      <w:r w:rsidRPr="00D11FAA">
        <w:rPr>
          <w:rFonts w:ascii="Times New Roman" w:hAnsi="Times New Roman" w:cs="Times New Roman"/>
          <w:sz w:val="24"/>
          <w:szCs w:val="24"/>
          <w:lang w:val="en-ID"/>
        </w:rPr>
        <w:t xml:space="preserve"> proses </w:t>
      </w:r>
      <w:proofErr w:type="spellStart"/>
      <w:r w:rsidRPr="00D11FAA">
        <w:rPr>
          <w:rFonts w:ascii="Times New Roman" w:hAnsi="Times New Roman" w:cs="Times New Roman"/>
          <w:sz w:val="24"/>
          <w:szCs w:val="24"/>
          <w:lang w:val="en-ID"/>
        </w:rPr>
        <w:t>analisis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ditemukan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tiga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utama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yaitu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dan strategi </w:t>
      </w: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w:t>
      </w:r>
    </w:p>
    <w:p w14:paraId="0AF80093" w14:textId="77777777" w:rsidR="008951DC" w:rsidRPr="00D11FAA" w:rsidRDefault="008951DC">
      <w:pPr>
        <w:pStyle w:val="Heading2"/>
        <w:numPr>
          <w:ilvl w:val="0"/>
          <w:numId w:val="29"/>
        </w:numPr>
        <w:spacing w:before="0" w:line="360" w:lineRule="auto"/>
        <w:ind w:left="284"/>
        <w:rPr>
          <w:rFonts w:ascii="Times New Roman" w:hAnsi="Times New Roman" w:cs="Times New Roman"/>
          <w:color w:val="auto"/>
          <w:sz w:val="24"/>
          <w:szCs w:val="24"/>
          <w:lang w:val="en-ID"/>
        </w:rPr>
      </w:pPr>
      <w:bookmarkStart w:id="48" w:name="_Toc238448309"/>
      <w:proofErr w:type="spellStart"/>
      <w:r w:rsidRPr="00D11FAA">
        <w:rPr>
          <w:rFonts w:ascii="Times New Roman" w:hAnsi="Times New Roman" w:cs="Times New Roman"/>
          <w:color w:val="auto"/>
          <w:sz w:val="24"/>
          <w:szCs w:val="24"/>
          <w:lang w:val="en-ID"/>
        </w:rPr>
        <w:t>Tantangan</w:t>
      </w:r>
      <w:proofErr w:type="spellEnd"/>
      <w:r w:rsidRPr="00D11FAA">
        <w:rPr>
          <w:rFonts w:ascii="Times New Roman" w:hAnsi="Times New Roman" w:cs="Times New Roman"/>
          <w:color w:val="auto"/>
          <w:sz w:val="24"/>
          <w:szCs w:val="24"/>
          <w:lang w:val="en-ID"/>
        </w:rPr>
        <w:t xml:space="preserve"> Bahasa </w:t>
      </w:r>
      <w:proofErr w:type="spellStart"/>
      <w:r w:rsidRPr="00D11FAA">
        <w:rPr>
          <w:rFonts w:ascii="Times New Roman" w:hAnsi="Times New Roman" w:cs="Times New Roman"/>
          <w:color w:val="auto"/>
          <w:sz w:val="24"/>
          <w:szCs w:val="24"/>
          <w:lang w:val="en-ID"/>
        </w:rPr>
        <w:t>dalam</w:t>
      </w:r>
      <w:proofErr w:type="spellEnd"/>
      <w:r w:rsidRPr="00D11FAA">
        <w:rPr>
          <w:rFonts w:ascii="Times New Roman" w:hAnsi="Times New Roman" w:cs="Times New Roman"/>
          <w:color w:val="auto"/>
          <w:sz w:val="24"/>
          <w:szCs w:val="24"/>
          <w:lang w:val="en-ID"/>
        </w:rPr>
        <w:t xml:space="preserve"> </w:t>
      </w:r>
      <w:proofErr w:type="spellStart"/>
      <w:r w:rsidRPr="00D11FAA">
        <w:rPr>
          <w:rFonts w:ascii="Times New Roman" w:hAnsi="Times New Roman" w:cs="Times New Roman"/>
          <w:color w:val="auto"/>
          <w:sz w:val="24"/>
          <w:szCs w:val="24"/>
          <w:lang w:val="en-ID"/>
        </w:rPr>
        <w:t>Lingkungan</w:t>
      </w:r>
      <w:proofErr w:type="spellEnd"/>
      <w:r w:rsidRPr="00D11FAA">
        <w:rPr>
          <w:rFonts w:ascii="Times New Roman" w:hAnsi="Times New Roman" w:cs="Times New Roman"/>
          <w:color w:val="auto"/>
          <w:sz w:val="24"/>
          <w:szCs w:val="24"/>
          <w:lang w:val="en-ID"/>
        </w:rPr>
        <w:t xml:space="preserve"> Hospitality </w:t>
      </w:r>
      <w:proofErr w:type="spellStart"/>
      <w:r w:rsidRPr="00D11FAA">
        <w:rPr>
          <w:rFonts w:ascii="Times New Roman" w:hAnsi="Times New Roman" w:cs="Times New Roman"/>
          <w:color w:val="auto"/>
          <w:sz w:val="24"/>
          <w:szCs w:val="24"/>
          <w:lang w:val="en-ID"/>
        </w:rPr>
        <w:t>Jepang</w:t>
      </w:r>
      <w:bookmarkEnd w:id="48"/>
      <w:proofErr w:type="spellEnd"/>
    </w:p>
    <w:p w14:paraId="673AB5A2" w14:textId="77777777" w:rsidR="008951DC" w:rsidRPr="00D11FAA" w:rsidRDefault="008951DC" w:rsidP="00D11FAA">
      <w:pPr>
        <w:spacing w:after="0" w:line="360" w:lineRule="auto"/>
        <w:ind w:left="28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merupakan</w:t>
      </w:r>
      <w:proofErr w:type="spellEnd"/>
      <w:r w:rsidRPr="00D11FAA">
        <w:rPr>
          <w:rFonts w:ascii="Times New Roman" w:hAnsi="Times New Roman" w:cs="Times New Roman"/>
          <w:sz w:val="24"/>
          <w:szCs w:val="24"/>
          <w:lang w:val="en-ID"/>
        </w:rPr>
        <w:t xml:space="preserve"> salah </w:t>
      </w:r>
      <w:proofErr w:type="spellStart"/>
      <w:r w:rsidRPr="00D11FAA">
        <w:rPr>
          <w:rFonts w:ascii="Times New Roman" w:hAnsi="Times New Roman" w:cs="Times New Roman"/>
          <w:sz w:val="24"/>
          <w:szCs w:val="24"/>
          <w:lang w:val="en-ID"/>
        </w:rPr>
        <w:t>satu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temuan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utama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penelitian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Berdasarkan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hasil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analisis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terhadap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jawaban</w:t>
      </w:r>
      <w:proofErr w:type="spellEnd"/>
      <w:r w:rsidRPr="00D11FAA">
        <w:rPr>
          <w:rFonts w:ascii="Times New Roman" w:hAnsi="Times New Roman" w:cs="Times New Roman"/>
          <w:sz w:val="24"/>
          <w:szCs w:val="24"/>
          <w:lang w:val="en-ID"/>
        </w:rPr>
        <w:t xml:space="preserve"> 13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kesulitan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berkaitan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umum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tetapi</w:t>
      </w:r>
      <w:proofErr w:type="spellEnd"/>
      <w:r w:rsidRPr="00D11FAA">
        <w:rPr>
          <w:rFonts w:ascii="Times New Roman" w:hAnsi="Times New Roman" w:cs="Times New Roman"/>
          <w:sz w:val="24"/>
          <w:szCs w:val="24"/>
          <w:lang w:val="en-ID"/>
        </w:rPr>
        <w:t xml:space="preserve"> juga </w:t>
      </w:r>
      <w:proofErr w:type="spellStart"/>
      <w:r w:rsidRPr="00D11FAA">
        <w:rPr>
          <w:rFonts w:ascii="Times New Roman" w:hAnsi="Times New Roman" w:cs="Times New Roman"/>
          <w:sz w:val="24"/>
          <w:szCs w:val="24"/>
          <w:lang w:val="en-ID"/>
        </w:rPr>
        <w:t>berkaitan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penggunaan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konteks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profesional</w:t>
      </w:r>
      <w:proofErr w:type="spellEnd"/>
      <w:r w:rsidRPr="00D11FAA">
        <w:rPr>
          <w:rFonts w:ascii="Times New Roman" w:hAnsi="Times New Roman" w:cs="Times New Roman"/>
          <w:sz w:val="24"/>
          <w:szCs w:val="24"/>
          <w:lang w:val="en-ID"/>
        </w:rPr>
        <w:t>.</w:t>
      </w:r>
    </w:p>
    <w:p w14:paraId="5256E476" w14:textId="77777777" w:rsidR="008951DC" w:rsidRPr="00D11FAA" w:rsidRDefault="008951DC">
      <w:pPr>
        <w:pStyle w:val="Heading3"/>
        <w:numPr>
          <w:ilvl w:val="0"/>
          <w:numId w:val="33"/>
        </w:numPr>
        <w:spacing w:before="0" w:line="360" w:lineRule="auto"/>
        <w:ind w:left="567"/>
        <w:rPr>
          <w:rFonts w:ascii="Times New Roman" w:hAnsi="Times New Roman" w:cs="Times New Roman"/>
          <w:b w:val="0"/>
          <w:bCs w:val="0"/>
          <w:color w:val="auto"/>
          <w:sz w:val="24"/>
          <w:szCs w:val="24"/>
          <w:lang w:val="en-ID"/>
        </w:rPr>
      </w:pPr>
      <w:bookmarkStart w:id="49" w:name="_Toc238448310"/>
      <w:proofErr w:type="spellStart"/>
      <w:r w:rsidRPr="00D11FAA">
        <w:rPr>
          <w:rFonts w:ascii="Times New Roman" w:hAnsi="Times New Roman" w:cs="Times New Roman"/>
          <w:b w:val="0"/>
          <w:bCs w:val="0"/>
          <w:color w:val="auto"/>
          <w:sz w:val="24"/>
          <w:szCs w:val="24"/>
          <w:lang w:val="en-ID"/>
        </w:rPr>
        <w:t>Kondensasi</w:t>
      </w:r>
      <w:proofErr w:type="spellEnd"/>
      <w:r w:rsidRPr="00D11FAA">
        <w:rPr>
          <w:rFonts w:ascii="Times New Roman" w:hAnsi="Times New Roman" w:cs="Times New Roman"/>
          <w:b w:val="0"/>
          <w:bCs w:val="0"/>
          <w:color w:val="auto"/>
          <w:sz w:val="24"/>
          <w:szCs w:val="24"/>
          <w:lang w:val="en-ID"/>
        </w:rPr>
        <w:t xml:space="preserve"> Data</w:t>
      </w:r>
      <w:bookmarkEnd w:id="49"/>
    </w:p>
    <w:p w14:paraId="6A87702F" w14:textId="77777777" w:rsidR="008951DC" w:rsidRPr="00D11FAA" w:rsidRDefault="008951DC" w:rsidP="00D11FAA">
      <w:pPr>
        <w:spacing w:after="0" w:line="360" w:lineRule="auto"/>
        <w:ind w:left="709"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Pada </w:t>
      </w:r>
      <w:proofErr w:type="spellStart"/>
      <w:r w:rsidRPr="00D11FAA">
        <w:rPr>
          <w:rFonts w:ascii="Times New Roman" w:hAnsi="Times New Roman" w:cs="Times New Roman"/>
          <w:sz w:val="24"/>
          <w:szCs w:val="24"/>
          <w:lang w:val="en-ID"/>
        </w:rPr>
        <w:t>tahap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kondensasi</w:t>
      </w:r>
      <w:proofErr w:type="spellEnd"/>
      <w:r w:rsidRPr="00D11FAA">
        <w:rPr>
          <w:rFonts w:ascii="Times New Roman" w:hAnsi="Times New Roman" w:cs="Times New Roman"/>
          <w:sz w:val="24"/>
          <w:szCs w:val="24"/>
          <w:lang w:val="en-ID"/>
        </w:rPr>
        <w:t xml:space="preserve"> data, </w:t>
      </w:r>
      <w:proofErr w:type="spellStart"/>
      <w:r w:rsidRPr="00D11FAA">
        <w:rPr>
          <w:rFonts w:ascii="Times New Roman" w:hAnsi="Times New Roman" w:cs="Times New Roman"/>
          <w:sz w:val="24"/>
          <w:szCs w:val="24"/>
          <w:lang w:val="en-ID"/>
        </w:rPr>
        <w:t>peneliti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membaca</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menelaah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seluruh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jawaban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berkaitan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pengalaman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selama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berada</w:t>
      </w:r>
      <w:proofErr w:type="spellEnd"/>
      <w:r w:rsidRPr="00D11FAA">
        <w:rPr>
          <w:rFonts w:ascii="Times New Roman" w:hAnsi="Times New Roman" w:cs="Times New Roman"/>
          <w:sz w:val="24"/>
          <w:szCs w:val="24"/>
          <w:lang w:val="en-ID"/>
        </w:rPr>
        <w:t xml:space="preserve"> di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hospitality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Data yang </w:t>
      </w:r>
      <w:proofErr w:type="spellStart"/>
      <w:r w:rsidRPr="00D11FAA">
        <w:rPr>
          <w:rFonts w:ascii="Times New Roman" w:hAnsi="Times New Roman" w:cs="Times New Roman"/>
          <w:sz w:val="24"/>
          <w:szCs w:val="24"/>
          <w:lang w:val="en-ID"/>
        </w:rPr>
        <w:t>memiliki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kesamaan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makna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kemudian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diberi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kode</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dikelompokkan</w:t>
      </w:r>
      <w:proofErr w:type="spellEnd"/>
      <w:r w:rsidRPr="00D11FAA">
        <w:rPr>
          <w:rFonts w:ascii="Times New Roman" w:hAnsi="Times New Roman" w:cs="Times New Roman"/>
          <w:sz w:val="24"/>
          <w:szCs w:val="24"/>
          <w:lang w:val="en-ID"/>
        </w:rPr>
        <w:t>.</w:t>
      </w:r>
    </w:p>
    <w:p w14:paraId="68E7BBCD" w14:textId="77777777" w:rsidR="008951DC" w:rsidRPr="00D11FAA" w:rsidRDefault="008951DC" w:rsidP="00D11FAA">
      <w:pPr>
        <w:spacing w:after="0" w:line="360" w:lineRule="auto"/>
        <w:ind w:left="709"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Dari proses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ditemukan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beberapa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subtema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yaitu</w:t>
      </w:r>
      <w:proofErr w:type="spellEnd"/>
      <w:r w:rsidRPr="00D11FAA">
        <w:rPr>
          <w:rFonts w:ascii="Times New Roman" w:hAnsi="Times New Roman" w:cs="Times New Roman"/>
          <w:sz w:val="24"/>
          <w:szCs w:val="24"/>
          <w:lang w:val="en-ID"/>
        </w:rPr>
        <w:t>:</w:t>
      </w:r>
    </w:p>
    <w:p w14:paraId="1D1C8390" w14:textId="77777777" w:rsidR="008951DC" w:rsidRPr="00D11FAA" w:rsidRDefault="00D11FAA">
      <w:pPr>
        <w:numPr>
          <w:ilvl w:val="0"/>
          <w:numId w:val="30"/>
        </w:numPr>
        <w:tabs>
          <w:tab w:val="clear" w:pos="720"/>
        </w:tabs>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Penggunaan</w:t>
      </w:r>
      <w:proofErr w:type="spellEnd"/>
      <w:r w:rsidRPr="00D11FAA">
        <w:rPr>
          <w:rFonts w:ascii="Times New Roman" w:hAnsi="Times New Roman" w:cs="Times New Roman"/>
          <w:sz w:val="24"/>
          <w:szCs w:val="24"/>
          <w:lang w:val="en-ID"/>
        </w:rPr>
        <w:t xml:space="preserve"> </w:t>
      </w:r>
      <w:r w:rsidR="008951DC" w:rsidRPr="00D11FAA">
        <w:rPr>
          <w:rFonts w:ascii="Times New Roman" w:hAnsi="Times New Roman" w:cs="Times New Roman"/>
          <w:sz w:val="24"/>
          <w:szCs w:val="24"/>
          <w:lang w:val="en-ID"/>
        </w:rPr>
        <w:t xml:space="preserve">Keigo dan </w:t>
      </w:r>
      <w:proofErr w:type="spellStart"/>
      <w:r w:rsidR="008951DC" w:rsidRPr="00D11FAA">
        <w:rPr>
          <w:rFonts w:ascii="Times New Roman" w:hAnsi="Times New Roman" w:cs="Times New Roman"/>
          <w:sz w:val="24"/>
          <w:szCs w:val="24"/>
          <w:lang w:val="en-ID"/>
        </w:rPr>
        <w:t>Teineigo</w:t>
      </w:r>
      <w:proofErr w:type="spellEnd"/>
      <w:r w:rsidR="008951DC" w:rsidRPr="00D11FAA">
        <w:rPr>
          <w:rFonts w:ascii="Times New Roman" w:hAnsi="Times New Roman" w:cs="Times New Roman"/>
          <w:sz w:val="24"/>
          <w:szCs w:val="24"/>
          <w:lang w:val="en-ID"/>
        </w:rPr>
        <w:t xml:space="preserve">; </w:t>
      </w:r>
    </w:p>
    <w:p w14:paraId="69EFE7DA" w14:textId="77777777" w:rsidR="008951DC" w:rsidRPr="00D11FAA" w:rsidRDefault="00D11FAA">
      <w:pPr>
        <w:numPr>
          <w:ilvl w:val="0"/>
          <w:numId w:val="30"/>
        </w:numPr>
        <w:tabs>
          <w:tab w:val="clear" w:pos="720"/>
        </w:tabs>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Keterbatasan</w:t>
      </w:r>
      <w:proofErr w:type="spellEnd"/>
      <w:r w:rsidRPr="00D11FAA">
        <w:rPr>
          <w:rFonts w:ascii="Times New Roman" w:hAnsi="Times New Roman" w:cs="Times New Roman"/>
          <w:sz w:val="24"/>
          <w:szCs w:val="24"/>
          <w:lang w:val="en-ID"/>
        </w:rPr>
        <w:t xml:space="preserve"> </w:t>
      </w:r>
      <w:proofErr w:type="spellStart"/>
      <w:r w:rsidR="008951DC" w:rsidRPr="00D11FAA">
        <w:rPr>
          <w:rFonts w:ascii="Times New Roman" w:hAnsi="Times New Roman" w:cs="Times New Roman"/>
          <w:sz w:val="24"/>
          <w:szCs w:val="24"/>
          <w:lang w:val="en-ID"/>
        </w:rPr>
        <w:t>kosakata</w:t>
      </w:r>
      <w:proofErr w:type="spellEnd"/>
      <w:r w:rsidR="008951DC" w:rsidRPr="00D11FAA">
        <w:rPr>
          <w:rFonts w:ascii="Times New Roman" w:hAnsi="Times New Roman" w:cs="Times New Roman"/>
          <w:sz w:val="24"/>
          <w:szCs w:val="24"/>
          <w:lang w:val="en-ID"/>
        </w:rPr>
        <w:t xml:space="preserve"> </w:t>
      </w:r>
      <w:proofErr w:type="spellStart"/>
      <w:r w:rsidR="008951DC" w:rsidRPr="00D11FAA">
        <w:rPr>
          <w:rFonts w:ascii="Times New Roman" w:hAnsi="Times New Roman" w:cs="Times New Roman"/>
          <w:sz w:val="24"/>
          <w:szCs w:val="24"/>
          <w:lang w:val="en-ID"/>
        </w:rPr>
        <w:t>teknis</w:t>
      </w:r>
      <w:proofErr w:type="spellEnd"/>
      <w:r w:rsidR="008951DC" w:rsidRPr="00D11FAA">
        <w:rPr>
          <w:rFonts w:ascii="Times New Roman" w:hAnsi="Times New Roman" w:cs="Times New Roman"/>
          <w:sz w:val="24"/>
          <w:szCs w:val="24"/>
          <w:lang w:val="en-ID"/>
        </w:rPr>
        <w:t xml:space="preserve"> </w:t>
      </w:r>
      <w:proofErr w:type="spellStart"/>
      <w:r w:rsidR="008951DC" w:rsidRPr="00D11FAA">
        <w:rPr>
          <w:rFonts w:ascii="Times New Roman" w:hAnsi="Times New Roman" w:cs="Times New Roman"/>
          <w:sz w:val="24"/>
          <w:szCs w:val="24"/>
          <w:lang w:val="en-ID"/>
        </w:rPr>
        <w:t>perhotelan</w:t>
      </w:r>
      <w:proofErr w:type="spellEnd"/>
      <w:r w:rsidR="008951DC" w:rsidRPr="00D11FAA">
        <w:rPr>
          <w:rFonts w:ascii="Times New Roman" w:hAnsi="Times New Roman" w:cs="Times New Roman"/>
          <w:sz w:val="24"/>
          <w:szCs w:val="24"/>
          <w:lang w:val="en-ID"/>
        </w:rPr>
        <w:t xml:space="preserve">; </w:t>
      </w:r>
    </w:p>
    <w:p w14:paraId="339E8D68" w14:textId="77777777" w:rsidR="008951DC" w:rsidRPr="00D11FAA" w:rsidRDefault="00D11FAA">
      <w:pPr>
        <w:numPr>
          <w:ilvl w:val="0"/>
          <w:numId w:val="30"/>
        </w:numPr>
        <w:tabs>
          <w:tab w:val="clear" w:pos="720"/>
        </w:tabs>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Kesulitan</w:t>
      </w:r>
      <w:proofErr w:type="spellEnd"/>
      <w:r w:rsidRPr="00D11FAA">
        <w:rPr>
          <w:rFonts w:ascii="Times New Roman" w:hAnsi="Times New Roman" w:cs="Times New Roman"/>
          <w:sz w:val="24"/>
          <w:szCs w:val="24"/>
          <w:lang w:val="en-ID"/>
        </w:rPr>
        <w:t xml:space="preserve"> </w:t>
      </w:r>
      <w:proofErr w:type="spellStart"/>
      <w:r w:rsidR="008951DC" w:rsidRPr="00D11FAA">
        <w:rPr>
          <w:rFonts w:ascii="Times New Roman" w:hAnsi="Times New Roman" w:cs="Times New Roman"/>
          <w:sz w:val="24"/>
          <w:szCs w:val="24"/>
          <w:lang w:val="en-ID"/>
        </w:rPr>
        <w:t>memahami</w:t>
      </w:r>
      <w:proofErr w:type="spellEnd"/>
      <w:r w:rsidR="008951DC" w:rsidRPr="00D11FAA">
        <w:rPr>
          <w:rFonts w:ascii="Times New Roman" w:hAnsi="Times New Roman" w:cs="Times New Roman"/>
          <w:sz w:val="24"/>
          <w:szCs w:val="24"/>
          <w:lang w:val="en-ID"/>
        </w:rPr>
        <w:t xml:space="preserve"> </w:t>
      </w:r>
      <w:proofErr w:type="spellStart"/>
      <w:r w:rsidR="008951DC" w:rsidRPr="00D11FAA">
        <w:rPr>
          <w:rFonts w:ascii="Times New Roman" w:hAnsi="Times New Roman" w:cs="Times New Roman"/>
          <w:sz w:val="24"/>
          <w:szCs w:val="24"/>
          <w:lang w:val="en-ID"/>
        </w:rPr>
        <w:t>komunikasi</w:t>
      </w:r>
      <w:proofErr w:type="spellEnd"/>
      <w:r w:rsidR="008951DC" w:rsidRPr="00D11FAA">
        <w:rPr>
          <w:rFonts w:ascii="Times New Roman" w:hAnsi="Times New Roman" w:cs="Times New Roman"/>
          <w:sz w:val="24"/>
          <w:szCs w:val="24"/>
          <w:lang w:val="en-ID"/>
        </w:rPr>
        <w:t xml:space="preserve"> </w:t>
      </w:r>
      <w:proofErr w:type="spellStart"/>
      <w:r w:rsidR="008951DC" w:rsidRPr="00D11FAA">
        <w:rPr>
          <w:rFonts w:ascii="Times New Roman" w:hAnsi="Times New Roman" w:cs="Times New Roman"/>
          <w:sz w:val="24"/>
          <w:szCs w:val="24"/>
          <w:lang w:val="en-ID"/>
        </w:rPr>
        <w:t>dalam</w:t>
      </w:r>
      <w:proofErr w:type="spellEnd"/>
      <w:r w:rsidR="008951DC" w:rsidRPr="00D11FAA">
        <w:rPr>
          <w:rFonts w:ascii="Times New Roman" w:hAnsi="Times New Roman" w:cs="Times New Roman"/>
          <w:sz w:val="24"/>
          <w:szCs w:val="24"/>
          <w:lang w:val="en-ID"/>
        </w:rPr>
        <w:t xml:space="preserve"> </w:t>
      </w:r>
      <w:proofErr w:type="spellStart"/>
      <w:r w:rsidR="008951DC" w:rsidRPr="00D11FAA">
        <w:rPr>
          <w:rFonts w:ascii="Times New Roman" w:hAnsi="Times New Roman" w:cs="Times New Roman"/>
          <w:sz w:val="24"/>
          <w:szCs w:val="24"/>
          <w:lang w:val="en-ID"/>
        </w:rPr>
        <w:t>situasi</w:t>
      </w:r>
      <w:proofErr w:type="spellEnd"/>
      <w:r w:rsidR="008951DC" w:rsidRPr="00D11FAA">
        <w:rPr>
          <w:rFonts w:ascii="Times New Roman" w:hAnsi="Times New Roman" w:cs="Times New Roman"/>
          <w:sz w:val="24"/>
          <w:szCs w:val="24"/>
          <w:lang w:val="en-ID"/>
        </w:rPr>
        <w:t xml:space="preserve"> </w:t>
      </w:r>
      <w:proofErr w:type="spellStart"/>
      <w:r w:rsidR="008951DC" w:rsidRPr="00D11FAA">
        <w:rPr>
          <w:rFonts w:ascii="Times New Roman" w:hAnsi="Times New Roman" w:cs="Times New Roman"/>
          <w:sz w:val="24"/>
          <w:szCs w:val="24"/>
          <w:lang w:val="en-ID"/>
        </w:rPr>
        <w:t>pelayanan</w:t>
      </w:r>
      <w:proofErr w:type="spellEnd"/>
      <w:r w:rsidR="008951DC" w:rsidRPr="00D11FAA">
        <w:rPr>
          <w:rFonts w:ascii="Times New Roman" w:hAnsi="Times New Roman" w:cs="Times New Roman"/>
          <w:sz w:val="24"/>
          <w:szCs w:val="24"/>
          <w:lang w:val="en-ID"/>
        </w:rPr>
        <w:t xml:space="preserve">; </w:t>
      </w:r>
    </w:p>
    <w:p w14:paraId="64A3A83E" w14:textId="77777777" w:rsidR="008951DC" w:rsidRPr="00D11FAA" w:rsidRDefault="00D11FAA">
      <w:pPr>
        <w:numPr>
          <w:ilvl w:val="0"/>
          <w:numId w:val="30"/>
        </w:numPr>
        <w:tabs>
          <w:tab w:val="clear" w:pos="720"/>
        </w:tabs>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Kecepatan</w:t>
      </w:r>
      <w:proofErr w:type="spellEnd"/>
      <w:r w:rsidRPr="00D11FAA">
        <w:rPr>
          <w:rFonts w:ascii="Times New Roman" w:hAnsi="Times New Roman" w:cs="Times New Roman"/>
          <w:sz w:val="24"/>
          <w:szCs w:val="24"/>
          <w:lang w:val="en-ID"/>
        </w:rPr>
        <w:t xml:space="preserve"> </w:t>
      </w:r>
      <w:proofErr w:type="spellStart"/>
      <w:r w:rsidR="008951DC" w:rsidRPr="00D11FAA">
        <w:rPr>
          <w:rFonts w:ascii="Times New Roman" w:hAnsi="Times New Roman" w:cs="Times New Roman"/>
          <w:sz w:val="24"/>
          <w:szCs w:val="24"/>
          <w:lang w:val="en-ID"/>
        </w:rPr>
        <w:t>berbicara</w:t>
      </w:r>
      <w:proofErr w:type="spellEnd"/>
      <w:r w:rsidR="008951DC" w:rsidRPr="00D11FAA">
        <w:rPr>
          <w:rFonts w:ascii="Times New Roman" w:hAnsi="Times New Roman" w:cs="Times New Roman"/>
          <w:sz w:val="24"/>
          <w:szCs w:val="24"/>
          <w:lang w:val="en-ID"/>
        </w:rPr>
        <w:t xml:space="preserve"> dan </w:t>
      </w:r>
      <w:proofErr w:type="spellStart"/>
      <w:r w:rsidR="008951DC" w:rsidRPr="00D11FAA">
        <w:rPr>
          <w:rFonts w:ascii="Times New Roman" w:hAnsi="Times New Roman" w:cs="Times New Roman"/>
          <w:sz w:val="24"/>
          <w:szCs w:val="24"/>
          <w:lang w:val="en-ID"/>
        </w:rPr>
        <w:t>dialek</w:t>
      </w:r>
      <w:proofErr w:type="spellEnd"/>
      <w:r w:rsidR="008951DC" w:rsidRPr="00D11FAA">
        <w:rPr>
          <w:rFonts w:ascii="Times New Roman" w:hAnsi="Times New Roman" w:cs="Times New Roman"/>
          <w:sz w:val="24"/>
          <w:szCs w:val="24"/>
          <w:lang w:val="en-ID"/>
        </w:rPr>
        <w:t xml:space="preserve"> </w:t>
      </w:r>
      <w:proofErr w:type="spellStart"/>
      <w:r w:rsidR="008951DC" w:rsidRPr="00D11FAA">
        <w:rPr>
          <w:rFonts w:ascii="Times New Roman" w:hAnsi="Times New Roman" w:cs="Times New Roman"/>
          <w:sz w:val="24"/>
          <w:szCs w:val="24"/>
          <w:lang w:val="en-ID"/>
        </w:rPr>
        <w:t>lokal</w:t>
      </w:r>
      <w:proofErr w:type="spellEnd"/>
      <w:r w:rsidR="008951DC" w:rsidRPr="00D11FAA">
        <w:rPr>
          <w:rFonts w:ascii="Times New Roman" w:hAnsi="Times New Roman" w:cs="Times New Roman"/>
          <w:sz w:val="24"/>
          <w:szCs w:val="24"/>
          <w:lang w:val="en-ID"/>
        </w:rPr>
        <w:t xml:space="preserve">. </w:t>
      </w:r>
    </w:p>
    <w:p w14:paraId="757A4E14" w14:textId="77777777" w:rsidR="00F87674" w:rsidRPr="001B4B15" w:rsidRDefault="00F87674" w:rsidP="00F87674">
      <w:pPr>
        <w:spacing w:after="0" w:line="360" w:lineRule="auto"/>
        <w:ind w:left="709" w:firstLine="567"/>
        <w:jc w:val="both"/>
        <w:rPr>
          <w:rFonts w:ascii="Times New Roman" w:hAnsi="Times New Roman" w:cs="Times New Roman"/>
          <w:sz w:val="24"/>
          <w:szCs w:val="24"/>
          <w:lang w:val="en-ID"/>
        </w:rPr>
      </w:pPr>
      <w:r w:rsidRPr="001B4B15">
        <w:rPr>
          <w:rFonts w:ascii="Times New Roman" w:hAnsi="Times New Roman" w:cs="Times New Roman"/>
          <w:sz w:val="24"/>
          <w:szCs w:val="24"/>
          <w:lang w:val="en-ID"/>
        </w:rPr>
        <w:t xml:space="preserve">Pada </w:t>
      </w:r>
      <w:proofErr w:type="spellStart"/>
      <w:r w:rsidRPr="001B4B15">
        <w:rPr>
          <w:rFonts w:ascii="Times New Roman" w:hAnsi="Times New Roman" w:cs="Times New Roman"/>
          <w:sz w:val="24"/>
          <w:szCs w:val="24"/>
          <w:lang w:val="en-ID"/>
        </w:rPr>
        <w:t>tahap</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kondensasi</w:t>
      </w:r>
      <w:proofErr w:type="spellEnd"/>
      <w:r w:rsidRPr="001B4B15">
        <w:rPr>
          <w:rFonts w:ascii="Times New Roman" w:hAnsi="Times New Roman" w:cs="Times New Roman"/>
          <w:sz w:val="24"/>
          <w:szCs w:val="24"/>
          <w:lang w:val="en-ID"/>
        </w:rPr>
        <w:t xml:space="preserve"> data, </w:t>
      </w:r>
      <w:proofErr w:type="spellStart"/>
      <w:r w:rsidRPr="001B4B15">
        <w:rPr>
          <w:rFonts w:ascii="Times New Roman" w:hAnsi="Times New Roman" w:cs="Times New Roman"/>
          <w:sz w:val="24"/>
          <w:szCs w:val="24"/>
          <w:lang w:val="en-ID"/>
        </w:rPr>
        <w:t>peneliti</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membaca</w:t>
      </w:r>
      <w:proofErr w:type="spellEnd"/>
      <w:r w:rsidRPr="001B4B15">
        <w:rPr>
          <w:rFonts w:ascii="Times New Roman" w:hAnsi="Times New Roman" w:cs="Times New Roman"/>
          <w:sz w:val="24"/>
          <w:szCs w:val="24"/>
          <w:lang w:val="en-ID"/>
        </w:rPr>
        <w:t xml:space="preserve"> dan </w:t>
      </w:r>
      <w:proofErr w:type="spellStart"/>
      <w:r w:rsidRPr="001B4B15">
        <w:rPr>
          <w:rFonts w:ascii="Times New Roman" w:hAnsi="Times New Roman" w:cs="Times New Roman"/>
          <w:sz w:val="24"/>
          <w:szCs w:val="24"/>
          <w:lang w:val="en-ID"/>
        </w:rPr>
        <w:t>menelaah</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seluruh</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jawaban</w:t>
      </w:r>
      <w:proofErr w:type="spellEnd"/>
      <w:r w:rsidRPr="001B4B15">
        <w:rPr>
          <w:rFonts w:ascii="Times New Roman" w:hAnsi="Times New Roman" w:cs="Times New Roman"/>
          <w:sz w:val="24"/>
          <w:szCs w:val="24"/>
          <w:lang w:val="en-ID"/>
        </w:rPr>
        <w:t xml:space="preserve"> R-1 </w:t>
      </w:r>
      <w:proofErr w:type="spellStart"/>
      <w:r w:rsidRPr="001B4B15">
        <w:rPr>
          <w:rFonts w:ascii="Times New Roman" w:hAnsi="Times New Roman" w:cs="Times New Roman"/>
          <w:sz w:val="24"/>
          <w:szCs w:val="24"/>
          <w:lang w:val="en-ID"/>
        </w:rPr>
        <w:t>sampai</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dengan</w:t>
      </w:r>
      <w:proofErr w:type="spellEnd"/>
      <w:r w:rsidRPr="001B4B15">
        <w:rPr>
          <w:rFonts w:ascii="Times New Roman" w:hAnsi="Times New Roman" w:cs="Times New Roman"/>
          <w:sz w:val="24"/>
          <w:szCs w:val="24"/>
          <w:lang w:val="en-ID"/>
        </w:rPr>
        <w:t xml:space="preserve"> R-13 yang </w:t>
      </w:r>
      <w:proofErr w:type="spellStart"/>
      <w:r w:rsidRPr="001B4B15">
        <w:rPr>
          <w:rFonts w:ascii="Times New Roman" w:hAnsi="Times New Roman" w:cs="Times New Roman"/>
          <w:sz w:val="24"/>
          <w:szCs w:val="24"/>
          <w:lang w:val="en-ID"/>
        </w:rPr>
        <w:t>berkaitan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dengan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pengalaman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komunikasi</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selama</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berada</w:t>
      </w:r>
      <w:proofErr w:type="spellEnd"/>
      <w:r w:rsidRPr="001B4B15">
        <w:rPr>
          <w:rFonts w:ascii="Times New Roman" w:hAnsi="Times New Roman" w:cs="Times New Roman"/>
          <w:sz w:val="24"/>
          <w:szCs w:val="24"/>
          <w:lang w:val="en-ID"/>
        </w:rPr>
        <w:t xml:space="preserve"> di </w:t>
      </w:r>
      <w:proofErr w:type="spellStart"/>
      <w:r w:rsidRPr="001B4B15">
        <w:rPr>
          <w:rFonts w:ascii="Times New Roman" w:hAnsi="Times New Roman" w:cs="Times New Roman"/>
          <w:sz w:val="24"/>
          <w:szCs w:val="24"/>
          <w:lang w:val="en-ID"/>
        </w:rPr>
        <w:t>lingkungan</w:t>
      </w:r>
      <w:proofErr w:type="spellEnd"/>
      <w:r w:rsidRPr="001B4B15">
        <w:rPr>
          <w:rFonts w:ascii="Times New Roman" w:hAnsi="Times New Roman" w:cs="Times New Roman"/>
          <w:sz w:val="24"/>
          <w:szCs w:val="24"/>
          <w:lang w:val="en-ID"/>
        </w:rPr>
        <w:t xml:space="preserve"> hospitality </w:t>
      </w:r>
      <w:proofErr w:type="spellStart"/>
      <w:r w:rsidRPr="001B4B15">
        <w:rPr>
          <w:rFonts w:ascii="Times New Roman" w:hAnsi="Times New Roman" w:cs="Times New Roman"/>
          <w:sz w:val="24"/>
          <w:szCs w:val="24"/>
          <w:lang w:val="en-ID"/>
        </w:rPr>
        <w:t>Jepang</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Pernyataan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informan</w:t>
      </w:r>
      <w:proofErr w:type="spellEnd"/>
      <w:r w:rsidRPr="001B4B15">
        <w:rPr>
          <w:rFonts w:ascii="Times New Roman" w:hAnsi="Times New Roman" w:cs="Times New Roman"/>
          <w:sz w:val="24"/>
          <w:szCs w:val="24"/>
          <w:lang w:val="en-ID"/>
        </w:rPr>
        <w:t xml:space="preserve"> yang </w:t>
      </w:r>
      <w:proofErr w:type="spellStart"/>
      <w:r w:rsidRPr="001B4B15">
        <w:rPr>
          <w:rFonts w:ascii="Times New Roman" w:hAnsi="Times New Roman" w:cs="Times New Roman"/>
          <w:sz w:val="24"/>
          <w:szCs w:val="24"/>
          <w:lang w:val="en-ID"/>
        </w:rPr>
        <w:t>relevan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kemudian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dipilih</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diberi</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kode</w:t>
      </w:r>
      <w:proofErr w:type="spellEnd"/>
      <w:r w:rsidRPr="001B4B15">
        <w:rPr>
          <w:rFonts w:ascii="Times New Roman" w:hAnsi="Times New Roman" w:cs="Times New Roman"/>
          <w:sz w:val="24"/>
          <w:szCs w:val="24"/>
          <w:lang w:val="en-ID"/>
        </w:rPr>
        <w:t xml:space="preserve">, dan </w:t>
      </w:r>
      <w:proofErr w:type="spellStart"/>
      <w:r w:rsidRPr="001B4B15">
        <w:rPr>
          <w:rFonts w:ascii="Times New Roman" w:hAnsi="Times New Roman" w:cs="Times New Roman"/>
          <w:sz w:val="24"/>
          <w:szCs w:val="24"/>
          <w:lang w:val="en-ID"/>
        </w:rPr>
        <w:t>dikelompokkan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berdasarkan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kesamaan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makna</w:t>
      </w:r>
      <w:proofErr w:type="spellEnd"/>
      <w:r w:rsidRPr="001B4B15">
        <w:rPr>
          <w:rFonts w:ascii="Times New Roman" w:hAnsi="Times New Roman" w:cs="Times New Roman"/>
          <w:sz w:val="24"/>
          <w:szCs w:val="24"/>
          <w:lang w:val="en-ID"/>
        </w:rPr>
        <w:t>.</w:t>
      </w:r>
    </w:p>
    <w:p w14:paraId="70124342" w14:textId="77777777" w:rsidR="00F87674" w:rsidRDefault="00F87674" w:rsidP="00F87674">
      <w:pPr>
        <w:spacing w:after="0" w:line="360" w:lineRule="auto"/>
        <w:ind w:left="709" w:firstLine="567"/>
        <w:jc w:val="both"/>
        <w:rPr>
          <w:rFonts w:ascii="Times New Roman" w:hAnsi="Times New Roman" w:cs="Times New Roman"/>
          <w:sz w:val="24"/>
          <w:szCs w:val="24"/>
          <w:lang w:val="en-ID"/>
        </w:rPr>
      </w:pPr>
      <w:r w:rsidRPr="001B4B15">
        <w:rPr>
          <w:rFonts w:ascii="Times New Roman" w:hAnsi="Times New Roman" w:cs="Times New Roman"/>
          <w:sz w:val="24"/>
          <w:szCs w:val="24"/>
          <w:lang w:val="en-ID"/>
        </w:rPr>
        <w:t xml:space="preserve">Coding pada </w:t>
      </w:r>
      <w:proofErr w:type="spellStart"/>
      <w:r w:rsidRPr="001B4B15">
        <w:rPr>
          <w:rFonts w:ascii="Times New Roman" w:hAnsi="Times New Roman" w:cs="Times New Roman"/>
          <w:sz w:val="24"/>
          <w:szCs w:val="24"/>
          <w:lang w:val="en-ID"/>
        </w:rPr>
        <w:t>fokus</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tantangan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komunikasi</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bahasa</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dilakukan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sebagai</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berikut</w:t>
      </w:r>
      <w:proofErr w:type="spellEnd"/>
      <w:r w:rsidRPr="001B4B15">
        <w:rPr>
          <w:rFonts w:ascii="Times New Roman" w:hAnsi="Times New Roman" w:cs="Times New Roman"/>
          <w:sz w:val="24"/>
          <w:szCs w:val="24"/>
          <w:lang w:val="en-ID"/>
        </w:rPr>
        <w:t>:</w:t>
      </w:r>
    </w:p>
    <w:p w14:paraId="07AB2DB2" w14:textId="77777777" w:rsidR="00F87674" w:rsidRPr="00F87674" w:rsidRDefault="00F87674" w:rsidP="00F87674">
      <w:pPr>
        <w:spacing w:after="0" w:line="240" w:lineRule="auto"/>
        <w:jc w:val="center"/>
        <w:rPr>
          <w:rFonts w:ascii="Times New Roman" w:hAnsi="Times New Roman" w:cs="Times New Roman"/>
          <w:b/>
          <w:bCs/>
          <w:sz w:val="24"/>
          <w:szCs w:val="24"/>
          <w:lang w:val="en-ID"/>
        </w:rPr>
      </w:pPr>
      <w:r w:rsidRPr="00F87674">
        <w:rPr>
          <w:rFonts w:ascii="Times New Roman" w:hAnsi="Times New Roman" w:cs="Times New Roman"/>
          <w:b/>
          <w:bCs/>
          <w:sz w:val="24"/>
          <w:szCs w:val="24"/>
          <w:lang w:val="en-ID"/>
        </w:rPr>
        <w:t>Tabel 4.1</w:t>
      </w:r>
    </w:p>
    <w:p w14:paraId="4D04BCBC" w14:textId="77777777" w:rsidR="00F87674" w:rsidRDefault="00F87674" w:rsidP="00F87674">
      <w:pPr>
        <w:spacing w:after="0" w:line="240" w:lineRule="auto"/>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Kondensasi</w:t>
      </w:r>
      <w:proofErr w:type="spellEnd"/>
      <w:r>
        <w:rPr>
          <w:rFonts w:ascii="Times New Roman" w:hAnsi="Times New Roman" w:cs="Times New Roman"/>
          <w:sz w:val="24"/>
          <w:szCs w:val="24"/>
          <w:lang w:val="en-ID"/>
        </w:rPr>
        <w:t xml:space="preserve"> Data</w:t>
      </w:r>
    </w:p>
    <w:p w14:paraId="49C9658B" w14:textId="77777777" w:rsidR="00F87674" w:rsidRPr="001B4B15" w:rsidRDefault="00F87674" w:rsidP="00F87674">
      <w:pPr>
        <w:spacing w:after="0" w:line="240" w:lineRule="auto"/>
        <w:jc w:val="center"/>
        <w:rPr>
          <w:rFonts w:ascii="Times New Roman" w:hAnsi="Times New Roman" w:cs="Times New Roman"/>
          <w:sz w:val="24"/>
          <w:szCs w:val="24"/>
          <w:lang w:val="en-ID"/>
        </w:rPr>
      </w:pPr>
    </w:p>
    <w:tbl>
      <w:tblPr>
        <w:tblStyle w:val="TableGrid"/>
        <w:tblW w:w="0" w:type="auto"/>
        <w:tblLayout w:type="fixed"/>
        <w:tblLook w:val="04A0" w:firstRow="1" w:lastRow="0" w:firstColumn="1" w:lastColumn="0" w:noHBand="0" w:noVBand="1"/>
      </w:tblPr>
      <w:tblGrid>
        <w:gridCol w:w="4003"/>
        <w:gridCol w:w="2620"/>
        <w:gridCol w:w="1296"/>
      </w:tblGrid>
      <w:tr w:rsidR="00F87674" w:rsidRPr="001B4B15" w14:paraId="305656EB" w14:textId="77777777" w:rsidTr="00666CCE">
        <w:trPr>
          <w:tblHeader/>
        </w:trPr>
        <w:tc>
          <w:tcPr>
            <w:tcW w:w="4003" w:type="dxa"/>
            <w:tcMar>
              <w:top w:w="90" w:type="dxa"/>
              <w:left w:w="100" w:type="dxa"/>
              <w:bottom w:w="90" w:type="dxa"/>
              <w:right w:w="100" w:type="dxa"/>
            </w:tcMar>
            <w:vAlign w:val="center"/>
            <w:hideMark/>
          </w:tcPr>
          <w:p w14:paraId="4E4958E4" w14:textId="77777777" w:rsidR="00424691" w:rsidRDefault="00800ACF">
            <w:pPr>
              <w:jc w:val="center"/>
            </w:pPr>
            <w:r>
              <w:rPr>
                <w:rFonts w:ascii="Times New Roman" w:eastAsia="Times New Roman" w:hAnsi="Times New Roman"/>
                <w:b/>
                <w:sz w:val="24"/>
              </w:rPr>
              <w:t>Indikator Pengalaman</w:t>
            </w:r>
          </w:p>
        </w:tc>
        <w:tc>
          <w:tcPr>
            <w:tcW w:w="2620" w:type="dxa"/>
            <w:tcMar>
              <w:top w:w="90" w:type="dxa"/>
              <w:left w:w="100" w:type="dxa"/>
              <w:bottom w:w="90" w:type="dxa"/>
              <w:right w:w="100" w:type="dxa"/>
            </w:tcMar>
            <w:vAlign w:val="center"/>
            <w:hideMark/>
          </w:tcPr>
          <w:p w14:paraId="6EE40309" w14:textId="77777777" w:rsidR="00424691" w:rsidRDefault="00800ACF">
            <w:pPr>
              <w:jc w:val="center"/>
            </w:pPr>
            <w:r>
              <w:rPr>
                <w:rFonts w:ascii="Times New Roman" w:eastAsia="Times New Roman" w:hAnsi="Times New Roman"/>
                <w:b/>
                <w:sz w:val="24"/>
              </w:rPr>
              <w:t>Subtema</w:t>
            </w:r>
          </w:p>
        </w:tc>
        <w:tc>
          <w:tcPr>
            <w:tcW w:w="1296" w:type="dxa"/>
            <w:tcMar>
              <w:top w:w="90" w:type="dxa"/>
              <w:left w:w="100" w:type="dxa"/>
              <w:bottom w:w="90" w:type="dxa"/>
              <w:right w:w="100" w:type="dxa"/>
            </w:tcMar>
            <w:vAlign w:val="center"/>
            <w:hideMark/>
          </w:tcPr>
          <w:p w14:paraId="3C5552CD" w14:textId="77777777" w:rsidR="00424691" w:rsidRDefault="00800ACF">
            <w:pPr>
              <w:jc w:val="center"/>
            </w:pPr>
            <w:r>
              <w:rPr>
                <w:rFonts w:ascii="Times New Roman" w:eastAsia="Times New Roman" w:hAnsi="Times New Roman"/>
                <w:b/>
                <w:sz w:val="24"/>
              </w:rPr>
              <w:t>Kode</w:t>
            </w:r>
          </w:p>
        </w:tc>
      </w:tr>
      <w:tr w:rsidR="00F87674" w:rsidRPr="001B4B15" w14:paraId="5D06F513" w14:textId="77777777" w:rsidTr="00666CCE">
        <w:tc>
          <w:tcPr>
            <w:tcW w:w="4003" w:type="dxa"/>
            <w:tcMar>
              <w:top w:w="90" w:type="dxa"/>
              <w:left w:w="100" w:type="dxa"/>
              <w:bottom w:w="90" w:type="dxa"/>
              <w:right w:w="100" w:type="dxa"/>
            </w:tcMar>
            <w:hideMark/>
          </w:tcPr>
          <w:p w14:paraId="7B51440B" w14:textId="77777777" w:rsidR="00424691" w:rsidRDefault="00800ACF">
            <w:r>
              <w:rPr>
                <w:rFonts w:ascii="Times New Roman" w:eastAsia="Times New Roman" w:hAnsi="Times New Roman"/>
              </w:rPr>
              <w:t>2 dari 13 responden</w:t>
            </w:r>
          </w:p>
          <w:p w14:paraId="77AC4F8E" w14:textId="77777777" w:rsidR="00424691" w:rsidRDefault="00800ACF">
            <w:r>
              <w:rPr>
                <w:rFonts w:ascii="Times New Roman" w:eastAsia="Times New Roman" w:hAnsi="Times New Roman"/>
              </w:rPr>
              <w:t>Contoh :</w:t>
            </w:r>
          </w:p>
          <w:p w14:paraId="2874FAA4" w14:textId="77777777" w:rsidR="00424691" w:rsidRDefault="00800ACF">
            <w:r>
              <w:rPr>
                <w:rFonts w:ascii="Times New Roman" w:eastAsia="Times New Roman" w:hAnsi="Times New Roman"/>
                <w:i/>
              </w:rPr>
              <w:t>1. “Saat komunikasi dengan tamu, biasanya tamu menggunakan bahasa sopan (</w:t>
            </w:r>
            <w:r>
              <w:rPr>
                <w:rFonts w:ascii="Times New Roman" w:eastAsia="Times New Roman" w:hAnsi="Times New Roman"/>
                <w:i/>
                <w:highlight w:val="yellow"/>
              </w:rPr>
              <w:t>teineigo</w:t>
            </w:r>
            <w:r>
              <w:rPr>
                <w:rFonts w:ascii="Times New Roman" w:eastAsia="Times New Roman" w:hAnsi="Times New Roman"/>
                <w:i/>
              </w:rPr>
              <w:t xml:space="preserve">) sehingga saya juga harus menjawab dengan </w:t>
            </w:r>
            <w:r>
              <w:rPr>
                <w:rFonts w:ascii="Times New Roman" w:eastAsia="Times New Roman" w:hAnsi="Times New Roman"/>
                <w:i/>
                <w:highlight w:val="yellow"/>
              </w:rPr>
              <w:t>teineigo</w:t>
            </w:r>
            <w:r>
              <w:rPr>
                <w:rFonts w:ascii="Times New Roman" w:eastAsia="Times New Roman" w:hAnsi="Times New Roman"/>
                <w:i/>
              </w:rPr>
              <w:t xml:space="preserve"> juga.”</w:t>
            </w:r>
          </w:p>
          <w:p w14:paraId="2AC02964" w14:textId="77777777" w:rsidR="00424691" w:rsidRDefault="00800ACF">
            <w:r>
              <w:rPr>
                <w:rFonts w:ascii="Times New Roman" w:eastAsia="Times New Roman" w:hAnsi="Times New Roman"/>
                <w:i/>
              </w:rPr>
              <w:t xml:space="preserve">2. “Terdapat momen dimana ada tamu yang memakai bahasa sopan </w:t>
            </w:r>
            <w:r>
              <w:rPr>
                <w:rFonts w:ascii="Times New Roman" w:eastAsia="Times New Roman" w:hAnsi="Times New Roman"/>
                <w:i/>
                <w:highlight w:val="yellow"/>
              </w:rPr>
              <w:t>Keigo</w:t>
            </w:r>
            <w:r>
              <w:rPr>
                <w:rFonts w:ascii="Times New Roman" w:eastAsia="Times New Roman" w:hAnsi="Times New Roman"/>
                <w:i/>
              </w:rPr>
              <w:t xml:space="preserve"> dan level bahasa Jepang saya belum begitu tinggi.”</w:t>
            </w:r>
          </w:p>
        </w:tc>
        <w:tc>
          <w:tcPr>
            <w:tcW w:w="2620" w:type="dxa"/>
            <w:tcMar>
              <w:top w:w="90" w:type="dxa"/>
              <w:left w:w="100" w:type="dxa"/>
              <w:bottom w:w="90" w:type="dxa"/>
              <w:right w:w="100" w:type="dxa"/>
            </w:tcMar>
            <w:hideMark/>
          </w:tcPr>
          <w:p w14:paraId="2900A391" w14:textId="77777777" w:rsidR="00424691" w:rsidRDefault="00800ACF">
            <w:pPr>
              <w:jc w:val="center"/>
            </w:pPr>
            <w:r>
              <w:rPr>
                <w:rFonts w:ascii="Times New Roman" w:eastAsia="Times New Roman" w:hAnsi="Times New Roman"/>
              </w:rPr>
              <w:t>Keigo dan Teineigo</w:t>
            </w:r>
          </w:p>
        </w:tc>
        <w:tc>
          <w:tcPr>
            <w:tcW w:w="1296" w:type="dxa"/>
            <w:tcMar>
              <w:top w:w="90" w:type="dxa"/>
              <w:left w:w="100" w:type="dxa"/>
              <w:bottom w:w="90" w:type="dxa"/>
              <w:right w:w="100" w:type="dxa"/>
            </w:tcMar>
            <w:hideMark/>
          </w:tcPr>
          <w:p w14:paraId="188FBB09" w14:textId="77777777" w:rsidR="00424691" w:rsidRDefault="00800ACF">
            <w:pPr>
              <w:jc w:val="center"/>
            </w:pPr>
            <w:r>
              <w:rPr>
                <w:rFonts w:ascii="Times New Roman" w:eastAsia="Times New Roman" w:hAnsi="Times New Roman"/>
                <w:b/>
              </w:rPr>
              <w:t>TB-1</w:t>
            </w:r>
          </w:p>
        </w:tc>
      </w:tr>
      <w:tr w:rsidR="00F87674" w:rsidRPr="001B4B15" w14:paraId="22110027" w14:textId="77777777" w:rsidTr="00666CCE">
        <w:tc>
          <w:tcPr>
            <w:tcW w:w="4003" w:type="dxa"/>
            <w:tcMar>
              <w:top w:w="90" w:type="dxa"/>
              <w:left w:w="100" w:type="dxa"/>
              <w:bottom w:w="90" w:type="dxa"/>
              <w:right w:w="100" w:type="dxa"/>
            </w:tcMar>
            <w:hideMark/>
          </w:tcPr>
          <w:p w14:paraId="6EF4CB91" w14:textId="77777777" w:rsidR="00424691" w:rsidRDefault="00800ACF">
            <w:r>
              <w:rPr>
                <w:rFonts w:ascii="Times New Roman" w:eastAsia="Times New Roman" w:hAnsi="Times New Roman"/>
              </w:rPr>
              <w:t>1 dari 13 responden</w:t>
            </w:r>
          </w:p>
          <w:p w14:paraId="40326892" w14:textId="77777777" w:rsidR="00424691" w:rsidRDefault="00800ACF">
            <w:r>
              <w:rPr>
                <w:rFonts w:ascii="Times New Roman" w:eastAsia="Times New Roman" w:hAnsi="Times New Roman"/>
              </w:rPr>
              <w:t>Contoh :</w:t>
            </w:r>
          </w:p>
          <w:p w14:paraId="68E27C48" w14:textId="77777777" w:rsidR="00424691" w:rsidRDefault="00800ACF">
            <w:r>
              <w:rPr>
                <w:rFonts w:ascii="Times New Roman" w:eastAsia="Times New Roman" w:hAnsi="Times New Roman"/>
                <w:i/>
              </w:rPr>
              <w:t xml:space="preserve">1. “Ketika masih awal awal bekerja, ternyata masih banyak </w:t>
            </w:r>
            <w:r>
              <w:rPr>
                <w:rFonts w:ascii="Times New Roman" w:eastAsia="Times New Roman" w:hAnsi="Times New Roman"/>
                <w:i/>
                <w:highlight w:val="green"/>
              </w:rPr>
              <w:t>kosakata</w:t>
            </w:r>
            <w:r>
              <w:rPr>
                <w:rFonts w:ascii="Times New Roman" w:eastAsia="Times New Roman" w:hAnsi="Times New Roman"/>
                <w:i/>
              </w:rPr>
              <w:t xml:space="preserve"> terutama di dunia </w:t>
            </w:r>
            <w:r>
              <w:rPr>
                <w:rFonts w:ascii="Times New Roman" w:eastAsia="Times New Roman" w:hAnsi="Times New Roman"/>
                <w:i/>
                <w:highlight w:val="green"/>
              </w:rPr>
              <w:t>f&amp;b</w:t>
            </w:r>
            <w:r>
              <w:rPr>
                <w:rFonts w:ascii="Times New Roman" w:eastAsia="Times New Roman" w:hAnsi="Times New Roman"/>
                <w:i/>
              </w:rPr>
              <w:t xml:space="preserve">, </w:t>
            </w:r>
            <w:r>
              <w:rPr>
                <w:rFonts w:ascii="Times New Roman" w:eastAsia="Times New Roman" w:hAnsi="Times New Roman"/>
                <w:i/>
                <w:highlight w:val="green"/>
              </w:rPr>
              <w:t>resto</w:t>
            </w:r>
            <w:r>
              <w:rPr>
                <w:rFonts w:ascii="Times New Roman" w:eastAsia="Times New Roman" w:hAnsi="Times New Roman"/>
                <w:i/>
              </w:rPr>
              <w:t xml:space="preserve"> maupun </w:t>
            </w:r>
            <w:r>
              <w:rPr>
                <w:rFonts w:ascii="Times New Roman" w:eastAsia="Times New Roman" w:hAnsi="Times New Roman"/>
                <w:i/>
                <w:highlight w:val="green"/>
              </w:rPr>
              <w:t>housekeeping</w:t>
            </w:r>
            <w:r>
              <w:rPr>
                <w:rFonts w:ascii="Times New Roman" w:eastAsia="Times New Roman" w:hAnsi="Times New Roman"/>
                <w:i/>
              </w:rPr>
              <w:t xml:space="preserve"> yang belum diketahui, seperti kata kerja atau kata benda.”</w:t>
            </w:r>
          </w:p>
        </w:tc>
        <w:tc>
          <w:tcPr>
            <w:tcW w:w="2620" w:type="dxa"/>
            <w:tcMar>
              <w:top w:w="90" w:type="dxa"/>
              <w:left w:w="100" w:type="dxa"/>
              <w:bottom w:w="90" w:type="dxa"/>
              <w:right w:w="100" w:type="dxa"/>
            </w:tcMar>
            <w:hideMark/>
          </w:tcPr>
          <w:p w14:paraId="53C6CECA" w14:textId="77777777" w:rsidR="00424691" w:rsidRDefault="00800ACF">
            <w:pPr>
              <w:jc w:val="center"/>
            </w:pPr>
            <w:r>
              <w:rPr>
                <w:rFonts w:ascii="Times New Roman" w:eastAsia="Times New Roman" w:hAnsi="Times New Roman"/>
              </w:rPr>
              <w:t>Kosakata teknis hospitality</w:t>
            </w:r>
          </w:p>
        </w:tc>
        <w:tc>
          <w:tcPr>
            <w:tcW w:w="1296" w:type="dxa"/>
            <w:tcMar>
              <w:top w:w="90" w:type="dxa"/>
              <w:left w:w="100" w:type="dxa"/>
              <w:bottom w:w="90" w:type="dxa"/>
              <w:right w:w="100" w:type="dxa"/>
            </w:tcMar>
            <w:hideMark/>
          </w:tcPr>
          <w:p w14:paraId="0CF80629" w14:textId="77777777" w:rsidR="00424691" w:rsidRDefault="00800ACF">
            <w:pPr>
              <w:jc w:val="center"/>
            </w:pPr>
            <w:r>
              <w:rPr>
                <w:rFonts w:ascii="Times New Roman" w:eastAsia="Times New Roman" w:hAnsi="Times New Roman"/>
                <w:b/>
              </w:rPr>
              <w:t>TB-2</w:t>
            </w:r>
          </w:p>
        </w:tc>
      </w:tr>
      <w:tr w:rsidR="00F87674" w:rsidRPr="001B4B15" w14:paraId="0C14E06F" w14:textId="77777777" w:rsidTr="00666CCE">
        <w:tc>
          <w:tcPr>
            <w:tcW w:w="4003" w:type="dxa"/>
            <w:tcMar>
              <w:top w:w="90" w:type="dxa"/>
              <w:left w:w="100" w:type="dxa"/>
              <w:bottom w:w="90" w:type="dxa"/>
              <w:right w:w="100" w:type="dxa"/>
            </w:tcMar>
            <w:hideMark/>
          </w:tcPr>
          <w:p w14:paraId="013FA6EC" w14:textId="77777777" w:rsidR="00424691" w:rsidRDefault="00800ACF">
            <w:r>
              <w:rPr>
                <w:rFonts w:ascii="Times New Roman" w:eastAsia="Times New Roman" w:hAnsi="Times New Roman"/>
              </w:rPr>
              <w:t>1 dari 13 responden</w:t>
            </w:r>
          </w:p>
          <w:p w14:paraId="01F35B8B" w14:textId="77777777" w:rsidR="00424691" w:rsidRDefault="00800ACF">
            <w:r>
              <w:rPr>
                <w:rFonts w:ascii="Times New Roman" w:eastAsia="Times New Roman" w:hAnsi="Times New Roman"/>
              </w:rPr>
              <w:t>Contoh :</w:t>
            </w:r>
          </w:p>
          <w:p w14:paraId="700B92A0" w14:textId="77777777" w:rsidR="00424691" w:rsidRDefault="00800ACF">
            <w:r>
              <w:rPr>
                <w:rFonts w:ascii="Times New Roman" w:eastAsia="Times New Roman" w:hAnsi="Times New Roman"/>
                <w:i/>
              </w:rPr>
              <w:t xml:space="preserve">1. “Saat menerima </w:t>
            </w:r>
            <w:r>
              <w:rPr>
                <w:rFonts w:ascii="Times New Roman" w:eastAsia="Times New Roman" w:hAnsi="Times New Roman"/>
                <w:i/>
                <w:highlight w:val="cyan"/>
              </w:rPr>
              <w:t>komplain</w:t>
            </w:r>
            <w:r>
              <w:rPr>
                <w:rFonts w:ascii="Times New Roman" w:eastAsia="Times New Roman" w:hAnsi="Times New Roman"/>
                <w:i/>
              </w:rPr>
              <w:t xml:space="preserve"> dari tamu. solusinya, </w:t>
            </w:r>
            <w:r>
              <w:rPr>
                <w:rFonts w:ascii="Times New Roman" w:eastAsia="Times New Roman" w:hAnsi="Times New Roman"/>
                <w:i/>
                <w:highlight w:val="cyan"/>
              </w:rPr>
              <w:t>meminta</w:t>
            </w:r>
            <w:r>
              <w:rPr>
                <w:rFonts w:ascii="Times New Roman" w:eastAsia="Times New Roman" w:hAnsi="Times New Roman"/>
                <w:i/>
              </w:rPr>
              <w:t xml:space="preserve"> </w:t>
            </w:r>
            <w:r>
              <w:rPr>
                <w:rFonts w:ascii="Times New Roman" w:eastAsia="Times New Roman" w:hAnsi="Times New Roman"/>
                <w:i/>
                <w:highlight w:val="cyan"/>
              </w:rPr>
              <w:t>bantuan</w:t>
            </w:r>
            <w:r>
              <w:rPr>
                <w:rFonts w:ascii="Times New Roman" w:eastAsia="Times New Roman" w:hAnsi="Times New Roman"/>
                <w:i/>
              </w:rPr>
              <w:t xml:space="preserve"> </w:t>
            </w:r>
            <w:r>
              <w:rPr>
                <w:rFonts w:ascii="Times New Roman" w:eastAsia="Times New Roman" w:hAnsi="Times New Roman"/>
                <w:i/>
                <w:highlight w:val="cyan"/>
              </w:rPr>
              <w:t>kepala</w:t>
            </w:r>
            <w:r>
              <w:rPr>
                <w:rFonts w:ascii="Times New Roman" w:eastAsia="Times New Roman" w:hAnsi="Times New Roman"/>
                <w:i/>
              </w:rPr>
              <w:t xml:space="preserve"> </w:t>
            </w:r>
            <w:r>
              <w:rPr>
                <w:rFonts w:ascii="Times New Roman" w:eastAsia="Times New Roman" w:hAnsi="Times New Roman"/>
                <w:i/>
                <w:highlight w:val="cyan"/>
              </w:rPr>
              <w:t>divisi</w:t>
            </w:r>
            <w:r>
              <w:rPr>
                <w:rFonts w:ascii="Times New Roman" w:eastAsia="Times New Roman" w:hAnsi="Times New Roman"/>
                <w:i/>
              </w:rPr>
              <w:t xml:space="preserve"> untuk penggunaan </w:t>
            </w:r>
            <w:r>
              <w:rPr>
                <w:rFonts w:ascii="Times New Roman" w:eastAsia="Times New Roman" w:hAnsi="Times New Roman"/>
                <w:i/>
                <w:highlight w:val="cyan"/>
              </w:rPr>
              <w:t>bahasa</w:t>
            </w:r>
            <w:r>
              <w:rPr>
                <w:rFonts w:ascii="Times New Roman" w:eastAsia="Times New Roman" w:hAnsi="Times New Roman"/>
                <w:i/>
              </w:rPr>
              <w:t xml:space="preserve"> yang lebih </w:t>
            </w:r>
            <w:r>
              <w:rPr>
                <w:rFonts w:ascii="Times New Roman" w:eastAsia="Times New Roman" w:hAnsi="Times New Roman"/>
                <w:i/>
                <w:highlight w:val="cyan"/>
              </w:rPr>
              <w:t>mudah</w:t>
            </w:r>
            <w:r>
              <w:rPr>
                <w:rFonts w:ascii="Times New Roman" w:eastAsia="Times New Roman" w:hAnsi="Times New Roman"/>
                <w:i/>
              </w:rPr>
              <w:t xml:space="preserve"> atau level dasar.”</w:t>
            </w:r>
          </w:p>
        </w:tc>
        <w:tc>
          <w:tcPr>
            <w:tcW w:w="2620" w:type="dxa"/>
            <w:tcMar>
              <w:top w:w="90" w:type="dxa"/>
              <w:left w:w="100" w:type="dxa"/>
              <w:bottom w:w="90" w:type="dxa"/>
              <w:right w:w="100" w:type="dxa"/>
            </w:tcMar>
            <w:hideMark/>
          </w:tcPr>
          <w:p w14:paraId="0704F322" w14:textId="77777777" w:rsidR="00424691" w:rsidRDefault="00800ACF">
            <w:pPr>
              <w:jc w:val="center"/>
            </w:pPr>
            <w:r>
              <w:rPr>
                <w:rFonts w:ascii="Times New Roman" w:eastAsia="Times New Roman" w:hAnsi="Times New Roman"/>
              </w:rPr>
              <w:t>Komunikasi dalam situasi pelayanan</w:t>
            </w:r>
          </w:p>
        </w:tc>
        <w:tc>
          <w:tcPr>
            <w:tcW w:w="1296" w:type="dxa"/>
            <w:tcMar>
              <w:top w:w="90" w:type="dxa"/>
              <w:left w:w="100" w:type="dxa"/>
              <w:bottom w:w="90" w:type="dxa"/>
              <w:right w:w="100" w:type="dxa"/>
            </w:tcMar>
            <w:hideMark/>
          </w:tcPr>
          <w:p w14:paraId="63F012FA" w14:textId="77777777" w:rsidR="00424691" w:rsidRDefault="00800ACF">
            <w:pPr>
              <w:jc w:val="center"/>
            </w:pPr>
            <w:r>
              <w:rPr>
                <w:rFonts w:ascii="Times New Roman" w:eastAsia="Times New Roman" w:hAnsi="Times New Roman"/>
                <w:b/>
              </w:rPr>
              <w:t>TB-3</w:t>
            </w:r>
          </w:p>
        </w:tc>
      </w:tr>
      <w:tr w:rsidR="00F87674" w:rsidRPr="001B4B15" w14:paraId="420F1390" w14:textId="77777777" w:rsidTr="00666CCE">
        <w:tc>
          <w:tcPr>
            <w:tcW w:w="4003" w:type="dxa"/>
            <w:tcMar>
              <w:top w:w="90" w:type="dxa"/>
              <w:left w:w="100" w:type="dxa"/>
              <w:bottom w:w="90" w:type="dxa"/>
              <w:right w:w="100" w:type="dxa"/>
            </w:tcMar>
            <w:hideMark/>
          </w:tcPr>
          <w:p w14:paraId="17F2AD1C" w14:textId="77777777" w:rsidR="00424691" w:rsidRDefault="00800ACF">
            <w:r>
              <w:rPr>
                <w:rFonts w:ascii="Times New Roman" w:eastAsia="Times New Roman" w:hAnsi="Times New Roman"/>
              </w:rPr>
              <w:t>2 dari 13 responden</w:t>
            </w:r>
          </w:p>
          <w:p w14:paraId="53E7DA25" w14:textId="77777777" w:rsidR="00424691" w:rsidRDefault="00800ACF">
            <w:r>
              <w:rPr>
                <w:rFonts w:ascii="Times New Roman" w:eastAsia="Times New Roman" w:hAnsi="Times New Roman"/>
              </w:rPr>
              <w:t>Contoh :</w:t>
            </w:r>
          </w:p>
          <w:p w14:paraId="00A8A885" w14:textId="77777777" w:rsidR="00424691" w:rsidRDefault="00800ACF">
            <w:r>
              <w:rPr>
                <w:rFonts w:ascii="Times New Roman" w:eastAsia="Times New Roman" w:hAnsi="Times New Roman"/>
                <w:i/>
              </w:rPr>
              <w:t xml:space="preserve">1. “Kesulitan dihadapi pada dua bulan awal bekerja karena masih dalam tahap adaptasi. Terutama pada </w:t>
            </w:r>
            <w:r>
              <w:rPr>
                <w:rFonts w:ascii="Times New Roman" w:eastAsia="Times New Roman" w:hAnsi="Times New Roman"/>
                <w:i/>
                <w:highlight w:val="magenta"/>
              </w:rPr>
              <w:t>dialek</w:t>
            </w:r>
            <w:r>
              <w:rPr>
                <w:rFonts w:ascii="Times New Roman" w:eastAsia="Times New Roman" w:hAnsi="Times New Roman"/>
                <w:i/>
              </w:rPr>
              <w:t xml:space="preserve"> dan </w:t>
            </w:r>
            <w:r>
              <w:rPr>
                <w:rFonts w:ascii="Times New Roman" w:eastAsia="Times New Roman" w:hAnsi="Times New Roman"/>
                <w:i/>
                <w:highlight w:val="magenta"/>
              </w:rPr>
              <w:t>kosa</w:t>
            </w:r>
            <w:r>
              <w:rPr>
                <w:rFonts w:ascii="Times New Roman" w:eastAsia="Times New Roman" w:hAnsi="Times New Roman"/>
                <w:i/>
              </w:rPr>
              <w:t xml:space="preserve"> </w:t>
            </w:r>
            <w:r>
              <w:rPr>
                <w:rFonts w:ascii="Times New Roman" w:eastAsia="Times New Roman" w:hAnsi="Times New Roman"/>
                <w:i/>
                <w:highlight w:val="magenta"/>
              </w:rPr>
              <w:t>kata</w:t>
            </w:r>
            <w:r>
              <w:rPr>
                <w:rFonts w:ascii="Times New Roman" w:eastAsia="Times New Roman" w:hAnsi="Times New Roman"/>
                <w:i/>
              </w:rPr>
              <w:t xml:space="preserve"> </w:t>
            </w:r>
            <w:r>
              <w:rPr>
                <w:rFonts w:ascii="Times New Roman" w:eastAsia="Times New Roman" w:hAnsi="Times New Roman"/>
                <w:i/>
                <w:highlight w:val="magenta"/>
              </w:rPr>
              <w:t>daerah</w:t>
            </w:r>
            <w:r>
              <w:rPr>
                <w:rFonts w:ascii="Times New Roman" w:eastAsia="Times New Roman" w:hAnsi="Times New Roman"/>
                <w:i/>
              </w:rPr>
              <w:t xml:space="preserve"> di Jepang yang berbeda-beda.”</w:t>
            </w:r>
          </w:p>
          <w:p w14:paraId="61559915" w14:textId="77777777" w:rsidR="00424691" w:rsidRDefault="00800ACF">
            <w:r>
              <w:rPr>
                <w:rFonts w:ascii="Times New Roman" w:eastAsia="Times New Roman" w:hAnsi="Times New Roman"/>
                <w:i/>
              </w:rPr>
              <w:t xml:space="preserve">2. “Awal kesulitan mengikuti </w:t>
            </w:r>
            <w:r>
              <w:rPr>
                <w:rFonts w:ascii="Times New Roman" w:eastAsia="Times New Roman" w:hAnsi="Times New Roman"/>
                <w:i/>
                <w:highlight w:val="magenta"/>
              </w:rPr>
              <w:t>pace</w:t>
            </w:r>
            <w:r>
              <w:rPr>
                <w:rFonts w:ascii="Times New Roman" w:eastAsia="Times New Roman" w:hAnsi="Times New Roman"/>
                <w:i/>
              </w:rPr>
              <w:t xml:space="preserve"> kerja orang jepang mengatasinya karna terbiasa.”</w:t>
            </w:r>
          </w:p>
        </w:tc>
        <w:tc>
          <w:tcPr>
            <w:tcW w:w="2620" w:type="dxa"/>
            <w:tcMar>
              <w:top w:w="90" w:type="dxa"/>
              <w:left w:w="100" w:type="dxa"/>
              <w:bottom w:w="90" w:type="dxa"/>
              <w:right w:w="100" w:type="dxa"/>
            </w:tcMar>
            <w:hideMark/>
          </w:tcPr>
          <w:p w14:paraId="2BDE9F43" w14:textId="77777777" w:rsidR="00424691" w:rsidRDefault="00800ACF">
            <w:pPr>
              <w:jc w:val="center"/>
            </w:pPr>
            <w:r>
              <w:rPr>
                <w:rFonts w:ascii="Times New Roman" w:eastAsia="Times New Roman" w:hAnsi="Times New Roman"/>
              </w:rPr>
              <w:t>Dialek dan kecepatan berbicara</w:t>
            </w:r>
          </w:p>
        </w:tc>
        <w:tc>
          <w:tcPr>
            <w:tcW w:w="1296" w:type="dxa"/>
            <w:tcMar>
              <w:top w:w="90" w:type="dxa"/>
              <w:left w:w="100" w:type="dxa"/>
              <w:bottom w:w="90" w:type="dxa"/>
              <w:right w:w="100" w:type="dxa"/>
            </w:tcMar>
            <w:hideMark/>
          </w:tcPr>
          <w:p w14:paraId="16908A1C" w14:textId="77777777" w:rsidR="00424691" w:rsidRDefault="00800ACF">
            <w:pPr>
              <w:jc w:val="center"/>
            </w:pPr>
            <w:r>
              <w:rPr>
                <w:rFonts w:ascii="Times New Roman" w:eastAsia="Times New Roman" w:hAnsi="Times New Roman"/>
                <w:b/>
              </w:rPr>
              <w:t>TB-4</w:t>
            </w:r>
          </w:p>
        </w:tc>
      </w:tr>
    </w:tbl>
    <w:p w14:paraId="576E486A" w14:textId="77777777" w:rsidR="00F87674" w:rsidRPr="001B4B15" w:rsidRDefault="00F87674" w:rsidP="00F87674">
      <w:pPr>
        <w:spacing w:before="240" w:after="0" w:line="360" w:lineRule="auto"/>
        <w:ind w:left="709" w:firstLine="567"/>
        <w:jc w:val="both"/>
        <w:rPr>
          <w:rFonts w:ascii="Times New Roman" w:hAnsi="Times New Roman" w:cs="Times New Roman"/>
          <w:sz w:val="24"/>
          <w:szCs w:val="24"/>
          <w:lang w:val="en-ID"/>
        </w:rPr>
      </w:pPr>
      <w:proofErr w:type="spellStart"/>
      <w:r w:rsidRPr="001B4B15">
        <w:rPr>
          <w:rFonts w:ascii="Times New Roman" w:hAnsi="Times New Roman" w:cs="Times New Roman"/>
          <w:sz w:val="24"/>
          <w:szCs w:val="24"/>
          <w:lang w:val="en-ID"/>
        </w:rPr>
        <w:t>Pengkodean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tersebut</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dilakukan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untuk</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mempermudah</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peneliti</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dalam</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menemukan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pola</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pengalaman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informan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Pernyataan</w:t>
      </w:r>
      <w:proofErr w:type="spellEnd"/>
      <w:r w:rsidRPr="001B4B15">
        <w:rPr>
          <w:rFonts w:ascii="Times New Roman" w:hAnsi="Times New Roman" w:cs="Times New Roman"/>
          <w:sz w:val="24"/>
          <w:szCs w:val="24"/>
          <w:lang w:val="en-ID"/>
        </w:rPr>
        <w:t xml:space="preserve"> yang </w:t>
      </w:r>
      <w:proofErr w:type="spellStart"/>
      <w:r w:rsidRPr="001B4B15">
        <w:rPr>
          <w:rFonts w:ascii="Times New Roman" w:hAnsi="Times New Roman" w:cs="Times New Roman"/>
          <w:sz w:val="24"/>
          <w:szCs w:val="24"/>
          <w:lang w:val="en-ID"/>
        </w:rPr>
        <w:t>memiliki</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makna</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serupa</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ditempatkan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dalam</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kode</w:t>
      </w:r>
      <w:proofErr w:type="spellEnd"/>
      <w:r w:rsidRPr="001B4B15">
        <w:rPr>
          <w:rFonts w:ascii="Times New Roman" w:hAnsi="Times New Roman" w:cs="Times New Roman"/>
          <w:sz w:val="24"/>
          <w:szCs w:val="24"/>
          <w:lang w:val="en-ID"/>
        </w:rPr>
        <w:t xml:space="preserve"> yang </w:t>
      </w:r>
      <w:proofErr w:type="spellStart"/>
      <w:r w:rsidRPr="001B4B15">
        <w:rPr>
          <w:rFonts w:ascii="Times New Roman" w:hAnsi="Times New Roman" w:cs="Times New Roman"/>
          <w:sz w:val="24"/>
          <w:szCs w:val="24"/>
          <w:lang w:val="en-ID"/>
        </w:rPr>
        <w:t>sama</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sedangkan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pengalaman</w:t>
      </w:r>
      <w:proofErr w:type="spellEnd"/>
      <w:r w:rsidRPr="001B4B15">
        <w:rPr>
          <w:rFonts w:ascii="Times New Roman" w:hAnsi="Times New Roman" w:cs="Times New Roman"/>
          <w:sz w:val="24"/>
          <w:szCs w:val="24"/>
          <w:lang w:val="en-ID"/>
        </w:rPr>
        <w:t xml:space="preserve"> yang </w:t>
      </w:r>
      <w:proofErr w:type="spellStart"/>
      <w:r w:rsidRPr="001B4B15">
        <w:rPr>
          <w:rFonts w:ascii="Times New Roman" w:hAnsi="Times New Roman" w:cs="Times New Roman"/>
          <w:sz w:val="24"/>
          <w:szCs w:val="24"/>
          <w:lang w:val="en-ID"/>
        </w:rPr>
        <w:t>berbeda</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tetap</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dipertahankan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sebagai</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variasi</w:t>
      </w:r>
      <w:proofErr w:type="spellEnd"/>
      <w:r w:rsidRPr="001B4B15">
        <w:rPr>
          <w:rFonts w:ascii="Times New Roman" w:hAnsi="Times New Roman" w:cs="Times New Roman"/>
          <w:sz w:val="24"/>
          <w:szCs w:val="24"/>
          <w:lang w:val="en-ID"/>
        </w:rPr>
        <w:t xml:space="preserve"> data.</w:t>
      </w:r>
    </w:p>
    <w:p w14:paraId="3CDCE0D3" w14:textId="77777777" w:rsidR="008951DC" w:rsidRPr="00D11FAA" w:rsidRDefault="00F87674" w:rsidP="00F87674">
      <w:pPr>
        <w:spacing w:after="0" w:line="360" w:lineRule="auto"/>
        <w:ind w:left="709" w:firstLine="567"/>
        <w:jc w:val="both"/>
        <w:rPr>
          <w:rFonts w:ascii="Times New Roman" w:hAnsi="Times New Roman" w:cs="Times New Roman"/>
          <w:sz w:val="24"/>
          <w:szCs w:val="24"/>
          <w:lang w:val="en-ID"/>
        </w:rPr>
      </w:pPr>
      <w:proofErr w:type="spellStart"/>
      <w:r w:rsidRPr="001B4B15">
        <w:rPr>
          <w:rFonts w:ascii="Times New Roman" w:hAnsi="Times New Roman" w:cs="Times New Roman"/>
          <w:sz w:val="24"/>
          <w:szCs w:val="24"/>
          <w:lang w:val="en-ID"/>
        </w:rPr>
        <w:t>Berdasarkan</w:t>
      </w:r>
      <w:proofErr w:type="spellEnd"/>
      <w:r w:rsidRPr="001B4B15">
        <w:rPr>
          <w:rFonts w:ascii="Times New Roman" w:hAnsi="Times New Roman" w:cs="Times New Roman"/>
          <w:sz w:val="24"/>
          <w:szCs w:val="24"/>
          <w:lang w:val="en-ID"/>
        </w:rPr>
        <w:t xml:space="preserve"> proses coding </w:t>
      </w:r>
      <w:proofErr w:type="spellStart"/>
      <w:r w:rsidRPr="001B4B15">
        <w:rPr>
          <w:rFonts w:ascii="Times New Roman" w:hAnsi="Times New Roman" w:cs="Times New Roman"/>
          <w:sz w:val="24"/>
          <w:szCs w:val="24"/>
          <w:lang w:val="en-ID"/>
        </w:rPr>
        <w:t>tersebut</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diperoleh</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empat</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subtema</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utama</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yaitu</w:t>
      </w:r>
      <w:proofErr w:type="spellEnd"/>
      <w:r w:rsidRPr="001B4B15">
        <w:rPr>
          <w:rFonts w:ascii="Times New Roman" w:hAnsi="Times New Roman" w:cs="Times New Roman"/>
          <w:sz w:val="24"/>
          <w:szCs w:val="24"/>
          <w:lang w:val="en-ID"/>
        </w:rPr>
        <w:t xml:space="preserve"> TB-1 Keigo dan </w:t>
      </w:r>
      <w:proofErr w:type="spellStart"/>
      <w:r w:rsidRPr="001B4B15">
        <w:rPr>
          <w:rFonts w:ascii="Times New Roman" w:hAnsi="Times New Roman" w:cs="Times New Roman"/>
          <w:sz w:val="24"/>
          <w:szCs w:val="24"/>
          <w:lang w:val="en-ID"/>
        </w:rPr>
        <w:t>Teineigo</w:t>
      </w:r>
      <w:proofErr w:type="spellEnd"/>
      <w:r w:rsidRPr="001B4B15">
        <w:rPr>
          <w:rFonts w:ascii="Times New Roman" w:hAnsi="Times New Roman" w:cs="Times New Roman"/>
          <w:sz w:val="24"/>
          <w:szCs w:val="24"/>
          <w:lang w:val="en-ID"/>
        </w:rPr>
        <w:t xml:space="preserve">, TB-2 </w:t>
      </w:r>
      <w:proofErr w:type="spellStart"/>
      <w:r w:rsidRPr="001B4B15">
        <w:rPr>
          <w:rFonts w:ascii="Times New Roman" w:hAnsi="Times New Roman" w:cs="Times New Roman"/>
          <w:sz w:val="24"/>
          <w:szCs w:val="24"/>
          <w:lang w:val="en-ID"/>
        </w:rPr>
        <w:t>kosakata</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teknis</w:t>
      </w:r>
      <w:proofErr w:type="spellEnd"/>
      <w:r w:rsidRPr="001B4B15">
        <w:rPr>
          <w:rFonts w:ascii="Times New Roman" w:hAnsi="Times New Roman" w:cs="Times New Roman"/>
          <w:sz w:val="24"/>
          <w:szCs w:val="24"/>
          <w:lang w:val="en-ID"/>
        </w:rPr>
        <w:t xml:space="preserve"> hospitality, TB-3 </w:t>
      </w:r>
      <w:proofErr w:type="spellStart"/>
      <w:r w:rsidRPr="001B4B15">
        <w:rPr>
          <w:rFonts w:ascii="Times New Roman" w:hAnsi="Times New Roman" w:cs="Times New Roman"/>
          <w:sz w:val="24"/>
          <w:szCs w:val="24"/>
          <w:lang w:val="en-ID"/>
        </w:rPr>
        <w:t>komunikasi</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dalam</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situasi</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pelayanan</w:t>
      </w:r>
      <w:proofErr w:type="spellEnd"/>
      <w:r w:rsidRPr="001B4B15">
        <w:rPr>
          <w:rFonts w:ascii="Times New Roman" w:hAnsi="Times New Roman" w:cs="Times New Roman"/>
          <w:sz w:val="24"/>
          <w:szCs w:val="24"/>
          <w:lang w:val="en-ID"/>
        </w:rPr>
        <w:t xml:space="preserve">, dan TB-4 </w:t>
      </w:r>
      <w:proofErr w:type="spellStart"/>
      <w:r w:rsidRPr="001B4B15">
        <w:rPr>
          <w:rFonts w:ascii="Times New Roman" w:hAnsi="Times New Roman" w:cs="Times New Roman"/>
          <w:sz w:val="24"/>
          <w:szCs w:val="24"/>
          <w:lang w:val="en-ID"/>
        </w:rPr>
        <w:t>dialek</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serta</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kecepatan</w:t>
      </w:r>
      <w:proofErr w:type="spellEnd"/>
      <w:r w:rsidRPr="001B4B15">
        <w:rPr>
          <w:rFonts w:ascii="Times New Roman" w:hAnsi="Times New Roman" w:cs="Times New Roman"/>
          <w:sz w:val="24"/>
          <w:szCs w:val="24"/>
          <w:lang w:val="en-ID"/>
        </w:rPr>
        <w:t xml:space="preserve"> </w:t>
      </w:r>
      <w:proofErr w:type="spellStart"/>
      <w:r w:rsidRPr="001B4B15">
        <w:rPr>
          <w:rFonts w:ascii="Times New Roman" w:hAnsi="Times New Roman" w:cs="Times New Roman"/>
          <w:sz w:val="24"/>
          <w:szCs w:val="24"/>
          <w:lang w:val="en-ID"/>
        </w:rPr>
        <w:t>berbicara</w:t>
      </w:r>
      <w:proofErr w:type="spellEnd"/>
      <w:r w:rsidRPr="001B4B15">
        <w:rPr>
          <w:rFonts w:ascii="Times New Roman" w:hAnsi="Times New Roman" w:cs="Times New Roman"/>
          <w:sz w:val="24"/>
          <w:szCs w:val="24"/>
          <w:lang w:val="en-ID"/>
        </w:rPr>
        <w:t>.</w:t>
      </w:r>
    </w:p>
    <w:p w14:paraId="00A9E216" w14:textId="77777777" w:rsidR="008951DC" w:rsidRPr="00D11FAA" w:rsidRDefault="008951DC">
      <w:pPr>
        <w:pStyle w:val="Heading3"/>
        <w:numPr>
          <w:ilvl w:val="0"/>
          <w:numId w:val="33"/>
        </w:numPr>
        <w:spacing w:before="0" w:line="360" w:lineRule="auto"/>
        <w:ind w:left="567"/>
        <w:rPr>
          <w:rFonts w:ascii="Times New Roman" w:hAnsi="Times New Roman" w:cs="Times New Roman"/>
          <w:b w:val="0"/>
          <w:bCs w:val="0"/>
          <w:color w:val="auto"/>
          <w:sz w:val="24"/>
          <w:szCs w:val="24"/>
          <w:lang w:val="en-ID"/>
        </w:rPr>
      </w:pPr>
      <w:bookmarkStart w:id="50" w:name="_Toc238448311"/>
      <w:proofErr w:type="spellStart"/>
      <w:r w:rsidRPr="00D11FAA">
        <w:rPr>
          <w:rFonts w:ascii="Times New Roman" w:hAnsi="Times New Roman" w:cs="Times New Roman"/>
          <w:b w:val="0"/>
          <w:bCs w:val="0"/>
          <w:color w:val="auto"/>
          <w:sz w:val="24"/>
          <w:szCs w:val="24"/>
          <w:lang w:val="en-ID"/>
        </w:rPr>
        <w:t>Penyajian</w:t>
      </w:r>
      <w:proofErr w:type="spellEnd"/>
      <w:r w:rsidRPr="00D11FAA">
        <w:rPr>
          <w:rFonts w:ascii="Times New Roman" w:hAnsi="Times New Roman" w:cs="Times New Roman"/>
          <w:b w:val="0"/>
          <w:bCs w:val="0"/>
          <w:color w:val="auto"/>
          <w:sz w:val="24"/>
          <w:szCs w:val="24"/>
          <w:lang w:val="en-ID"/>
        </w:rPr>
        <w:t xml:space="preserve"> Data</w:t>
      </w:r>
      <w:bookmarkEnd w:id="50"/>
    </w:p>
    <w:p w14:paraId="10531AE5" w14:textId="77777777" w:rsidR="008951DC" w:rsidRPr="00D11FAA" w:rsidRDefault="008951DC" w:rsidP="00D11FAA">
      <w:pPr>
        <w:spacing w:after="0" w:line="360" w:lineRule="auto"/>
        <w:ind w:left="709" w:firstLine="567"/>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Hasil </w:t>
      </w:r>
      <w:proofErr w:type="spellStart"/>
      <w:r w:rsidRPr="00D11FAA">
        <w:rPr>
          <w:rFonts w:ascii="Times New Roman" w:hAnsi="Times New Roman" w:cs="Times New Roman"/>
          <w:sz w:val="24"/>
          <w:szCs w:val="24"/>
          <w:lang w:val="en-ID"/>
        </w:rPr>
        <w:t>kondensasi</w:t>
      </w:r>
      <w:proofErr w:type="spellEnd"/>
      <w:r w:rsidRPr="00D11FAA">
        <w:rPr>
          <w:rFonts w:ascii="Times New Roman" w:hAnsi="Times New Roman" w:cs="Times New Roman"/>
          <w:sz w:val="24"/>
          <w:szCs w:val="24"/>
          <w:lang w:val="en-ID"/>
        </w:rPr>
        <w:t xml:space="preserve"> data </w:t>
      </w:r>
      <w:proofErr w:type="spellStart"/>
      <w:r w:rsidRPr="00D11FAA">
        <w:rPr>
          <w:rFonts w:ascii="Times New Roman" w:hAnsi="Times New Roman" w:cs="Times New Roman"/>
          <w:sz w:val="24"/>
          <w:szCs w:val="24"/>
          <w:lang w:val="en-ID"/>
        </w:rPr>
        <w:t>kemudian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disajikan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berdasarkan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subtema</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telah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ditemukan</w:t>
      </w:r>
      <w:proofErr w:type="spellEnd"/>
      <w:r w:rsidRPr="00D11FAA">
        <w:rPr>
          <w:rFonts w:ascii="Times New Roman" w:hAnsi="Times New Roman" w:cs="Times New Roman"/>
          <w:sz w:val="24"/>
          <w:szCs w:val="24"/>
          <w:lang w:val="en-ID"/>
        </w:rPr>
        <w:t>.</w:t>
      </w:r>
    </w:p>
    <w:p w14:paraId="5F3B7FCF" w14:textId="77777777" w:rsidR="008951DC" w:rsidRPr="00D11FAA" w:rsidRDefault="008951DC">
      <w:pPr>
        <w:pStyle w:val="ListParagraph"/>
        <w:numPr>
          <w:ilvl w:val="1"/>
          <w:numId w:val="30"/>
        </w:numPr>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Kesulitan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menggunakan</w:t>
      </w:r>
      <w:proofErr w:type="spellEnd"/>
      <w:r w:rsidRPr="00D11FAA">
        <w:rPr>
          <w:rFonts w:ascii="Times New Roman" w:hAnsi="Times New Roman" w:cs="Times New Roman"/>
          <w:sz w:val="24"/>
          <w:szCs w:val="24"/>
          <w:lang w:val="en-ID"/>
        </w:rPr>
        <w:t xml:space="preserve"> Keigo dan </w:t>
      </w:r>
      <w:proofErr w:type="spellStart"/>
      <w:r w:rsidRPr="00D11FAA">
        <w:rPr>
          <w:rFonts w:ascii="Times New Roman" w:hAnsi="Times New Roman" w:cs="Times New Roman"/>
          <w:sz w:val="24"/>
          <w:szCs w:val="24"/>
          <w:lang w:val="en-ID"/>
        </w:rPr>
        <w:t>Teineigo</w:t>
      </w:r>
      <w:proofErr w:type="spellEnd"/>
    </w:p>
    <w:p w14:paraId="08A30B85"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pertama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berkaitan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penggunaan</w:t>
      </w:r>
      <w:proofErr w:type="spellEnd"/>
      <w:r w:rsidRPr="00D11FAA">
        <w:rPr>
          <w:rFonts w:ascii="Times New Roman" w:hAnsi="Times New Roman" w:cs="Times New Roman"/>
          <w:sz w:val="24"/>
          <w:szCs w:val="24"/>
          <w:lang w:val="en-ID"/>
        </w:rPr>
        <w:t xml:space="preserve"> ragam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sopan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r w:rsidRPr="00D11FAA">
        <w:rPr>
          <w:rFonts w:ascii="Times New Roman" w:hAnsi="Times New Roman" w:cs="Times New Roman"/>
          <w:sz w:val="24"/>
          <w:szCs w:val="24"/>
          <w:lang w:val="en-ID"/>
        </w:rPr>
        <w:t xml:space="preserve">. R-11 </w:t>
      </w:r>
      <w:proofErr w:type="spellStart"/>
      <w:r w:rsidRPr="00D11FAA">
        <w:rPr>
          <w:rFonts w:ascii="Times New Roman" w:hAnsi="Times New Roman" w:cs="Times New Roman"/>
          <w:sz w:val="24"/>
          <w:szCs w:val="24"/>
          <w:lang w:val="en-ID"/>
        </w:rPr>
        <w:t>menjelaskan</w:t>
      </w:r>
      <w:proofErr w:type="spellEnd"/>
      <w:r w:rsidRPr="00D11FAA">
        <w:rPr>
          <w:rFonts w:ascii="Times New Roman" w:hAnsi="Times New Roman" w:cs="Times New Roman"/>
          <w:sz w:val="24"/>
          <w:szCs w:val="24"/>
          <w:lang w:val="en-ID"/>
        </w:rPr>
        <w:t>:</w:t>
      </w:r>
    </w:p>
    <w:p w14:paraId="71FDAAE8" w14:textId="77777777" w:rsidR="008951DC" w:rsidRPr="00D11FAA" w:rsidRDefault="008951DC" w:rsidP="00D11FAA">
      <w:pPr>
        <w:spacing w:after="0" w:line="360" w:lineRule="auto"/>
        <w:ind w:left="1134"/>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w:t>
      </w:r>
      <w:r w:rsidRPr="00D11FAA">
        <w:rPr>
          <w:rFonts w:ascii="Times New Roman" w:hAnsi="Times New Roman" w:cs="Times New Roman"/>
          <w:i/>
          <w:iCs/>
          <w:sz w:val="24"/>
          <w:szCs w:val="24"/>
          <w:lang w:val="en-ID"/>
        </w:rPr>
        <w:t xml:space="preserve">Saat </w:t>
      </w:r>
      <w:proofErr w:type="spellStart"/>
      <w:r w:rsidRPr="00D11FAA">
        <w:rPr>
          <w:rFonts w:ascii="Times New Roman" w:hAnsi="Times New Roman" w:cs="Times New Roman"/>
          <w:i/>
          <w:iCs/>
          <w:sz w:val="24"/>
          <w:szCs w:val="24"/>
          <w:lang w:val="en-ID"/>
        </w:rPr>
        <w:t>komunikasi</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dengan</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tamu</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biasanya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tamu</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menggunakan</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bahasa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sopan</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yellow"/>
          <w:lang w:val="en-ID"/>
        </w:rPr>
        <w:t>teineigo</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sehingga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saya</w:t>
      </w:r>
      <w:proofErr w:type="spellEnd"/>
      <w:r w:rsidRPr="00D11FAA">
        <w:rPr>
          <w:rFonts w:ascii="Times New Roman" w:hAnsi="Times New Roman" w:cs="Times New Roman"/>
          <w:i/>
          <w:iCs/>
          <w:sz w:val="24"/>
          <w:szCs w:val="24"/>
          <w:lang w:val="en-ID"/>
        </w:rPr>
        <w:t xml:space="preserve"> juga </w:t>
      </w:r>
      <w:proofErr w:type="spellStart"/>
      <w:r w:rsidRPr="00D11FAA">
        <w:rPr>
          <w:rFonts w:ascii="Times New Roman" w:hAnsi="Times New Roman" w:cs="Times New Roman"/>
          <w:i/>
          <w:iCs/>
          <w:sz w:val="24"/>
          <w:szCs w:val="24"/>
          <w:lang w:val="en-ID"/>
        </w:rPr>
        <w:t>harus</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menjawab</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dengan</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yellow"/>
          <w:lang w:val="en-ID"/>
        </w:rPr>
        <w:t>teineigo</w:t>
      </w:r>
      <w:proofErr w:type="spellEnd"/>
      <w:r w:rsidRPr="00D11FAA">
        <w:rPr>
          <w:rFonts w:ascii="Times New Roman" w:hAnsi="Times New Roman" w:cs="Times New Roman"/>
          <w:i/>
          <w:iCs/>
          <w:sz w:val="24"/>
          <w:szCs w:val="24"/>
          <w:lang w:val="en-ID"/>
        </w:rPr>
        <w:t xml:space="preserve"> juga. </w:t>
      </w:r>
      <w:proofErr w:type="spellStart"/>
      <w:r w:rsidRPr="00D11FAA">
        <w:rPr>
          <w:rFonts w:ascii="Times New Roman" w:hAnsi="Times New Roman" w:cs="Times New Roman"/>
          <w:i/>
          <w:iCs/>
          <w:sz w:val="24"/>
          <w:szCs w:val="24"/>
          <w:lang w:val="en-ID"/>
        </w:rPr>
        <w:t>cukup</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sulit</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karena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ada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banyak</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cara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mengucapkan</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kalimat</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dalam</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yellow"/>
          <w:lang w:val="en-ID"/>
        </w:rPr>
        <w:t>teineigo</w:t>
      </w:r>
      <w:proofErr w:type="spellEnd"/>
      <w:r w:rsidRPr="00D11FAA">
        <w:rPr>
          <w:rFonts w:ascii="Times New Roman" w:hAnsi="Times New Roman" w:cs="Times New Roman"/>
          <w:sz w:val="24"/>
          <w:szCs w:val="24"/>
          <w:lang w:val="en-ID"/>
        </w:rPr>
        <w:t xml:space="preserve">...” (R-11). </w:t>
      </w:r>
    </w:p>
    <w:p w14:paraId="2B926BF6"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Pengalaman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serupa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disampaikan</w:t>
      </w:r>
      <w:proofErr w:type="spellEnd"/>
      <w:r w:rsidRPr="00D11FAA">
        <w:rPr>
          <w:rFonts w:ascii="Times New Roman" w:hAnsi="Times New Roman" w:cs="Times New Roman"/>
          <w:sz w:val="24"/>
          <w:szCs w:val="24"/>
          <w:lang w:val="en-ID"/>
        </w:rPr>
        <w:t xml:space="preserve"> oleh R-13 yang </w:t>
      </w:r>
      <w:proofErr w:type="spellStart"/>
      <w:r w:rsidRPr="00D11FAA">
        <w:rPr>
          <w:rFonts w:ascii="Times New Roman" w:hAnsi="Times New Roman" w:cs="Times New Roman"/>
          <w:sz w:val="24"/>
          <w:szCs w:val="24"/>
          <w:lang w:val="en-ID"/>
        </w:rPr>
        <w:t>menyatakan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terdapat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situasi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tamu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menggunakan</w:t>
      </w:r>
      <w:proofErr w:type="spellEnd"/>
      <w:r w:rsidRPr="00D11FAA">
        <w:rPr>
          <w:rFonts w:ascii="Times New Roman" w:hAnsi="Times New Roman" w:cs="Times New Roman"/>
          <w:sz w:val="24"/>
          <w:szCs w:val="24"/>
          <w:lang w:val="en-ID"/>
        </w:rPr>
        <w:t xml:space="preserve"> </w:t>
      </w:r>
      <w:r w:rsidRPr="00D11FAA">
        <w:rPr>
          <w:rFonts w:ascii="Times New Roman" w:hAnsi="Times New Roman" w:cs="Times New Roman"/>
          <w:sz w:val="24"/>
          <w:szCs w:val="24"/>
          <w:highlight w:val="yellow"/>
          <w:lang w:val="en-ID"/>
        </w:rPr>
        <w:t>Keigo</w:t>
      </w:r>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sedangkan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belum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sepenuhnya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tinggi</w:t>
      </w:r>
      <w:proofErr w:type="spellEnd"/>
      <w:r w:rsidRPr="00D11FAA">
        <w:rPr>
          <w:rFonts w:ascii="Times New Roman" w:hAnsi="Times New Roman" w:cs="Times New Roman"/>
          <w:sz w:val="24"/>
          <w:szCs w:val="24"/>
          <w:lang w:val="en-ID"/>
        </w:rPr>
        <w:t xml:space="preserve">. </w:t>
      </w:r>
    </w:p>
    <w:p w14:paraId="2B448294"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Data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muncul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harus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mengubah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diperoleh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sebelumnya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menjadi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profesional</w:t>
      </w:r>
      <w:proofErr w:type="spellEnd"/>
      <w:r w:rsidRPr="00D11FAA">
        <w:rPr>
          <w:rFonts w:ascii="Times New Roman" w:hAnsi="Times New Roman" w:cs="Times New Roman"/>
          <w:sz w:val="24"/>
          <w:szCs w:val="24"/>
          <w:lang w:val="en-ID"/>
        </w:rPr>
        <w:t xml:space="preserve">. Dalam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hotel, </w:t>
      </w:r>
      <w:proofErr w:type="spellStart"/>
      <w:r w:rsidRPr="00D11FAA">
        <w:rPr>
          <w:rFonts w:ascii="Times New Roman" w:hAnsi="Times New Roman" w:cs="Times New Roman"/>
          <w:sz w:val="24"/>
          <w:szCs w:val="24"/>
          <w:lang w:val="en-ID"/>
        </w:rPr>
        <w:t>pekerja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dituntut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pesan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tetapi</w:t>
      </w:r>
      <w:proofErr w:type="spellEnd"/>
      <w:r w:rsidRPr="00D11FAA">
        <w:rPr>
          <w:rFonts w:ascii="Times New Roman" w:hAnsi="Times New Roman" w:cs="Times New Roman"/>
          <w:sz w:val="24"/>
          <w:szCs w:val="24"/>
          <w:lang w:val="en-ID"/>
        </w:rPr>
        <w:t xml:space="preserve"> juga </w:t>
      </w:r>
      <w:proofErr w:type="spellStart"/>
      <w:r w:rsidRPr="00D11FAA">
        <w:rPr>
          <w:rFonts w:ascii="Times New Roman" w:hAnsi="Times New Roman" w:cs="Times New Roman"/>
          <w:sz w:val="24"/>
          <w:szCs w:val="24"/>
          <w:lang w:val="en-ID"/>
        </w:rPr>
        <w:t>harus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memperhatikan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tingkat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kesopanan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menyampaikan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respons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kepada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tamu</w:t>
      </w:r>
      <w:proofErr w:type="spellEnd"/>
      <w:r w:rsidRPr="00D11FAA">
        <w:rPr>
          <w:rFonts w:ascii="Times New Roman" w:hAnsi="Times New Roman" w:cs="Times New Roman"/>
          <w:sz w:val="24"/>
          <w:szCs w:val="24"/>
          <w:lang w:val="en-ID"/>
        </w:rPr>
        <w:t>.</w:t>
      </w:r>
    </w:p>
    <w:p w14:paraId="7E5222CE"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demikian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kesulitan</w:t>
      </w:r>
      <w:proofErr w:type="spellEnd"/>
      <w:r w:rsidRPr="00D11FAA">
        <w:rPr>
          <w:rFonts w:ascii="Times New Roman" w:hAnsi="Times New Roman" w:cs="Times New Roman"/>
          <w:sz w:val="24"/>
          <w:szCs w:val="24"/>
          <w:lang w:val="en-ID"/>
        </w:rPr>
        <w:t xml:space="preserve"> Keigo dan </w:t>
      </w:r>
      <w:proofErr w:type="spellStart"/>
      <w:r w:rsidRPr="00D11FAA">
        <w:rPr>
          <w:rFonts w:ascii="Times New Roman" w:hAnsi="Times New Roman" w:cs="Times New Roman"/>
          <w:sz w:val="24"/>
          <w:szCs w:val="24"/>
          <w:lang w:val="en-ID"/>
        </w:rPr>
        <w:t>Teineigo</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semata-mata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kurangnya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tetapi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adanya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perbedaan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antara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dipelajari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konteks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pembelajaran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digunakan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situasi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nyata</w:t>
      </w:r>
      <w:proofErr w:type="spellEnd"/>
      <w:r w:rsidRPr="00D11FAA">
        <w:rPr>
          <w:rFonts w:ascii="Times New Roman" w:hAnsi="Times New Roman" w:cs="Times New Roman"/>
          <w:sz w:val="24"/>
          <w:szCs w:val="24"/>
          <w:lang w:val="en-ID"/>
        </w:rPr>
        <w:t>.</w:t>
      </w:r>
    </w:p>
    <w:p w14:paraId="300E3E22" w14:textId="77777777" w:rsidR="008951DC" w:rsidRPr="00D11FAA" w:rsidRDefault="008951DC">
      <w:pPr>
        <w:pStyle w:val="ListParagraph"/>
        <w:numPr>
          <w:ilvl w:val="1"/>
          <w:numId w:val="30"/>
        </w:numPr>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Keterbatasan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kosakata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teknis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perhotelan</w:t>
      </w:r>
      <w:proofErr w:type="spellEnd"/>
    </w:p>
    <w:p w14:paraId="2D727D96"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Subtema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berikutnya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adalah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keterbatasan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kosakata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teknis</w:t>
      </w:r>
      <w:proofErr w:type="spellEnd"/>
      <w:r w:rsidRPr="00D11FAA">
        <w:rPr>
          <w:rFonts w:ascii="Times New Roman" w:hAnsi="Times New Roman" w:cs="Times New Roman"/>
          <w:sz w:val="24"/>
          <w:szCs w:val="24"/>
          <w:lang w:val="en-ID"/>
        </w:rPr>
        <w:t xml:space="preserve">. R-2 </w:t>
      </w:r>
      <w:proofErr w:type="spellStart"/>
      <w:r w:rsidRPr="00D11FAA">
        <w:rPr>
          <w:rFonts w:ascii="Times New Roman" w:hAnsi="Times New Roman" w:cs="Times New Roman"/>
          <w:sz w:val="24"/>
          <w:szCs w:val="24"/>
          <w:lang w:val="en-ID"/>
        </w:rPr>
        <w:t>menjelaskan</w:t>
      </w:r>
      <w:proofErr w:type="spellEnd"/>
      <w:r w:rsidRPr="00D11FAA">
        <w:rPr>
          <w:rFonts w:ascii="Times New Roman" w:hAnsi="Times New Roman" w:cs="Times New Roman"/>
          <w:sz w:val="24"/>
          <w:szCs w:val="24"/>
          <w:lang w:val="en-ID"/>
        </w:rPr>
        <w:t>:</w:t>
      </w:r>
    </w:p>
    <w:p w14:paraId="1C48B82A" w14:textId="77777777" w:rsidR="008951DC" w:rsidRPr="00D11FAA" w:rsidRDefault="008951DC" w:rsidP="00D11FAA">
      <w:pPr>
        <w:spacing w:after="0" w:line="360" w:lineRule="auto"/>
        <w:ind w:left="1134"/>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w:t>
      </w:r>
      <w:r w:rsidRPr="00D11FAA">
        <w:rPr>
          <w:rFonts w:ascii="Times New Roman" w:hAnsi="Times New Roman" w:cs="Times New Roman"/>
          <w:i/>
          <w:iCs/>
          <w:sz w:val="24"/>
          <w:szCs w:val="24"/>
          <w:lang w:val="en-ID"/>
        </w:rPr>
        <w:t xml:space="preserve">Ketika </w:t>
      </w:r>
      <w:proofErr w:type="spellStart"/>
      <w:r w:rsidRPr="00D11FAA">
        <w:rPr>
          <w:rFonts w:ascii="Times New Roman" w:hAnsi="Times New Roman" w:cs="Times New Roman"/>
          <w:i/>
          <w:iCs/>
          <w:sz w:val="24"/>
          <w:szCs w:val="24"/>
          <w:lang w:val="en-ID"/>
        </w:rPr>
        <w:t>masih</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awal</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awal</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bekerja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ternyata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masih</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banyak</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green"/>
          <w:lang w:val="en-ID"/>
        </w:rPr>
        <w:t>kosakata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terutama</w:t>
      </w:r>
      <w:proofErr w:type="spellEnd"/>
      <w:r w:rsidRPr="00D11FAA">
        <w:rPr>
          <w:rFonts w:ascii="Times New Roman" w:hAnsi="Times New Roman" w:cs="Times New Roman"/>
          <w:i/>
          <w:iCs/>
          <w:sz w:val="24"/>
          <w:szCs w:val="24"/>
          <w:lang w:val="en-ID"/>
        </w:rPr>
        <w:t xml:space="preserve"> di dunia </w:t>
      </w:r>
      <w:proofErr w:type="spellStart"/>
      <w:r w:rsidRPr="00D11FAA">
        <w:rPr>
          <w:rFonts w:ascii="Times New Roman" w:hAnsi="Times New Roman" w:cs="Times New Roman"/>
          <w:i/>
          <w:iCs/>
          <w:sz w:val="24"/>
          <w:szCs w:val="24"/>
          <w:highlight w:val="green"/>
          <w:lang w:val="en-ID"/>
        </w:rPr>
        <w:t>f&amp;b</w:t>
      </w:r>
      <w:proofErr w:type="spellEnd"/>
      <w:r w:rsidRPr="00D11FAA">
        <w:rPr>
          <w:rFonts w:ascii="Times New Roman" w:hAnsi="Times New Roman" w:cs="Times New Roman"/>
          <w:i/>
          <w:iCs/>
          <w:sz w:val="24"/>
          <w:szCs w:val="24"/>
          <w:highlight w:val="green"/>
          <w:lang w:val="en-ID"/>
        </w:rPr>
        <w:t xml:space="preserve">, resto </w:t>
      </w:r>
      <w:proofErr w:type="spellStart"/>
      <w:r w:rsidRPr="00D11FAA">
        <w:rPr>
          <w:rFonts w:ascii="Times New Roman" w:hAnsi="Times New Roman" w:cs="Times New Roman"/>
          <w:i/>
          <w:iCs/>
          <w:sz w:val="24"/>
          <w:szCs w:val="24"/>
          <w:lang w:val="en-ID"/>
        </w:rPr>
        <w:t>maupun</w:t>
      </w:r>
      <w:proofErr w:type="spellEnd"/>
      <w:r w:rsidRPr="00D11FAA">
        <w:rPr>
          <w:rFonts w:ascii="Times New Roman" w:hAnsi="Times New Roman" w:cs="Times New Roman"/>
          <w:i/>
          <w:iCs/>
          <w:sz w:val="24"/>
          <w:szCs w:val="24"/>
          <w:highlight w:val="green"/>
          <w:lang w:val="en-ID"/>
        </w:rPr>
        <w:t xml:space="preserve"> housekeeping yang </w:t>
      </w:r>
      <w:proofErr w:type="spellStart"/>
      <w:r w:rsidRPr="00D11FAA">
        <w:rPr>
          <w:rFonts w:ascii="Times New Roman" w:hAnsi="Times New Roman" w:cs="Times New Roman"/>
          <w:i/>
          <w:iCs/>
          <w:sz w:val="24"/>
          <w:szCs w:val="24"/>
          <w:lang w:val="en-ID"/>
        </w:rPr>
        <w:t>belum</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diketahui</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seperti</w:t>
      </w:r>
      <w:proofErr w:type="spellEnd"/>
      <w:r w:rsidRPr="00D11FAA">
        <w:rPr>
          <w:rFonts w:ascii="Times New Roman" w:hAnsi="Times New Roman" w:cs="Times New Roman"/>
          <w:i/>
          <w:iCs/>
          <w:sz w:val="24"/>
          <w:szCs w:val="24"/>
          <w:lang w:val="en-ID"/>
        </w:rPr>
        <w:t xml:space="preserve"> kata </w:t>
      </w:r>
      <w:proofErr w:type="spellStart"/>
      <w:r w:rsidRPr="00D11FAA">
        <w:rPr>
          <w:rFonts w:ascii="Times New Roman" w:hAnsi="Times New Roman" w:cs="Times New Roman"/>
          <w:i/>
          <w:iCs/>
          <w:sz w:val="24"/>
          <w:szCs w:val="24"/>
          <w:lang w:val="en-ID"/>
        </w:rPr>
        <w:t>kerja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atau</w:t>
      </w:r>
      <w:proofErr w:type="spellEnd"/>
      <w:r w:rsidRPr="00D11FAA">
        <w:rPr>
          <w:rFonts w:ascii="Times New Roman" w:hAnsi="Times New Roman" w:cs="Times New Roman"/>
          <w:i/>
          <w:iCs/>
          <w:sz w:val="24"/>
          <w:szCs w:val="24"/>
          <w:lang w:val="en-ID"/>
        </w:rPr>
        <w:t xml:space="preserve"> kata </w:t>
      </w:r>
      <w:proofErr w:type="spellStart"/>
      <w:r w:rsidRPr="00D11FAA">
        <w:rPr>
          <w:rFonts w:ascii="Times New Roman" w:hAnsi="Times New Roman" w:cs="Times New Roman"/>
          <w:i/>
          <w:iCs/>
          <w:sz w:val="24"/>
          <w:szCs w:val="24"/>
          <w:lang w:val="en-ID"/>
        </w:rPr>
        <w:t>benda</w:t>
      </w:r>
      <w:proofErr w:type="spellEnd"/>
      <w:r w:rsidRPr="00D11FAA">
        <w:rPr>
          <w:rFonts w:ascii="Times New Roman" w:hAnsi="Times New Roman" w:cs="Times New Roman"/>
          <w:sz w:val="24"/>
          <w:szCs w:val="24"/>
          <w:lang w:val="en-ID"/>
        </w:rPr>
        <w:t xml:space="preserve">...” (R-2). </w:t>
      </w:r>
    </w:p>
    <w:p w14:paraId="2CCDE07A"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Temuan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memperlihatkan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digunakan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operasional</w:t>
      </w:r>
      <w:proofErr w:type="spellEnd"/>
      <w:r w:rsidRPr="00D11FAA">
        <w:rPr>
          <w:rFonts w:ascii="Times New Roman" w:hAnsi="Times New Roman" w:cs="Times New Roman"/>
          <w:sz w:val="24"/>
          <w:szCs w:val="24"/>
          <w:lang w:val="en-ID"/>
        </w:rPr>
        <w:t xml:space="preserve"> hotel </w:t>
      </w:r>
      <w:proofErr w:type="spellStart"/>
      <w:r w:rsidRPr="00D11FAA">
        <w:rPr>
          <w:rFonts w:ascii="Times New Roman" w:hAnsi="Times New Roman" w:cs="Times New Roman"/>
          <w:sz w:val="24"/>
          <w:szCs w:val="24"/>
          <w:lang w:val="en-ID"/>
        </w:rPr>
        <w:t>memiliki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istilah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khusus</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belum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tentu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diperoleh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pembelajaran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umum</w:t>
      </w:r>
      <w:proofErr w:type="spellEnd"/>
      <w:r w:rsidRPr="00D11FAA">
        <w:rPr>
          <w:rFonts w:ascii="Times New Roman" w:hAnsi="Times New Roman" w:cs="Times New Roman"/>
          <w:sz w:val="24"/>
          <w:szCs w:val="24"/>
          <w:lang w:val="en-ID"/>
        </w:rPr>
        <w:t>.</w:t>
      </w:r>
    </w:p>
    <w:p w14:paraId="71296B27"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Keterbatasan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kosakata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berpotensi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menimbulkan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kesalahpahaman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menjalankan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instruksi</w:t>
      </w:r>
      <w:proofErr w:type="spellEnd"/>
      <w:r w:rsidRPr="00D11FAA">
        <w:rPr>
          <w:rFonts w:ascii="Times New Roman" w:hAnsi="Times New Roman" w:cs="Times New Roman"/>
          <w:sz w:val="24"/>
          <w:szCs w:val="24"/>
          <w:lang w:val="en-ID"/>
        </w:rPr>
        <w:t xml:space="preserve">. Oleh </w:t>
      </w:r>
      <w:proofErr w:type="spellStart"/>
      <w:r w:rsidRPr="00D11FAA">
        <w:rPr>
          <w:rFonts w:ascii="Times New Roman" w:hAnsi="Times New Roman" w:cs="Times New Roman"/>
          <w:sz w:val="24"/>
          <w:szCs w:val="24"/>
          <w:lang w:val="en-ID"/>
        </w:rPr>
        <w:t>sebab</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itu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tenaga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asing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industri</w:t>
      </w:r>
      <w:proofErr w:type="spellEnd"/>
      <w:r w:rsidRPr="00D11FAA">
        <w:rPr>
          <w:rFonts w:ascii="Times New Roman" w:hAnsi="Times New Roman" w:cs="Times New Roman"/>
          <w:sz w:val="24"/>
          <w:szCs w:val="24"/>
          <w:lang w:val="en-ID"/>
        </w:rPr>
        <w:t xml:space="preserve"> </w:t>
      </w:r>
      <w:r w:rsidRPr="006E0090">
        <w:rPr>
          <w:rFonts w:ascii="Times New Roman" w:hAnsi="Times New Roman" w:cs="Times New Roman"/>
          <w:i/>
          <w:iCs/>
          <w:sz w:val="24"/>
          <w:szCs w:val="24"/>
          <w:lang w:val="en-ID"/>
        </w:rPr>
        <w:t>hospitality</w:t>
      </w:r>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perlu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mencakup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umum</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istilah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teknis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sesuai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bidang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pekerjaan</w:t>
      </w:r>
      <w:proofErr w:type="spellEnd"/>
      <w:r w:rsidRPr="00D11FAA">
        <w:rPr>
          <w:rFonts w:ascii="Times New Roman" w:hAnsi="Times New Roman" w:cs="Times New Roman"/>
          <w:sz w:val="24"/>
          <w:szCs w:val="24"/>
          <w:lang w:val="en-ID"/>
        </w:rPr>
        <w:t>.</w:t>
      </w:r>
    </w:p>
    <w:p w14:paraId="5D00B845" w14:textId="77777777" w:rsidR="008951DC" w:rsidRPr="00D11FAA" w:rsidRDefault="008951DC">
      <w:pPr>
        <w:pStyle w:val="ListParagraph"/>
        <w:numPr>
          <w:ilvl w:val="1"/>
          <w:numId w:val="30"/>
        </w:numPr>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Kesulitan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situasi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p>
    <w:p w14:paraId="7FAA07B4"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menjadi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semakin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kompleks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menghadapi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situasi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membutuhkan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respons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langsung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terutama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menerima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komplain</w:t>
      </w:r>
      <w:proofErr w:type="spellEnd"/>
      <w:r w:rsidRPr="00D11FAA">
        <w:rPr>
          <w:rFonts w:ascii="Times New Roman" w:hAnsi="Times New Roman" w:cs="Times New Roman"/>
          <w:sz w:val="24"/>
          <w:szCs w:val="24"/>
          <w:lang w:val="en-ID"/>
        </w:rPr>
        <w:t>.</w:t>
      </w:r>
    </w:p>
    <w:p w14:paraId="38F68006" w14:textId="77777777" w:rsidR="008951DC" w:rsidRPr="00D11FAA" w:rsidRDefault="008951DC" w:rsidP="00D11FAA">
      <w:pPr>
        <w:spacing w:after="0" w:line="360" w:lineRule="auto"/>
        <w:ind w:left="1134" w:firstLine="567"/>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R-12 </w:t>
      </w:r>
      <w:proofErr w:type="spellStart"/>
      <w:r w:rsidRPr="00D11FAA">
        <w:rPr>
          <w:rFonts w:ascii="Times New Roman" w:hAnsi="Times New Roman" w:cs="Times New Roman"/>
          <w:sz w:val="24"/>
          <w:szCs w:val="24"/>
          <w:lang w:val="en-ID"/>
        </w:rPr>
        <w:t>menyampaikan</w:t>
      </w:r>
      <w:proofErr w:type="spellEnd"/>
      <w:r w:rsidRPr="00D11FAA">
        <w:rPr>
          <w:rFonts w:ascii="Times New Roman" w:hAnsi="Times New Roman" w:cs="Times New Roman"/>
          <w:sz w:val="24"/>
          <w:szCs w:val="24"/>
          <w:lang w:val="en-ID"/>
        </w:rPr>
        <w:t>:</w:t>
      </w:r>
    </w:p>
    <w:p w14:paraId="639A34ED" w14:textId="77777777" w:rsidR="008951DC" w:rsidRPr="00D11FAA" w:rsidRDefault="008951DC" w:rsidP="00D11FAA">
      <w:pPr>
        <w:spacing w:after="0" w:line="360" w:lineRule="auto"/>
        <w:ind w:left="1134"/>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w:t>
      </w:r>
      <w:r w:rsidRPr="00D11FAA">
        <w:rPr>
          <w:rFonts w:ascii="Times New Roman" w:hAnsi="Times New Roman" w:cs="Times New Roman"/>
          <w:i/>
          <w:iCs/>
          <w:sz w:val="24"/>
          <w:szCs w:val="24"/>
          <w:lang w:val="en-ID"/>
        </w:rPr>
        <w:t xml:space="preserve">Saat </w:t>
      </w:r>
      <w:proofErr w:type="spellStart"/>
      <w:r w:rsidRPr="00D11FAA">
        <w:rPr>
          <w:rFonts w:ascii="Times New Roman" w:hAnsi="Times New Roman" w:cs="Times New Roman"/>
          <w:i/>
          <w:iCs/>
          <w:sz w:val="24"/>
          <w:szCs w:val="24"/>
          <w:lang w:val="en-ID"/>
        </w:rPr>
        <w:t>menerima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cyan"/>
          <w:lang w:val="en-ID"/>
        </w:rPr>
        <w:t>komplain</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dari</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tamu</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solusinya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cyan"/>
          <w:lang w:val="en-ID"/>
        </w:rPr>
        <w:t>meminta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cyan"/>
          <w:lang w:val="en-ID"/>
        </w:rPr>
        <w:t>bantuan</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cyan"/>
          <w:lang w:val="en-ID"/>
        </w:rPr>
        <w:t>kepala</w:t>
      </w:r>
      <w:proofErr w:type="spellEnd"/>
      <w:r w:rsidRPr="00D11FAA">
        <w:rPr>
          <w:rFonts w:ascii="Times New Roman" w:hAnsi="Times New Roman" w:cs="Times New Roman"/>
          <w:i/>
          <w:iCs/>
          <w:sz w:val="24"/>
          <w:szCs w:val="24"/>
          <w:lang w:val="en-ID"/>
        </w:rPr>
        <w:t xml:space="preserve"> </w:t>
      </w:r>
      <w:r w:rsidRPr="00D11FAA">
        <w:rPr>
          <w:rFonts w:ascii="Times New Roman" w:hAnsi="Times New Roman" w:cs="Times New Roman"/>
          <w:i/>
          <w:iCs/>
          <w:sz w:val="24"/>
          <w:szCs w:val="24"/>
          <w:highlight w:val="cyan"/>
          <w:lang w:val="en-ID"/>
        </w:rPr>
        <w:t>divisi</w:t>
      </w:r>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untuk</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penggunaan</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cyan"/>
          <w:lang w:val="en-ID"/>
        </w:rPr>
        <w:t>bahasa</w:t>
      </w:r>
      <w:proofErr w:type="spellEnd"/>
      <w:r w:rsidRPr="00D11FAA">
        <w:rPr>
          <w:rFonts w:ascii="Times New Roman" w:hAnsi="Times New Roman" w:cs="Times New Roman"/>
          <w:i/>
          <w:iCs/>
          <w:sz w:val="24"/>
          <w:szCs w:val="24"/>
          <w:lang w:val="en-ID"/>
        </w:rPr>
        <w:t xml:space="preserve"> yang </w:t>
      </w:r>
      <w:proofErr w:type="spellStart"/>
      <w:r w:rsidRPr="00D11FAA">
        <w:rPr>
          <w:rFonts w:ascii="Times New Roman" w:hAnsi="Times New Roman" w:cs="Times New Roman"/>
          <w:i/>
          <w:iCs/>
          <w:sz w:val="24"/>
          <w:szCs w:val="24"/>
          <w:lang w:val="en-ID"/>
        </w:rPr>
        <w:t>lebih</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cyan"/>
          <w:lang w:val="en-ID"/>
        </w:rPr>
        <w:t>mudah</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atau</w:t>
      </w:r>
      <w:proofErr w:type="spellEnd"/>
      <w:r w:rsidRPr="00D11FAA">
        <w:rPr>
          <w:rFonts w:ascii="Times New Roman" w:hAnsi="Times New Roman" w:cs="Times New Roman"/>
          <w:i/>
          <w:iCs/>
          <w:sz w:val="24"/>
          <w:szCs w:val="24"/>
          <w:lang w:val="en-ID"/>
        </w:rPr>
        <w:t xml:space="preserve"> level </w:t>
      </w:r>
      <w:proofErr w:type="spellStart"/>
      <w:r w:rsidRPr="00D11FAA">
        <w:rPr>
          <w:rFonts w:ascii="Times New Roman" w:hAnsi="Times New Roman" w:cs="Times New Roman"/>
          <w:i/>
          <w:iCs/>
          <w:sz w:val="24"/>
          <w:szCs w:val="24"/>
          <w:lang w:val="en-ID"/>
        </w:rPr>
        <w:t>dasar</w:t>
      </w:r>
      <w:proofErr w:type="spellEnd"/>
      <w:r w:rsidRPr="00D11FAA">
        <w:rPr>
          <w:rFonts w:ascii="Times New Roman" w:hAnsi="Times New Roman" w:cs="Times New Roman"/>
          <w:i/>
          <w:iCs/>
          <w:sz w:val="24"/>
          <w:szCs w:val="24"/>
          <w:lang w:val="en-ID"/>
        </w:rPr>
        <w:t>.</w:t>
      </w:r>
      <w:r w:rsidRPr="00D11FAA">
        <w:rPr>
          <w:rFonts w:ascii="Times New Roman" w:hAnsi="Times New Roman" w:cs="Times New Roman"/>
          <w:sz w:val="24"/>
          <w:szCs w:val="24"/>
          <w:lang w:val="en-ID"/>
        </w:rPr>
        <w:t xml:space="preserve">” (R-12). </w:t>
      </w:r>
    </w:p>
    <w:p w14:paraId="2DED64A1"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Data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situasi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komplain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membutuhkan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lebih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kompleks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harus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masalah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tamu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sekaligus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memberikan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respons</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sesuai</w:t>
      </w:r>
      <w:proofErr w:type="spellEnd"/>
      <w:r w:rsidRPr="00D11FAA">
        <w:rPr>
          <w:rFonts w:ascii="Times New Roman" w:hAnsi="Times New Roman" w:cs="Times New Roman"/>
          <w:sz w:val="24"/>
          <w:szCs w:val="24"/>
          <w:lang w:val="en-ID"/>
        </w:rPr>
        <w:t>.</w:t>
      </w:r>
    </w:p>
    <w:p w14:paraId="073A49FC"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Dalam </w:t>
      </w:r>
      <w:proofErr w:type="spellStart"/>
      <w:r w:rsidRPr="00D11FAA">
        <w:rPr>
          <w:rFonts w:ascii="Times New Roman" w:hAnsi="Times New Roman" w:cs="Times New Roman"/>
          <w:sz w:val="24"/>
          <w:szCs w:val="24"/>
          <w:lang w:val="en-ID"/>
        </w:rPr>
        <w:t>kondisi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belum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memadai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meminta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bantuan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kepada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kepala</w:t>
      </w:r>
      <w:proofErr w:type="spellEnd"/>
      <w:r w:rsidRPr="00D11FAA">
        <w:rPr>
          <w:rFonts w:ascii="Times New Roman" w:hAnsi="Times New Roman" w:cs="Times New Roman"/>
          <w:sz w:val="24"/>
          <w:szCs w:val="24"/>
          <w:lang w:val="en-ID"/>
        </w:rPr>
        <w:t xml:space="preserve"> divisi </w:t>
      </w:r>
      <w:proofErr w:type="spellStart"/>
      <w:r w:rsidRPr="00D11FAA">
        <w:rPr>
          <w:rFonts w:ascii="Times New Roman" w:hAnsi="Times New Roman" w:cs="Times New Roman"/>
          <w:sz w:val="24"/>
          <w:szCs w:val="24"/>
          <w:lang w:val="en-ID"/>
        </w:rPr>
        <w:t>menjadi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pilihan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menghindari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kesalahan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Hal </w:t>
      </w:r>
      <w:proofErr w:type="spellStart"/>
      <w:r w:rsidRPr="00D11FAA">
        <w:rPr>
          <w:rFonts w:ascii="Times New Roman" w:hAnsi="Times New Roman" w:cs="Times New Roman"/>
          <w:sz w:val="24"/>
          <w:szCs w:val="24"/>
          <w:lang w:val="en-ID"/>
        </w:rPr>
        <w:t>ini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kemudian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berkaitan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langsung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strategi </w:t>
      </w: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ditemukan</w:t>
      </w:r>
      <w:proofErr w:type="spellEnd"/>
      <w:r w:rsidRPr="00D11FAA">
        <w:rPr>
          <w:rFonts w:ascii="Times New Roman" w:hAnsi="Times New Roman" w:cs="Times New Roman"/>
          <w:sz w:val="24"/>
          <w:szCs w:val="24"/>
          <w:lang w:val="en-ID"/>
        </w:rPr>
        <w:t xml:space="preserve"> pada </w:t>
      </w:r>
      <w:proofErr w:type="spellStart"/>
      <w:r w:rsidRPr="00D11FAA">
        <w:rPr>
          <w:rFonts w:ascii="Times New Roman" w:hAnsi="Times New Roman" w:cs="Times New Roman"/>
          <w:sz w:val="24"/>
          <w:szCs w:val="24"/>
          <w:lang w:val="en-ID"/>
        </w:rPr>
        <w:t>tahap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analisis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berikutnya</w:t>
      </w:r>
      <w:proofErr w:type="spellEnd"/>
      <w:r w:rsidRPr="00D11FAA">
        <w:rPr>
          <w:rFonts w:ascii="Times New Roman" w:hAnsi="Times New Roman" w:cs="Times New Roman"/>
          <w:sz w:val="24"/>
          <w:szCs w:val="24"/>
          <w:lang w:val="en-ID"/>
        </w:rPr>
        <w:t>.</w:t>
      </w:r>
    </w:p>
    <w:p w14:paraId="623505B0" w14:textId="77777777" w:rsidR="008951DC" w:rsidRPr="00D11FAA" w:rsidRDefault="008951DC">
      <w:pPr>
        <w:pStyle w:val="ListParagraph"/>
        <w:numPr>
          <w:ilvl w:val="1"/>
          <w:numId w:val="30"/>
        </w:numPr>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Kecepatan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berbicara</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dialek</w:t>
      </w:r>
      <w:proofErr w:type="spellEnd"/>
    </w:p>
    <w:p w14:paraId="2728132C"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Selain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hambatan</w:t>
      </w:r>
      <w:proofErr w:type="spellEnd"/>
      <w:r w:rsidRPr="00D11FAA">
        <w:rPr>
          <w:rFonts w:ascii="Times New Roman" w:hAnsi="Times New Roman" w:cs="Times New Roman"/>
          <w:sz w:val="24"/>
          <w:szCs w:val="24"/>
          <w:lang w:val="en-ID"/>
        </w:rPr>
        <w:t xml:space="preserve"> juga </w:t>
      </w:r>
      <w:proofErr w:type="spellStart"/>
      <w:r w:rsidRPr="00D11FAA">
        <w:rPr>
          <w:rFonts w:ascii="Times New Roman" w:hAnsi="Times New Roman" w:cs="Times New Roman"/>
          <w:sz w:val="24"/>
          <w:szCs w:val="24"/>
          <w:lang w:val="en-ID"/>
        </w:rPr>
        <w:t>berasal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karakteristik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digunakan</w:t>
      </w:r>
      <w:proofErr w:type="spellEnd"/>
      <w:r w:rsidRPr="00D11FAA">
        <w:rPr>
          <w:rFonts w:ascii="Times New Roman" w:hAnsi="Times New Roman" w:cs="Times New Roman"/>
          <w:sz w:val="24"/>
          <w:szCs w:val="24"/>
          <w:lang w:val="en-ID"/>
        </w:rPr>
        <w:t xml:space="preserve"> oleh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sekitar</w:t>
      </w:r>
      <w:proofErr w:type="spellEnd"/>
      <w:r w:rsidRPr="00D11FAA">
        <w:rPr>
          <w:rFonts w:ascii="Times New Roman" w:hAnsi="Times New Roman" w:cs="Times New Roman"/>
          <w:sz w:val="24"/>
          <w:szCs w:val="24"/>
          <w:lang w:val="en-ID"/>
        </w:rPr>
        <w:t xml:space="preserve">. R-3 </w:t>
      </w:r>
      <w:proofErr w:type="spellStart"/>
      <w:r w:rsidRPr="00D11FAA">
        <w:rPr>
          <w:rFonts w:ascii="Times New Roman" w:hAnsi="Times New Roman" w:cs="Times New Roman"/>
          <w:sz w:val="24"/>
          <w:szCs w:val="24"/>
          <w:lang w:val="en-ID"/>
        </w:rPr>
        <w:t>menyebutkan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adanya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kesulitan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terkait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magenta"/>
          <w:lang w:val="en-ID"/>
        </w:rPr>
        <w:t>dialek</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highlight w:val="magenta"/>
          <w:lang w:val="en-ID"/>
        </w:rPr>
        <w:t>kosakata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magenta"/>
          <w:lang w:val="en-ID"/>
        </w:rPr>
        <w:t>daerah</w:t>
      </w:r>
      <w:proofErr w:type="spellEnd"/>
      <w:r w:rsidRPr="00D11FAA">
        <w:rPr>
          <w:rFonts w:ascii="Times New Roman" w:hAnsi="Times New Roman" w:cs="Times New Roman"/>
          <w:sz w:val="24"/>
          <w:szCs w:val="24"/>
          <w:lang w:val="en-ID"/>
        </w:rPr>
        <w:t xml:space="preserve"> di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sedangkan</w:t>
      </w:r>
      <w:proofErr w:type="spellEnd"/>
      <w:r w:rsidRPr="00D11FAA">
        <w:rPr>
          <w:rFonts w:ascii="Times New Roman" w:hAnsi="Times New Roman" w:cs="Times New Roman"/>
          <w:sz w:val="24"/>
          <w:szCs w:val="24"/>
          <w:lang w:val="en-ID"/>
        </w:rPr>
        <w:t xml:space="preserve"> R-9 </w:t>
      </w:r>
      <w:proofErr w:type="spellStart"/>
      <w:r w:rsidRPr="00D11FAA">
        <w:rPr>
          <w:rFonts w:ascii="Times New Roman" w:hAnsi="Times New Roman" w:cs="Times New Roman"/>
          <w:sz w:val="24"/>
          <w:szCs w:val="24"/>
          <w:lang w:val="en-ID"/>
        </w:rPr>
        <w:t>mengungkapkan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adanya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kesulitan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mengikuti</w:t>
      </w:r>
      <w:proofErr w:type="spellEnd"/>
      <w:r w:rsidRPr="00D11FAA">
        <w:rPr>
          <w:rFonts w:ascii="Times New Roman" w:hAnsi="Times New Roman" w:cs="Times New Roman"/>
          <w:sz w:val="24"/>
          <w:szCs w:val="24"/>
          <w:lang w:val="en-ID"/>
        </w:rPr>
        <w:t xml:space="preserve"> </w:t>
      </w:r>
      <w:r w:rsidRPr="00D11FAA">
        <w:rPr>
          <w:rFonts w:ascii="Times New Roman" w:hAnsi="Times New Roman" w:cs="Times New Roman"/>
          <w:i/>
          <w:iCs/>
          <w:sz w:val="24"/>
          <w:szCs w:val="24"/>
          <w:highlight w:val="magenta"/>
          <w:lang w:val="en-ID"/>
        </w:rPr>
        <w:t>pace</w:t>
      </w:r>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orang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
    <w:p w14:paraId="4774377B"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Hal </w:t>
      </w:r>
      <w:proofErr w:type="spellStart"/>
      <w:r w:rsidRPr="00D11FAA">
        <w:rPr>
          <w:rFonts w:ascii="Times New Roman" w:hAnsi="Times New Roman" w:cs="Times New Roman"/>
          <w:sz w:val="24"/>
          <w:szCs w:val="24"/>
          <w:lang w:val="en-ID"/>
        </w:rPr>
        <w:t>ini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antarbudaya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dipengaruhi</w:t>
      </w:r>
      <w:proofErr w:type="spellEnd"/>
      <w:r w:rsidRPr="00D11FAA">
        <w:rPr>
          <w:rFonts w:ascii="Times New Roman" w:hAnsi="Times New Roman" w:cs="Times New Roman"/>
          <w:sz w:val="24"/>
          <w:szCs w:val="24"/>
          <w:lang w:val="en-ID"/>
        </w:rPr>
        <w:t xml:space="preserve"> oleh </w:t>
      </w:r>
      <w:proofErr w:type="spellStart"/>
      <w:r w:rsidRPr="00D11FAA">
        <w:rPr>
          <w:rFonts w:ascii="Times New Roman" w:hAnsi="Times New Roman" w:cs="Times New Roman"/>
          <w:sz w:val="24"/>
          <w:szCs w:val="24"/>
          <w:lang w:val="en-ID"/>
        </w:rPr>
        <w:t>faktor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Seseorang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dapat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memiliki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umum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tetapi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tetap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mengalami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kesulitan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menghadapi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variasi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dialek</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kecepatan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berbeda</w:t>
      </w:r>
      <w:proofErr w:type="spellEnd"/>
      <w:r w:rsidRPr="00D11FAA">
        <w:rPr>
          <w:rFonts w:ascii="Times New Roman" w:hAnsi="Times New Roman" w:cs="Times New Roman"/>
          <w:sz w:val="24"/>
          <w:szCs w:val="24"/>
          <w:lang w:val="en-ID"/>
        </w:rPr>
        <w:t>.</w:t>
      </w:r>
    </w:p>
    <w:p w14:paraId="508141E0" w14:textId="77777777" w:rsidR="008951DC" w:rsidRPr="00D11FAA" w:rsidRDefault="008951DC">
      <w:pPr>
        <w:pStyle w:val="Heading3"/>
        <w:numPr>
          <w:ilvl w:val="0"/>
          <w:numId w:val="33"/>
        </w:numPr>
        <w:spacing w:before="0" w:line="360" w:lineRule="auto"/>
        <w:ind w:left="567"/>
        <w:rPr>
          <w:rFonts w:ascii="Times New Roman" w:hAnsi="Times New Roman" w:cs="Times New Roman"/>
          <w:b w:val="0"/>
          <w:bCs w:val="0"/>
          <w:color w:val="auto"/>
          <w:sz w:val="24"/>
          <w:szCs w:val="24"/>
          <w:lang w:val="en-ID"/>
        </w:rPr>
      </w:pPr>
      <w:bookmarkStart w:id="51" w:name="_Toc238448312"/>
      <w:proofErr w:type="spellStart"/>
      <w:r w:rsidRPr="00D11FAA">
        <w:rPr>
          <w:rFonts w:ascii="Times New Roman" w:hAnsi="Times New Roman" w:cs="Times New Roman"/>
          <w:b w:val="0"/>
          <w:bCs w:val="0"/>
          <w:color w:val="auto"/>
          <w:sz w:val="24"/>
          <w:szCs w:val="24"/>
          <w:lang w:val="en-ID"/>
        </w:rPr>
        <w:t>Penarikan</w:t>
      </w:r>
      <w:proofErr w:type="spellEnd"/>
      <w:r w:rsidRPr="00D11FAA">
        <w:rPr>
          <w:rFonts w:ascii="Times New Roman" w:hAnsi="Times New Roman" w:cs="Times New Roman"/>
          <w:b w:val="0"/>
          <w:bCs w:val="0"/>
          <w:color w:val="auto"/>
          <w:sz w:val="24"/>
          <w:szCs w:val="24"/>
          <w:lang w:val="en-ID"/>
        </w:rPr>
        <w:t xml:space="preserve"> Kesimpulan dan </w:t>
      </w:r>
      <w:proofErr w:type="spellStart"/>
      <w:r w:rsidRPr="00D11FAA">
        <w:rPr>
          <w:rFonts w:ascii="Times New Roman" w:hAnsi="Times New Roman" w:cs="Times New Roman"/>
          <w:b w:val="0"/>
          <w:bCs w:val="0"/>
          <w:color w:val="auto"/>
          <w:sz w:val="24"/>
          <w:szCs w:val="24"/>
          <w:lang w:val="en-ID"/>
        </w:rPr>
        <w:t>Verifikasi</w:t>
      </w:r>
      <w:bookmarkEnd w:id="51"/>
      <w:proofErr w:type="spellEnd"/>
    </w:p>
    <w:p w14:paraId="09C90033" w14:textId="77777777" w:rsidR="008951DC" w:rsidRPr="00D11FAA" w:rsidRDefault="008951DC" w:rsidP="00D11FAA">
      <w:pPr>
        <w:spacing w:after="0" w:line="360" w:lineRule="auto"/>
        <w:ind w:left="709"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Berdasarkan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hasil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kondensasi</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penyajian</w:t>
      </w:r>
      <w:proofErr w:type="spellEnd"/>
      <w:r w:rsidRPr="00D11FAA">
        <w:rPr>
          <w:rFonts w:ascii="Times New Roman" w:hAnsi="Times New Roman" w:cs="Times New Roman"/>
          <w:sz w:val="24"/>
          <w:szCs w:val="24"/>
          <w:lang w:val="en-ID"/>
        </w:rPr>
        <w:t xml:space="preserve"> data, </w:t>
      </w:r>
      <w:proofErr w:type="spellStart"/>
      <w:r w:rsidRPr="00D11FAA">
        <w:rPr>
          <w:rFonts w:ascii="Times New Roman" w:hAnsi="Times New Roman" w:cs="Times New Roman"/>
          <w:sz w:val="24"/>
          <w:szCs w:val="24"/>
          <w:lang w:val="en-ID"/>
        </w:rPr>
        <w:t>dapat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disimpulkan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terdiri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atas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internal dan </w:t>
      </w:r>
      <w:proofErr w:type="spellStart"/>
      <w:r w:rsidRPr="00D11FAA">
        <w:rPr>
          <w:rFonts w:ascii="Times New Roman" w:hAnsi="Times New Roman" w:cs="Times New Roman"/>
          <w:sz w:val="24"/>
          <w:szCs w:val="24"/>
          <w:lang w:val="en-ID"/>
        </w:rPr>
        <w:t>eksternal</w:t>
      </w:r>
      <w:proofErr w:type="spellEnd"/>
      <w:r w:rsidRPr="00D11FAA">
        <w:rPr>
          <w:rFonts w:ascii="Times New Roman" w:hAnsi="Times New Roman" w:cs="Times New Roman"/>
          <w:sz w:val="24"/>
          <w:szCs w:val="24"/>
          <w:lang w:val="en-ID"/>
        </w:rPr>
        <w:t>.</w:t>
      </w:r>
    </w:p>
    <w:p w14:paraId="7F19657D" w14:textId="77777777" w:rsidR="008951DC" w:rsidRPr="00D11FAA" w:rsidRDefault="008951DC" w:rsidP="00D11FAA">
      <w:pPr>
        <w:spacing w:after="0" w:line="360" w:lineRule="auto"/>
        <w:ind w:left="709"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internal </w:t>
      </w:r>
      <w:proofErr w:type="spellStart"/>
      <w:r w:rsidRPr="00D11FAA">
        <w:rPr>
          <w:rFonts w:ascii="Times New Roman" w:hAnsi="Times New Roman" w:cs="Times New Roman"/>
          <w:sz w:val="24"/>
          <w:szCs w:val="24"/>
          <w:lang w:val="en-ID"/>
        </w:rPr>
        <w:t>berupa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keterbatasan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penguasaan</w:t>
      </w:r>
      <w:proofErr w:type="spellEnd"/>
      <w:r w:rsidRPr="00D11FAA">
        <w:rPr>
          <w:rFonts w:ascii="Times New Roman" w:hAnsi="Times New Roman" w:cs="Times New Roman"/>
          <w:sz w:val="24"/>
          <w:szCs w:val="24"/>
          <w:lang w:val="en-ID"/>
        </w:rPr>
        <w:t xml:space="preserve"> Keigo dan </w:t>
      </w:r>
      <w:proofErr w:type="spellStart"/>
      <w:r w:rsidRPr="00D11FAA">
        <w:rPr>
          <w:rFonts w:ascii="Times New Roman" w:hAnsi="Times New Roman" w:cs="Times New Roman"/>
          <w:sz w:val="24"/>
          <w:szCs w:val="24"/>
          <w:lang w:val="en-ID"/>
        </w:rPr>
        <w:t>Teineigo</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serta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kosakata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teknis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perhotelan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Sementara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itu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eksternal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berupa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kecepatan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berbicara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dialek</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situasi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menuntut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respons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spontan</w:t>
      </w:r>
      <w:proofErr w:type="spellEnd"/>
      <w:r w:rsidRPr="00D11FAA">
        <w:rPr>
          <w:rFonts w:ascii="Times New Roman" w:hAnsi="Times New Roman" w:cs="Times New Roman"/>
          <w:sz w:val="24"/>
          <w:szCs w:val="24"/>
          <w:lang w:val="en-ID"/>
        </w:rPr>
        <w:t>.</w:t>
      </w:r>
    </w:p>
    <w:p w14:paraId="0C5758C3" w14:textId="77777777" w:rsidR="008951DC" w:rsidRPr="00D11FAA" w:rsidRDefault="008951DC" w:rsidP="00D11FAA">
      <w:pPr>
        <w:spacing w:after="0" w:line="360" w:lineRule="auto"/>
        <w:ind w:left="709"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Kesimpulan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diverifikasi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membandingkan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jawaban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antar-informan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Pengalaman</w:t>
      </w:r>
      <w:proofErr w:type="spellEnd"/>
      <w:r w:rsidRPr="00D11FAA">
        <w:rPr>
          <w:rFonts w:ascii="Times New Roman" w:hAnsi="Times New Roman" w:cs="Times New Roman"/>
          <w:sz w:val="24"/>
          <w:szCs w:val="24"/>
          <w:lang w:val="en-ID"/>
        </w:rPr>
        <w:t xml:space="preserve"> R-11 dan R-13 </w:t>
      </w:r>
      <w:proofErr w:type="spellStart"/>
      <w:r w:rsidRPr="00D11FAA">
        <w:rPr>
          <w:rFonts w:ascii="Times New Roman" w:hAnsi="Times New Roman" w:cs="Times New Roman"/>
          <w:sz w:val="24"/>
          <w:szCs w:val="24"/>
          <w:lang w:val="en-ID"/>
        </w:rPr>
        <w:t>memperkuat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temuan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mengenai</w:t>
      </w:r>
      <w:proofErr w:type="spellEnd"/>
      <w:r w:rsidRPr="00D11FAA">
        <w:rPr>
          <w:rFonts w:ascii="Times New Roman" w:hAnsi="Times New Roman" w:cs="Times New Roman"/>
          <w:sz w:val="24"/>
          <w:szCs w:val="24"/>
          <w:lang w:val="en-ID"/>
        </w:rPr>
        <w:t xml:space="preserve"> Keigo/</w:t>
      </w:r>
      <w:proofErr w:type="spellStart"/>
      <w:r w:rsidRPr="00D11FAA">
        <w:rPr>
          <w:rFonts w:ascii="Times New Roman" w:hAnsi="Times New Roman" w:cs="Times New Roman"/>
          <w:sz w:val="24"/>
          <w:szCs w:val="24"/>
          <w:lang w:val="en-ID"/>
        </w:rPr>
        <w:t>Teineigo</w:t>
      </w:r>
      <w:proofErr w:type="spellEnd"/>
      <w:r w:rsidRPr="00D11FAA">
        <w:rPr>
          <w:rFonts w:ascii="Times New Roman" w:hAnsi="Times New Roman" w:cs="Times New Roman"/>
          <w:sz w:val="24"/>
          <w:szCs w:val="24"/>
          <w:lang w:val="en-ID"/>
        </w:rPr>
        <w:t xml:space="preserve">, R-2 </w:t>
      </w:r>
      <w:proofErr w:type="spellStart"/>
      <w:r w:rsidRPr="00D11FAA">
        <w:rPr>
          <w:rFonts w:ascii="Times New Roman" w:hAnsi="Times New Roman" w:cs="Times New Roman"/>
          <w:sz w:val="24"/>
          <w:szCs w:val="24"/>
          <w:lang w:val="en-ID"/>
        </w:rPr>
        <w:t>mengenai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kosakata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teknis</w:t>
      </w:r>
      <w:proofErr w:type="spellEnd"/>
      <w:r w:rsidRPr="00D11FAA">
        <w:rPr>
          <w:rFonts w:ascii="Times New Roman" w:hAnsi="Times New Roman" w:cs="Times New Roman"/>
          <w:sz w:val="24"/>
          <w:szCs w:val="24"/>
          <w:lang w:val="en-ID"/>
        </w:rPr>
        <w:t xml:space="preserve">, R-12 </w:t>
      </w:r>
      <w:proofErr w:type="spellStart"/>
      <w:r w:rsidRPr="00D11FAA">
        <w:rPr>
          <w:rFonts w:ascii="Times New Roman" w:hAnsi="Times New Roman" w:cs="Times New Roman"/>
          <w:sz w:val="24"/>
          <w:szCs w:val="24"/>
          <w:lang w:val="en-ID"/>
        </w:rPr>
        <w:t>mengenai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situasi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komplain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serta</w:t>
      </w:r>
      <w:proofErr w:type="spellEnd"/>
      <w:r w:rsidRPr="00D11FAA">
        <w:rPr>
          <w:rFonts w:ascii="Times New Roman" w:hAnsi="Times New Roman" w:cs="Times New Roman"/>
          <w:sz w:val="24"/>
          <w:szCs w:val="24"/>
          <w:lang w:val="en-ID"/>
        </w:rPr>
        <w:t xml:space="preserve"> R-3 dan R-9 </w:t>
      </w:r>
      <w:proofErr w:type="spellStart"/>
      <w:r w:rsidRPr="00D11FAA">
        <w:rPr>
          <w:rFonts w:ascii="Times New Roman" w:hAnsi="Times New Roman" w:cs="Times New Roman"/>
          <w:sz w:val="24"/>
          <w:szCs w:val="24"/>
          <w:lang w:val="en-ID"/>
        </w:rPr>
        <w:t>mengenai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variasi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di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
    <w:p w14:paraId="0DF4D722" w14:textId="77777777" w:rsidR="008951DC" w:rsidRPr="00D11FAA" w:rsidRDefault="008951DC" w:rsidP="00D11FAA">
      <w:pPr>
        <w:spacing w:after="0" w:line="360" w:lineRule="auto"/>
        <w:ind w:left="709"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demikian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merupakan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hambatan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nyata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antarbudaya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khususnya</w:t>
      </w:r>
      <w:proofErr w:type="spellEnd"/>
      <w:r w:rsidRPr="00D11FAA">
        <w:rPr>
          <w:rFonts w:ascii="Times New Roman" w:hAnsi="Times New Roman" w:cs="Times New Roman"/>
          <w:sz w:val="24"/>
          <w:szCs w:val="24"/>
          <w:lang w:val="en-ID"/>
        </w:rPr>
        <w:t xml:space="preserve"> pada </w:t>
      </w:r>
      <w:proofErr w:type="spellStart"/>
      <w:r w:rsidRPr="00D11FAA">
        <w:rPr>
          <w:rFonts w:ascii="Times New Roman" w:hAnsi="Times New Roman" w:cs="Times New Roman"/>
          <w:sz w:val="24"/>
          <w:szCs w:val="24"/>
          <w:lang w:val="en-ID"/>
        </w:rPr>
        <w:t>tahap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awal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memasuki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hospitality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Namun</w:t>
      </w:r>
      <w:proofErr w:type="spellEnd"/>
      <w:r w:rsidRPr="00D11FAA">
        <w:rPr>
          <w:rFonts w:ascii="Times New Roman" w:hAnsi="Times New Roman" w:cs="Times New Roman"/>
          <w:sz w:val="24"/>
          <w:szCs w:val="24"/>
          <w:lang w:val="en-ID"/>
        </w:rPr>
        <w:t xml:space="preserve">, data juga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berhenti</w:t>
      </w:r>
      <w:proofErr w:type="spellEnd"/>
      <w:r w:rsidRPr="00D11FAA">
        <w:rPr>
          <w:rFonts w:ascii="Times New Roman" w:hAnsi="Times New Roman" w:cs="Times New Roman"/>
          <w:sz w:val="24"/>
          <w:szCs w:val="24"/>
          <w:lang w:val="en-ID"/>
        </w:rPr>
        <w:t xml:space="preserve"> pada </w:t>
      </w:r>
      <w:proofErr w:type="spellStart"/>
      <w:r w:rsidRPr="00D11FAA">
        <w:rPr>
          <w:rFonts w:ascii="Times New Roman" w:hAnsi="Times New Roman" w:cs="Times New Roman"/>
          <w:sz w:val="24"/>
          <w:szCs w:val="24"/>
          <w:lang w:val="en-ID"/>
        </w:rPr>
        <w:t>pengalaman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melainkan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mengembangkan</w:t>
      </w:r>
      <w:proofErr w:type="spellEnd"/>
      <w:r w:rsidRPr="00D11FAA">
        <w:rPr>
          <w:rFonts w:ascii="Times New Roman" w:hAnsi="Times New Roman" w:cs="Times New Roman"/>
          <w:sz w:val="24"/>
          <w:szCs w:val="24"/>
          <w:lang w:val="en-ID"/>
        </w:rPr>
        <w:t xml:space="preserve"> strategi </w:t>
      </w:r>
      <w:proofErr w:type="spellStart"/>
      <w:r w:rsidRPr="00D11FAA">
        <w:rPr>
          <w:rFonts w:ascii="Times New Roman" w:hAnsi="Times New Roman" w:cs="Times New Roman"/>
          <w:sz w:val="24"/>
          <w:szCs w:val="24"/>
          <w:lang w:val="en-ID"/>
        </w:rPr>
        <w:t>untuk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mengatasinya</w:t>
      </w:r>
      <w:proofErr w:type="spellEnd"/>
      <w:r w:rsidRPr="00D11FAA">
        <w:rPr>
          <w:rFonts w:ascii="Times New Roman" w:hAnsi="Times New Roman" w:cs="Times New Roman"/>
          <w:sz w:val="24"/>
          <w:szCs w:val="24"/>
          <w:lang w:val="en-ID"/>
        </w:rPr>
        <w:t>.</w:t>
      </w:r>
    </w:p>
    <w:p w14:paraId="04EDDFDD" w14:textId="77777777" w:rsidR="008951DC" w:rsidRPr="00D11FAA" w:rsidRDefault="008951DC">
      <w:pPr>
        <w:pStyle w:val="Heading2"/>
        <w:numPr>
          <w:ilvl w:val="1"/>
          <w:numId w:val="13"/>
        </w:numPr>
        <w:spacing w:before="0" w:line="360" w:lineRule="auto"/>
        <w:ind w:left="284"/>
        <w:rPr>
          <w:rFonts w:ascii="Times New Roman" w:hAnsi="Times New Roman" w:cs="Times New Roman"/>
          <w:color w:val="auto"/>
          <w:sz w:val="24"/>
          <w:szCs w:val="24"/>
          <w:lang w:val="en-ID"/>
        </w:rPr>
      </w:pPr>
      <w:bookmarkStart w:id="52" w:name="_Toc238448313"/>
      <w:proofErr w:type="spellStart"/>
      <w:r w:rsidRPr="00D11FAA">
        <w:rPr>
          <w:rFonts w:ascii="Times New Roman" w:hAnsi="Times New Roman" w:cs="Times New Roman"/>
          <w:color w:val="auto"/>
          <w:sz w:val="24"/>
          <w:szCs w:val="24"/>
          <w:lang w:val="en-ID"/>
        </w:rPr>
        <w:t>Tantangan</w:t>
      </w:r>
      <w:proofErr w:type="spellEnd"/>
      <w:r w:rsidRPr="00D11FAA">
        <w:rPr>
          <w:rFonts w:ascii="Times New Roman" w:hAnsi="Times New Roman" w:cs="Times New Roman"/>
          <w:color w:val="auto"/>
          <w:sz w:val="24"/>
          <w:szCs w:val="24"/>
          <w:lang w:val="en-ID"/>
        </w:rPr>
        <w:t xml:space="preserve"> Etika </w:t>
      </w:r>
      <w:proofErr w:type="spellStart"/>
      <w:r w:rsidRPr="00D11FAA">
        <w:rPr>
          <w:rFonts w:ascii="Times New Roman" w:hAnsi="Times New Roman" w:cs="Times New Roman"/>
          <w:color w:val="auto"/>
          <w:sz w:val="24"/>
          <w:szCs w:val="24"/>
          <w:lang w:val="en-ID"/>
        </w:rPr>
        <w:t>Kerja</w:t>
      </w:r>
      <w:proofErr w:type="spellEnd"/>
      <w:r w:rsidRPr="00D11FAA">
        <w:rPr>
          <w:rFonts w:ascii="Times New Roman" w:hAnsi="Times New Roman" w:cs="Times New Roman"/>
          <w:color w:val="auto"/>
          <w:sz w:val="24"/>
          <w:szCs w:val="24"/>
          <w:lang w:val="en-ID"/>
        </w:rPr>
        <w:t xml:space="preserve"> </w:t>
      </w:r>
      <w:proofErr w:type="spellStart"/>
      <w:r w:rsidRPr="00D11FAA">
        <w:rPr>
          <w:rFonts w:ascii="Times New Roman" w:hAnsi="Times New Roman" w:cs="Times New Roman"/>
          <w:color w:val="auto"/>
          <w:sz w:val="24"/>
          <w:szCs w:val="24"/>
          <w:lang w:val="en-ID"/>
        </w:rPr>
        <w:t>dalam</w:t>
      </w:r>
      <w:proofErr w:type="spellEnd"/>
      <w:r w:rsidRPr="00D11FAA">
        <w:rPr>
          <w:rFonts w:ascii="Times New Roman" w:hAnsi="Times New Roman" w:cs="Times New Roman"/>
          <w:color w:val="auto"/>
          <w:sz w:val="24"/>
          <w:szCs w:val="24"/>
          <w:lang w:val="en-ID"/>
        </w:rPr>
        <w:t xml:space="preserve"> </w:t>
      </w:r>
      <w:proofErr w:type="spellStart"/>
      <w:r w:rsidRPr="00D11FAA">
        <w:rPr>
          <w:rFonts w:ascii="Times New Roman" w:hAnsi="Times New Roman" w:cs="Times New Roman"/>
          <w:color w:val="auto"/>
          <w:sz w:val="24"/>
          <w:szCs w:val="24"/>
          <w:lang w:val="en-ID"/>
        </w:rPr>
        <w:t>Lingkungan</w:t>
      </w:r>
      <w:proofErr w:type="spellEnd"/>
      <w:r w:rsidRPr="00D11FAA">
        <w:rPr>
          <w:rFonts w:ascii="Times New Roman" w:hAnsi="Times New Roman" w:cs="Times New Roman"/>
          <w:color w:val="auto"/>
          <w:sz w:val="24"/>
          <w:szCs w:val="24"/>
          <w:lang w:val="en-ID"/>
        </w:rPr>
        <w:t xml:space="preserve"> Hospitality </w:t>
      </w:r>
      <w:proofErr w:type="spellStart"/>
      <w:r w:rsidRPr="00D11FAA">
        <w:rPr>
          <w:rFonts w:ascii="Times New Roman" w:hAnsi="Times New Roman" w:cs="Times New Roman"/>
          <w:color w:val="auto"/>
          <w:sz w:val="24"/>
          <w:szCs w:val="24"/>
          <w:lang w:val="en-ID"/>
        </w:rPr>
        <w:t>Jepang</w:t>
      </w:r>
      <w:bookmarkEnd w:id="52"/>
      <w:proofErr w:type="spellEnd"/>
    </w:p>
    <w:p w14:paraId="34B1D0B7" w14:textId="77777777" w:rsidR="008951DC" w:rsidRPr="00D11FAA" w:rsidRDefault="008951DC" w:rsidP="00D11FAA">
      <w:pPr>
        <w:spacing w:after="0" w:line="360" w:lineRule="auto"/>
        <w:ind w:left="28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Selain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hasil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penelitian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juga </w:t>
      </w:r>
      <w:proofErr w:type="spellStart"/>
      <w:r w:rsidRPr="00D11FAA">
        <w:rPr>
          <w:rFonts w:ascii="Times New Roman" w:hAnsi="Times New Roman" w:cs="Times New Roman"/>
          <w:sz w:val="24"/>
          <w:szCs w:val="24"/>
          <w:lang w:val="en-ID"/>
        </w:rPr>
        <w:t>perlu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menyesuaikan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budaya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berkaitan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pekerjaan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dilaksanakan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standar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waktu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ketelitian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serta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memberikan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kepada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tamu</w:t>
      </w:r>
      <w:proofErr w:type="spellEnd"/>
      <w:r w:rsidRPr="00D11FAA">
        <w:rPr>
          <w:rFonts w:ascii="Times New Roman" w:hAnsi="Times New Roman" w:cs="Times New Roman"/>
          <w:sz w:val="24"/>
          <w:szCs w:val="24"/>
          <w:lang w:val="en-ID"/>
        </w:rPr>
        <w:t>.</w:t>
      </w:r>
    </w:p>
    <w:p w14:paraId="24A0D57F" w14:textId="77777777" w:rsidR="008951DC" w:rsidRPr="00D11FAA" w:rsidRDefault="008951DC">
      <w:pPr>
        <w:pStyle w:val="Heading3"/>
        <w:numPr>
          <w:ilvl w:val="0"/>
          <w:numId w:val="34"/>
        </w:numPr>
        <w:spacing w:before="0" w:line="360" w:lineRule="auto"/>
        <w:ind w:left="567"/>
        <w:rPr>
          <w:rFonts w:ascii="Times New Roman" w:hAnsi="Times New Roman" w:cs="Times New Roman"/>
          <w:b w:val="0"/>
          <w:bCs w:val="0"/>
          <w:color w:val="auto"/>
          <w:sz w:val="24"/>
          <w:szCs w:val="24"/>
          <w:lang w:val="en-ID"/>
        </w:rPr>
      </w:pPr>
      <w:bookmarkStart w:id="53" w:name="_Toc238448314"/>
      <w:proofErr w:type="spellStart"/>
      <w:r w:rsidRPr="00D11FAA">
        <w:rPr>
          <w:rFonts w:ascii="Times New Roman" w:hAnsi="Times New Roman" w:cs="Times New Roman"/>
          <w:b w:val="0"/>
          <w:bCs w:val="0"/>
          <w:color w:val="auto"/>
          <w:sz w:val="24"/>
          <w:szCs w:val="24"/>
          <w:lang w:val="en-ID"/>
        </w:rPr>
        <w:t>Kondensasi</w:t>
      </w:r>
      <w:proofErr w:type="spellEnd"/>
      <w:r w:rsidRPr="00D11FAA">
        <w:rPr>
          <w:rFonts w:ascii="Times New Roman" w:hAnsi="Times New Roman" w:cs="Times New Roman"/>
          <w:b w:val="0"/>
          <w:bCs w:val="0"/>
          <w:color w:val="auto"/>
          <w:sz w:val="24"/>
          <w:szCs w:val="24"/>
          <w:lang w:val="en-ID"/>
        </w:rPr>
        <w:t xml:space="preserve"> Data</w:t>
      </w:r>
      <w:bookmarkEnd w:id="53"/>
    </w:p>
    <w:p w14:paraId="492B3AE2" w14:textId="77777777" w:rsidR="008951DC" w:rsidRPr="00D11FAA" w:rsidRDefault="008951DC" w:rsidP="00D11FAA">
      <w:pPr>
        <w:spacing w:after="0" w:line="360" w:lineRule="auto"/>
        <w:ind w:left="709"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Pada </w:t>
      </w:r>
      <w:proofErr w:type="spellStart"/>
      <w:r w:rsidRPr="00D11FAA">
        <w:rPr>
          <w:rFonts w:ascii="Times New Roman" w:hAnsi="Times New Roman" w:cs="Times New Roman"/>
          <w:sz w:val="24"/>
          <w:szCs w:val="24"/>
          <w:lang w:val="en-ID"/>
        </w:rPr>
        <w:t>tahap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kondensasi</w:t>
      </w:r>
      <w:proofErr w:type="spellEnd"/>
      <w:r w:rsidRPr="00D11FAA">
        <w:rPr>
          <w:rFonts w:ascii="Times New Roman" w:hAnsi="Times New Roman" w:cs="Times New Roman"/>
          <w:sz w:val="24"/>
          <w:szCs w:val="24"/>
          <w:lang w:val="en-ID"/>
        </w:rPr>
        <w:t xml:space="preserve"> data, </w:t>
      </w:r>
      <w:proofErr w:type="spellStart"/>
      <w:r w:rsidRPr="00D11FAA">
        <w:rPr>
          <w:rFonts w:ascii="Times New Roman" w:hAnsi="Times New Roman" w:cs="Times New Roman"/>
          <w:sz w:val="24"/>
          <w:szCs w:val="24"/>
          <w:lang w:val="en-ID"/>
        </w:rPr>
        <w:t>jawaban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mengenai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pengalaman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bekerja</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menyesuaikan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budaya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dikelompokkan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berdasarkan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kesamaan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makna</w:t>
      </w:r>
      <w:proofErr w:type="spellEnd"/>
      <w:r w:rsidRPr="00D11FAA">
        <w:rPr>
          <w:rFonts w:ascii="Times New Roman" w:hAnsi="Times New Roman" w:cs="Times New Roman"/>
          <w:sz w:val="24"/>
          <w:szCs w:val="24"/>
          <w:lang w:val="en-ID"/>
        </w:rPr>
        <w:t>.</w:t>
      </w:r>
    </w:p>
    <w:p w14:paraId="1A7ED076" w14:textId="77777777" w:rsidR="008951DC" w:rsidRPr="00D11FAA" w:rsidRDefault="008951DC" w:rsidP="00D11FAA">
      <w:pPr>
        <w:spacing w:after="0" w:line="360" w:lineRule="auto"/>
        <w:ind w:left="709"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Dari proses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diperoleh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tiga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subtema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utama</w:t>
      </w:r>
      <w:proofErr w:type="spellEnd"/>
      <w:r w:rsidRPr="00D11FAA">
        <w:rPr>
          <w:rFonts w:ascii="Times New Roman" w:hAnsi="Times New Roman" w:cs="Times New Roman"/>
          <w:sz w:val="24"/>
          <w:szCs w:val="24"/>
          <w:lang w:val="en-ID"/>
        </w:rPr>
        <w:t>:</w:t>
      </w:r>
    </w:p>
    <w:p w14:paraId="0E1008FA" w14:textId="77777777" w:rsidR="008951DC" w:rsidRPr="00D11FAA" w:rsidRDefault="00D11FAA">
      <w:pPr>
        <w:numPr>
          <w:ilvl w:val="0"/>
          <w:numId w:val="31"/>
        </w:numPr>
        <w:tabs>
          <w:tab w:val="clear" w:pos="720"/>
        </w:tabs>
        <w:spacing w:after="0" w:line="360" w:lineRule="auto"/>
        <w:ind w:left="1134"/>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Tuntutan </w:t>
      </w:r>
      <w:proofErr w:type="spellStart"/>
      <w:r w:rsidRPr="00D11FAA">
        <w:rPr>
          <w:rFonts w:ascii="Times New Roman" w:hAnsi="Times New Roman" w:cs="Times New Roman"/>
          <w:sz w:val="24"/>
          <w:szCs w:val="24"/>
          <w:lang w:val="en-ID"/>
        </w:rPr>
        <w:t>kecepatan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ketelitian</w:t>
      </w:r>
      <w:proofErr w:type="spellEnd"/>
    </w:p>
    <w:p w14:paraId="18350496" w14:textId="77777777" w:rsidR="008951DC" w:rsidRPr="00D11FAA" w:rsidRDefault="00D11FAA">
      <w:pPr>
        <w:numPr>
          <w:ilvl w:val="0"/>
          <w:numId w:val="31"/>
        </w:numPr>
        <w:tabs>
          <w:tab w:val="clear" w:pos="720"/>
        </w:tabs>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Kedisiplinan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ketepatan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waktu</w:t>
      </w:r>
      <w:proofErr w:type="spellEnd"/>
    </w:p>
    <w:p w14:paraId="44FDB6F3" w14:textId="77777777" w:rsidR="008951DC" w:rsidRPr="00D11FAA" w:rsidRDefault="00D11FAA">
      <w:pPr>
        <w:numPr>
          <w:ilvl w:val="0"/>
          <w:numId w:val="31"/>
        </w:numPr>
        <w:tabs>
          <w:tab w:val="clear" w:pos="720"/>
        </w:tabs>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Standar</w:t>
      </w:r>
      <w:proofErr w:type="spellEnd"/>
      <w:r w:rsidRPr="00D11FAA">
        <w:rPr>
          <w:rFonts w:ascii="Times New Roman" w:hAnsi="Times New Roman" w:cs="Times New Roman"/>
          <w:sz w:val="24"/>
          <w:szCs w:val="24"/>
          <w:lang w:val="en-ID"/>
        </w:rPr>
        <w:t xml:space="preserve"> </w:t>
      </w:r>
      <w:proofErr w:type="spellStart"/>
      <w:r w:rsidR="008951DC" w:rsidRPr="00D11FAA">
        <w:rPr>
          <w:rFonts w:ascii="Times New Roman" w:hAnsi="Times New Roman" w:cs="Times New Roman"/>
          <w:sz w:val="24"/>
          <w:szCs w:val="24"/>
          <w:lang w:val="en-ID"/>
        </w:rPr>
        <w:t>pelayanan</w:t>
      </w:r>
      <w:proofErr w:type="spellEnd"/>
      <w:r w:rsidR="008951DC" w:rsidRPr="00D11FAA">
        <w:rPr>
          <w:rFonts w:ascii="Times New Roman" w:hAnsi="Times New Roman" w:cs="Times New Roman"/>
          <w:sz w:val="24"/>
          <w:szCs w:val="24"/>
          <w:lang w:val="en-ID"/>
        </w:rPr>
        <w:t xml:space="preserve"> dan </w:t>
      </w:r>
      <w:proofErr w:type="spellStart"/>
      <w:r w:rsidR="008951DC" w:rsidRPr="00D11FAA">
        <w:rPr>
          <w:rFonts w:ascii="Times New Roman" w:hAnsi="Times New Roman" w:cs="Times New Roman"/>
          <w:sz w:val="24"/>
          <w:szCs w:val="24"/>
          <w:lang w:val="en-ID"/>
        </w:rPr>
        <w:t>nilai</w:t>
      </w:r>
      <w:proofErr w:type="spellEnd"/>
      <w:r w:rsidR="008951DC" w:rsidRPr="00D11FAA">
        <w:rPr>
          <w:rFonts w:ascii="Times New Roman" w:hAnsi="Times New Roman" w:cs="Times New Roman"/>
          <w:sz w:val="24"/>
          <w:szCs w:val="24"/>
          <w:lang w:val="en-ID"/>
        </w:rPr>
        <w:t xml:space="preserve"> </w:t>
      </w:r>
      <w:proofErr w:type="spellStart"/>
      <w:r w:rsidR="008951DC" w:rsidRPr="00D11FAA">
        <w:rPr>
          <w:rFonts w:ascii="Times New Roman" w:hAnsi="Times New Roman" w:cs="Times New Roman"/>
          <w:sz w:val="24"/>
          <w:szCs w:val="24"/>
          <w:lang w:val="en-ID"/>
        </w:rPr>
        <w:t>Omotenashi</w:t>
      </w:r>
      <w:proofErr w:type="spellEnd"/>
      <w:r w:rsidR="008951DC" w:rsidRPr="00D11FAA">
        <w:rPr>
          <w:rFonts w:ascii="Times New Roman" w:hAnsi="Times New Roman" w:cs="Times New Roman"/>
          <w:sz w:val="24"/>
          <w:szCs w:val="24"/>
          <w:lang w:val="en-ID"/>
        </w:rPr>
        <w:t xml:space="preserve">. </w:t>
      </w:r>
    </w:p>
    <w:p w14:paraId="5460548E" w14:textId="77777777" w:rsidR="00F87674" w:rsidRPr="00F87674" w:rsidRDefault="00F87674" w:rsidP="00F87674">
      <w:pPr>
        <w:spacing w:after="0" w:line="360" w:lineRule="auto"/>
        <w:ind w:left="709" w:firstLine="567"/>
        <w:jc w:val="both"/>
        <w:rPr>
          <w:rFonts w:ascii="Times New Roman" w:hAnsi="Times New Roman" w:cs="Times New Roman"/>
          <w:sz w:val="24"/>
          <w:szCs w:val="24"/>
          <w:lang w:val="en-ID"/>
        </w:rPr>
      </w:pPr>
      <w:r w:rsidRPr="00F87674">
        <w:rPr>
          <w:rFonts w:ascii="Times New Roman" w:hAnsi="Times New Roman" w:cs="Times New Roman"/>
          <w:sz w:val="24"/>
          <w:szCs w:val="24"/>
          <w:lang w:val="en-ID"/>
        </w:rPr>
        <w:t xml:space="preserve">Pada </w:t>
      </w:r>
      <w:proofErr w:type="spellStart"/>
      <w:r w:rsidRPr="00F87674">
        <w:rPr>
          <w:rFonts w:ascii="Times New Roman" w:hAnsi="Times New Roman" w:cs="Times New Roman"/>
          <w:sz w:val="24"/>
          <w:szCs w:val="24"/>
          <w:lang w:val="en-ID"/>
        </w:rPr>
        <w:t>tahap</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kondensasi</w:t>
      </w:r>
      <w:proofErr w:type="spellEnd"/>
      <w:r w:rsidRPr="00F87674">
        <w:rPr>
          <w:rFonts w:ascii="Times New Roman" w:hAnsi="Times New Roman" w:cs="Times New Roman"/>
          <w:sz w:val="24"/>
          <w:szCs w:val="24"/>
          <w:lang w:val="en-ID"/>
        </w:rPr>
        <w:t xml:space="preserve"> data, </w:t>
      </w:r>
      <w:proofErr w:type="spellStart"/>
      <w:r w:rsidRPr="00F87674">
        <w:rPr>
          <w:rFonts w:ascii="Times New Roman" w:hAnsi="Times New Roman" w:cs="Times New Roman"/>
          <w:sz w:val="24"/>
          <w:szCs w:val="24"/>
          <w:lang w:val="en-ID"/>
        </w:rPr>
        <w:t>peneliti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menelaah</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jawaban</w:t>
      </w:r>
      <w:proofErr w:type="spellEnd"/>
      <w:r w:rsidRPr="00F87674">
        <w:rPr>
          <w:rFonts w:ascii="Times New Roman" w:hAnsi="Times New Roman" w:cs="Times New Roman"/>
          <w:sz w:val="24"/>
          <w:szCs w:val="24"/>
          <w:lang w:val="en-ID"/>
        </w:rPr>
        <w:t xml:space="preserve"> R-1 </w:t>
      </w:r>
      <w:proofErr w:type="spellStart"/>
      <w:r w:rsidRPr="00F87674">
        <w:rPr>
          <w:rFonts w:ascii="Times New Roman" w:hAnsi="Times New Roman" w:cs="Times New Roman"/>
          <w:sz w:val="24"/>
          <w:szCs w:val="24"/>
          <w:lang w:val="en-ID"/>
        </w:rPr>
        <w:t>sampai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dengan</w:t>
      </w:r>
      <w:proofErr w:type="spellEnd"/>
      <w:r w:rsidRPr="00F87674">
        <w:rPr>
          <w:rFonts w:ascii="Times New Roman" w:hAnsi="Times New Roman" w:cs="Times New Roman"/>
          <w:sz w:val="24"/>
          <w:szCs w:val="24"/>
          <w:lang w:val="en-ID"/>
        </w:rPr>
        <w:t xml:space="preserve"> R-13 yang </w:t>
      </w:r>
      <w:proofErr w:type="spellStart"/>
      <w:r w:rsidRPr="00F87674">
        <w:rPr>
          <w:rFonts w:ascii="Times New Roman" w:hAnsi="Times New Roman" w:cs="Times New Roman"/>
          <w:sz w:val="24"/>
          <w:szCs w:val="24"/>
          <w:lang w:val="en-ID"/>
        </w:rPr>
        <w:t>berkaitan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dengan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pengalaman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informan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dalam</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menghadapi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budaya</w:t>
      </w:r>
      <w:proofErr w:type="spellEnd"/>
      <w:r w:rsidRPr="00F87674">
        <w:rPr>
          <w:rFonts w:ascii="Times New Roman" w:hAnsi="Times New Roman" w:cs="Times New Roman"/>
          <w:sz w:val="24"/>
          <w:szCs w:val="24"/>
          <w:lang w:val="en-ID"/>
        </w:rPr>
        <w:t xml:space="preserve"> dan </w:t>
      </w:r>
      <w:proofErr w:type="spellStart"/>
      <w:r w:rsidRPr="00F87674">
        <w:rPr>
          <w:rFonts w:ascii="Times New Roman" w:hAnsi="Times New Roman" w:cs="Times New Roman"/>
          <w:sz w:val="24"/>
          <w:szCs w:val="24"/>
          <w:lang w:val="en-ID"/>
        </w:rPr>
        <w:t>etika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kerja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Jepang</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Pernyataan</w:t>
      </w:r>
      <w:proofErr w:type="spellEnd"/>
      <w:r w:rsidRPr="00F87674">
        <w:rPr>
          <w:rFonts w:ascii="Times New Roman" w:hAnsi="Times New Roman" w:cs="Times New Roman"/>
          <w:sz w:val="24"/>
          <w:szCs w:val="24"/>
          <w:lang w:val="en-ID"/>
        </w:rPr>
        <w:t xml:space="preserve"> yang </w:t>
      </w:r>
      <w:proofErr w:type="spellStart"/>
      <w:r w:rsidRPr="00F87674">
        <w:rPr>
          <w:rFonts w:ascii="Times New Roman" w:hAnsi="Times New Roman" w:cs="Times New Roman"/>
          <w:sz w:val="24"/>
          <w:szCs w:val="24"/>
          <w:lang w:val="en-ID"/>
        </w:rPr>
        <w:t>relevan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kemudian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diberi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kode</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berdasarkan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kesamaan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makna</w:t>
      </w:r>
      <w:proofErr w:type="spellEnd"/>
      <w:r w:rsidRPr="00F87674">
        <w:rPr>
          <w:rFonts w:ascii="Times New Roman" w:hAnsi="Times New Roman" w:cs="Times New Roman"/>
          <w:sz w:val="24"/>
          <w:szCs w:val="24"/>
          <w:lang w:val="en-ID"/>
        </w:rPr>
        <w:t>.</w:t>
      </w:r>
    </w:p>
    <w:p w14:paraId="0E98A1FB" w14:textId="77777777" w:rsidR="00F87674" w:rsidRDefault="00F87674" w:rsidP="00F87674">
      <w:pPr>
        <w:spacing w:after="0" w:line="360" w:lineRule="auto"/>
        <w:ind w:left="709" w:firstLine="567"/>
        <w:jc w:val="both"/>
        <w:rPr>
          <w:rFonts w:ascii="Times New Roman" w:hAnsi="Times New Roman" w:cs="Times New Roman"/>
          <w:sz w:val="24"/>
          <w:szCs w:val="24"/>
          <w:lang w:val="en-ID"/>
        </w:rPr>
      </w:pPr>
      <w:r w:rsidRPr="00F87674">
        <w:rPr>
          <w:rFonts w:ascii="Times New Roman" w:hAnsi="Times New Roman" w:cs="Times New Roman"/>
          <w:sz w:val="24"/>
          <w:szCs w:val="24"/>
          <w:lang w:val="en-ID"/>
        </w:rPr>
        <w:t xml:space="preserve">Coding </w:t>
      </w:r>
      <w:proofErr w:type="spellStart"/>
      <w:r w:rsidRPr="00F87674">
        <w:rPr>
          <w:rFonts w:ascii="Times New Roman" w:hAnsi="Times New Roman" w:cs="Times New Roman"/>
          <w:sz w:val="24"/>
          <w:szCs w:val="24"/>
          <w:lang w:val="en-ID"/>
        </w:rPr>
        <w:t>dilakukan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dengan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menggunakan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kode</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berikut</w:t>
      </w:r>
      <w:proofErr w:type="spellEnd"/>
      <w:r w:rsidRPr="00F87674">
        <w:rPr>
          <w:rFonts w:ascii="Times New Roman" w:hAnsi="Times New Roman" w:cs="Times New Roman"/>
          <w:sz w:val="24"/>
          <w:szCs w:val="24"/>
          <w:lang w:val="en-ID"/>
        </w:rPr>
        <w:t>:</w:t>
      </w:r>
    </w:p>
    <w:p w14:paraId="108ADE39" w14:textId="77777777" w:rsidR="00F87674" w:rsidRPr="00F87674" w:rsidRDefault="00F87674" w:rsidP="00F87674">
      <w:pPr>
        <w:pageBreakBefore/>
        <w:spacing w:after="0" w:line="240" w:lineRule="auto"/>
        <w:jc w:val="center"/>
        <w:rPr>
          <w:rFonts w:ascii="Times New Roman" w:hAnsi="Times New Roman" w:cs="Times New Roman"/>
          <w:b/>
          <w:bCs/>
          <w:sz w:val="24"/>
          <w:szCs w:val="24"/>
          <w:lang w:val="en-ID"/>
        </w:rPr>
      </w:pPr>
      <w:r w:rsidRPr="00F87674">
        <w:rPr>
          <w:rFonts w:ascii="Times New Roman" w:hAnsi="Times New Roman" w:cs="Times New Roman"/>
          <w:b/>
          <w:bCs/>
          <w:sz w:val="24"/>
          <w:szCs w:val="24"/>
          <w:lang w:val="en-ID"/>
        </w:rPr>
        <w:t>Tabel 4.2</w:t>
      </w:r>
    </w:p>
    <w:p w14:paraId="3A7BE17C" w14:textId="77777777" w:rsidR="00F87674" w:rsidRDefault="00F87674" w:rsidP="00F87674">
      <w:pPr>
        <w:spacing w:after="0" w:line="240" w:lineRule="auto"/>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Kondensasi</w:t>
      </w:r>
      <w:proofErr w:type="spellEnd"/>
      <w:r>
        <w:rPr>
          <w:rFonts w:ascii="Times New Roman" w:hAnsi="Times New Roman" w:cs="Times New Roman"/>
          <w:sz w:val="24"/>
          <w:szCs w:val="24"/>
          <w:lang w:val="en-ID"/>
        </w:rPr>
        <w:t xml:space="preserve"> Data</w:t>
      </w:r>
    </w:p>
    <w:p w14:paraId="3D863567" w14:textId="77777777" w:rsidR="00F87674" w:rsidRPr="00F87674" w:rsidRDefault="00F87674" w:rsidP="00F87674">
      <w:pPr>
        <w:spacing w:after="0" w:line="240" w:lineRule="auto"/>
        <w:jc w:val="center"/>
        <w:rPr>
          <w:rFonts w:ascii="Times New Roman" w:hAnsi="Times New Roman" w:cs="Times New Roman"/>
          <w:sz w:val="24"/>
          <w:szCs w:val="24"/>
          <w:lang w:val="en-ID"/>
        </w:rPr>
      </w:pPr>
    </w:p>
    <w:tbl>
      <w:tblPr>
        <w:tblStyle w:val="TableGrid"/>
        <w:tblW w:w="0" w:type="auto"/>
        <w:tblLayout w:type="fixed"/>
        <w:tblLook w:val="04A0" w:firstRow="1" w:lastRow="0" w:firstColumn="1" w:lastColumn="0" w:noHBand="0" w:noVBand="1"/>
      </w:tblPr>
      <w:tblGrid>
        <w:gridCol w:w="4003"/>
        <w:gridCol w:w="2620"/>
        <w:gridCol w:w="1296"/>
      </w:tblGrid>
      <w:tr w:rsidR="00F87674" w:rsidRPr="00F87674" w14:paraId="56314FE2" w14:textId="77777777" w:rsidTr="00F87674">
        <w:trPr>
          <w:tblHeader/>
        </w:trPr>
        <w:tc>
          <w:tcPr>
            <w:tcW w:w="4003" w:type="dxa"/>
            <w:tcMar>
              <w:top w:w="90" w:type="dxa"/>
              <w:left w:w="100" w:type="dxa"/>
              <w:bottom w:w="90" w:type="dxa"/>
              <w:right w:w="100" w:type="dxa"/>
            </w:tcMar>
            <w:vAlign w:val="center"/>
            <w:hideMark/>
          </w:tcPr>
          <w:p w14:paraId="60BB84B6" w14:textId="77777777" w:rsidR="00424691" w:rsidRDefault="00800ACF">
            <w:pPr>
              <w:jc w:val="center"/>
            </w:pPr>
            <w:r>
              <w:rPr>
                <w:rFonts w:ascii="Times New Roman" w:eastAsia="Times New Roman" w:hAnsi="Times New Roman"/>
                <w:b/>
                <w:sz w:val="24"/>
              </w:rPr>
              <w:t>Indikator Pengalaman</w:t>
            </w:r>
          </w:p>
        </w:tc>
        <w:tc>
          <w:tcPr>
            <w:tcW w:w="2620" w:type="dxa"/>
            <w:tcMar>
              <w:top w:w="90" w:type="dxa"/>
              <w:left w:w="100" w:type="dxa"/>
              <w:bottom w:w="90" w:type="dxa"/>
              <w:right w:w="100" w:type="dxa"/>
            </w:tcMar>
            <w:vAlign w:val="center"/>
            <w:hideMark/>
          </w:tcPr>
          <w:p w14:paraId="14DF2139" w14:textId="77777777" w:rsidR="00424691" w:rsidRDefault="00800ACF">
            <w:pPr>
              <w:jc w:val="center"/>
            </w:pPr>
            <w:r>
              <w:rPr>
                <w:rFonts w:ascii="Times New Roman" w:eastAsia="Times New Roman" w:hAnsi="Times New Roman"/>
                <w:b/>
                <w:sz w:val="24"/>
              </w:rPr>
              <w:t>Subtema</w:t>
            </w:r>
          </w:p>
        </w:tc>
        <w:tc>
          <w:tcPr>
            <w:tcW w:w="1296" w:type="dxa"/>
            <w:tcMar>
              <w:top w:w="90" w:type="dxa"/>
              <w:left w:w="100" w:type="dxa"/>
              <w:bottom w:w="90" w:type="dxa"/>
              <w:right w:w="100" w:type="dxa"/>
            </w:tcMar>
            <w:vAlign w:val="center"/>
            <w:hideMark/>
          </w:tcPr>
          <w:p w14:paraId="4F0A38C9" w14:textId="77777777" w:rsidR="00424691" w:rsidRDefault="00800ACF">
            <w:pPr>
              <w:jc w:val="center"/>
            </w:pPr>
            <w:r>
              <w:rPr>
                <w:rFonts w:ascii="Times New Roman" w:eastAsia="Times New Roman" w:hAnsi="Times New Roman"/>
                <w:b/>
                <w:sz w:val="24"/>
              </w:rPr>
              <w:t>Kode</w:t>
            </w:r>
          </w:p>
        </w:tc>
      </w:tr>
      <w:tr w:rsidR="00F87674" w:rsidRPr="00F87674" w14:paraId="01703BA9" w14:textId="77777777" w:rsidTr="00F87674">
        <w:tc>
          <w:tcPr>
            <w:tcW w:w="4003" w:type="dxa"/>
            <w:tcMar>
              <w:top w:w="90" w:type="dxa"/>
              <w:left w:w="100" w:type="dxa"/>
              <w:bottom w:w="90" w:type="dxa"/>
              <w:right w:w="100" w:type="dxa"/>
            </w:tcMar>
            <w:hideMark/>
          </w:tcPr>
          <w:p w14:paraId="3CD27B47" w14:textId="77777777" w:rsidR="00424691" w:rsidRDefault="00800ACF">
            <w:r>
              <w:rPr>
                <w:rFonts w:ascii="Times New Roman" w:eastAsia="Times New Roman" w:hAnsi="Times New Roman"/>
              </w:rPr>
              <w:t>3 dari 13 responden</w:t>
            </w:r>
          </w:p>
          <w:p w14:paraId="71D01507" w14:textId="77777777" w:rsidR="00424691" w:rsidRDefault="00800ACF">
            <w:r>
              <w:rPr>
                <w:rFonts w:ascii="Times New Roman" w:eastAsia="Times New Roman" w:hAnsi="Times New Roman"/>
              </w:rPr>
              <w:t>Contoh :</w:t>
            </w:r>
          </w:p>
          <w:p w14:paraId="56C39D43" w14:textId="77777777" w:rsidR="00424691" w:rsidRDefault="00800ACF">
            <w:r>
              <w:rPr>
                <w:rFonts w:ascii="Times New Roman" w:eastAsia="Times New Roman" w:hAnsi="Times New Roman"/>
                <w:i/>
              </w:rPr>
              <w:t xml:space="preserve">1. “Mereka bekerja dengan </w:t>
            </w:r>
            <w:r>
              <w:rPr>
                <w:rFonts w:ascii="Times New Roman" w:eastAsia="Times New Roman" w:hAnsi="Times New Roman"/>
                <w:i/>
                <w:highlight w:val="yellow"/>
              </w:rPr>
              <w:t>cepat</w:t>
            </w:r>
            <w:r>
              <w:rPr>
                <w:rFonts w:ascii="Times New Roman" w:eastAsia="Times New Roman" w:hAnsi="Times New Roman"/>
                <w:i/>
              </w:rPr>
              <w:t xml:space="preserve">, </w:t>
            </w:r>
            <w:r>
              <w:rPr>
                <w:rFonts w:ascii="Times New Roman" w:eastAsia="Times New Roman" w:hAnsi="Times New Roman"/>
                <w:i/>
                <w:highlight w:val="yellow"/>
              </w:rPr>
              <w:t>teliti</w:t>
            </w:r>
            <w:r>
              <w:rPr>
                <w:rFonts w:ascii="Times New Roman" w:eastAsia="Times New Roman" w:hAnsi="Times New Roman"/>
                <w:i/>
              </w:rPr>
              <w:t xml:space="preserve"> dan minim </w:t>
            </w:r>
            <w:r>
              <w:rPr>
                <w:rFonts w:ascii="Times New Roman" w:eastAsia="Times New Roman" w:hAnsi="Times New Roman"/>
                <w:i/>
                <w:highlight w:val="yellow"/>
              </w:rPr>
              <w:t>kesalahan</w:t>
            </w:r>
            <w:r>
              <w:rPr>
                <w:rFonts w:ascii="Times New Roman" w:eastAsia="Times New Roman" w:hAnsi="Times New Roman"/>
                <w:i/>
              </w:rPr>
              <w:t xml:space="preserve">. </w:t>
            </w:r>
            <w:r>
              <w:rPr>
                <w:rFonts w:ascii="Times New Roman" w:eastAsia="Times New Roman" w:hAnsi="Times New Roman"/>
                <w:i/>
                <w:highlight w:val="yellow"/>
              </w:rPr>
              <w:t>Teliti</w:t>
            </w:r>
            <w:r>
              <w:rPr>
                <w:rFonts w:ascii="Times New Roman" w:eastAsia="Times New Roman" w:hAnsi="Times New Roman"/>
                <w:i/>
              </w:rPr>
              <w:t xml:space="preserve"> mungkin bisa dipelajari, tetapi bagaimana bisa </w:t>
            </w:r>
            <w:r>
              <w:rPr>
                <w:rFonts w:ascii="Times New Roman" w:eastAsia="Times New Roman" w:hAnsi="Times New Roman"/>
                <w:i/>
                <w:highlight w:val="yellow"/>
              </w:rPr>
              <w:t>cepat</w:t>
            </w:r>
            <w:r>
              <w:rPr>
                <w:rFonts w:ascii="Times New Roman" w:eastAsia="Times New Roman" w:hAnsi="Times New Roman"/>
                <w:i/>
              </w:rPr>
              <w:t xml:space="preserve"> sekaligus </w:t>
            </w:r>
            <w:r>
              <w:rPr>
                <w:rFonts w:ascii="Times New Roman" w:eastAsia="Times New Roman" w:hAnsi="Times New Roman"/>
                <w:i/>
                <w:highlight w:val="yellow"/>
              </w:rPr>
              <w:t>teliti</w:t>
            </w:r>
            <w:r>
              <w:rPr>
                <w:rFonts w:ascii="Times New Roman" w:eastAsia="Times New Roman" w:hAnsi="Times New Roman"/>
                <w:i/>
              </w:rPr>
              <w:t xml:space="preserve"> itu yang perlu dibiasakan.”</w:t>
            </w:r>
          </w:p>
          <w:p w14:paraId="2974E696" w14:textId="77777777" w:rsidR="00424691" w:rsidRDefault="00800ACF">
            <w:r>
              <w:rPr>
                <w:rFonts w:ascii="Times New Roman" w:eastAsia="Times New Roman" w:hAnsi="Times New Roman"/>
                <w:i/>
              </w:rPr>
              <w:t xml:space="preserve">2. “Awal kesulitan mengikuti </w:t>
            </w:r>
            <w:r>
              <w:rPr>
                <w:rFonts w:ascii="Times New Roman" w:eastAsia="Times New Roman" w:hAnsi="Times New Roman"/>
                <w:i/>
                <w:highlight w:val="yellow"/>
              </w:rPr>
              <w:t>pace</w:t>
            </w:r>
            <w:r>
              <w:rPr>
                <w:rFonts w:ascii="Times New Roman" w:eastAsia="Times New Roman" w:hAnsi="Times New Roman"/>
                <w:i/>
              </w:rPr>
              <w:t xml:space="preserve"> kerja orang jepang mengatasinya karna terbiasa.”</w:t>
            </w:r>
          </w:p>
        </w:tc>
        <w:tc>
          <w:tcPr>
            <w:tcW w:w="2620" w:type="dxa"/>
            <w:tcMar>
              <w:top w:w="90" w:type="dxa"/>
              <w:left w:w="100" w:type="dxa"/>
              <w:bottom w:w="90" w:type="dxa"/>
              <w:right w:w="100" w:type="dxa"/>
            </w:tcMar>
            <w:hideMark/>
          </w:tcPr>
          <w:p w14:paraId="04BEDAC4" w14:textId="77777777" w:rsidR="00424691" w:rsidRDefault="00800ACF">
            <w:pPr>
              <w:jc w:val="center"/>
            </w:pPr>
            <w:r>
              <w:rPr>
                <w:rFonts w:ascii="Times New Roman" w:eastAsia="Times New Roman" w:hAnsi="Times New Roman"/>
              </w:rPr>
              <w:t>Kecepatan dan ketelitian</w:t>
            </w:r>
          </w:p>
        </w:tc>
        <w:tc>
          <w:tcPr>
            <w:tcW w:w="1296" w:type="dxa"/>
            <w:tcMar>
              <w:top w:w="90" w:type="dxa"/>
              <w:left w:w="100" w:type="dxa"/>
              <w:bottom w:w="90" w:type="dxa"/>
              <w:right w:w="100" w:type="dxa"/>
            </w:tcMar>
            <w:hideMark/>
          </w:tcPr>
          <w:p w14:paraId="28DB559D" w14:textId="77777777" w:rsidR="00424691" w:rsidRDefault="00800ACF">
            <w:pPr>
              <w:jc w:val="center"/>
            </w:pPr>
            <w:r>
              <w:rPr>
                <w:rFonts w:ascii="Times New Roman" w:eastAsia="Times New Roman" w:hAnsi="Times New Roman"/>
                <w:b/>
              </w:rPr>
              <w:t>TEK-1</w:t>
            </w:r>
          </w:p>
        </w:tc>
      </w:tr>
      <w:tr w:rsidR="00F87674" w:rsidRPr="00F87674" w14:paraId="4F911953" w14:textId="77777777" w:rsidTr="00F87674">
        <w:tc>
          <w:tcPr>
            <w:tcW w:w="4003" w:type="dxa"/>
            <w:tcMar>
              <w:top w:w="90" w:type="dxa"/>
              <w:left w:w="100" w:type="dxa"/>
              <w:bottom w:w="90" w:type="dxa"/>
              <w:right w:w="100" w:type="dxa"/>
            </w:tcMar>
            <w:hideMark/>
          </w:tcPr>
          <w:p w14:paraId="49AD6AC8" w14:textId="77777777" w:rsidR="00424691" w:rsidRDefault="00800ACF">
            <w:r>
              <w:rPr>
                <w:rFonts w:ascii="Times New Roman" w:eastAsia="Times New Roman" w:hAnsi="Times New Roman"/>
              </w:rPr>
              <w:t>1 dari 13 responden</w:t>
            </w:r>
          </w:p>
          <w:p w14:paraId="1CE650D4" w14:textId="77777777" w:rsidR="00424691" w:rsidRDefault="00800ACF">
            <w:r>
              <w:rPr>
                <w:rFonts w:ascii="Times New Roman" w:eastAsia="Times New Roman" w:hAnsi="Times New Roman"/>
              </w:rPr>
              <w:t>Contoh :</w:t>
            </w:r>
          </w:p>
          <w:p w14:paraId="4AB78F9C" w14:textId="77777777" w:rsidR="00424691" w:rsidRDefault="00800ACF">
            <w:r>
              <w:rPr>
                <w:rFonts w:ascii="Times New Roman" w:eastAsia="Times New Roman" w:hAnsi="Times New Roman"/>
                <w:i/>
              </w:rPr>
              <w:t>1. “</w:t>
            </w:r>
            <w:r>
              <w:rPr>
                <w:rFonts w:ascii="Times New Roman" w:eastAsia="Times New Roman" w:hAnsi="Times New Roman"/>
                <w:i/>
                <w:highlight w:val="green"/>
              </w:rPr>
              <w:t>Istirahatnya</w:t>
            </w:r>
            <w:r>
              <w:rPr>
                <w:rFonts w:ascii="Times New Roman" w:eastAsia="Times New Roman" w:hAnsi="Times New Roman"/>
                <w:i/>
              </w:rPr>
              <w:t xml:space="preserve"> satu </w:t>
            </w:r>
            <w:r>
              <w:rPr>
                <w:rFonts w:ascii="Times New Roman" w:eastAsia="Times New Roman" w:hAnsi="Times New Roman"/>
                <w:i/>
                <w:highlight w:val="green"/>
              </w:rPr>
              <w:t>jam</w:t>
            </w:r>
            <w:r>
              <w:rPr>
                <w:rFonts w:ascii="Times New Roman" w:eastAsia="Times New Roman" w:hAnsi="Times New Roman"/>
                <w:i/>
              </w:rPr>
              <w:t xml:space="preserve"> tapi tidak pas satu </w:t>
            </w:r>
            <w:r>
              <w:rPr>
                <w:rFonts w:ascii="Times New Roman" w:eastAsia="Times New Roman" w:hAnsi="Times New Roman"/>
                <w:i/>
                <w:highlight w:val="green"/>
              </w:rPr>
              <w:t>jam</w:t>
            </w:r>
            <w:r>
              <w:rPr>
                <w:rFonts w:ascii="Times New Roman" w:eastAsia="Times New Roman" w:hAnsi="Times New Roman"/>
                <w:i/>
              </w:rPr>
              <w:t xml:space="preserve"> karena harus ada di </w:t>
            </w:r>
            <w:r>
              <w:rPr>
                <w:rFonts w:ascii="Times New Roman" w:eastAsia="Times New Roman" w:hAnsi="Times New Roman"/>
                <w:i/>
                <w:highlight w:val="green"/>
              </w:rPr>
              <w:t>tempat</w:t>
            </w:r>
            <w:r>
              <w:rPr>
                <w:rFonts w:ascii="Times New Roman" w:eastAsia="Times New Roman" w:hAnsi="Times New Roman"/>
                <w:i/>
              </w:rPr>
              <w:t xml:space="preserve"> </w:t>
            </w:r>
            <w:r>
              <w:rPr>
                <w:rFonts w:ascii="Times New Roman" w:eastAsia="Times New Roman" w:hAnsi="Times New Roman"/>
                <w:i/>
                <w:highlight w:val="green"/>
              </w:rPr>
              <w:t>kerja</w:t>
            </w:r>
            <w:r>
              <w:rPr>
                <w:rFonts w:ascii="Times New Roman" w:eastAsia="Times New Roman" w:hAnsi="Times New Roman"/>
                <w:i/>
              </w:rPr>
              <w:t xml:space="preserve"> </w:t>
            </w:r>
            <w:r>
              <w:rPr>
                <w:rFonts w:ascii="Times New Roman" w:eastAsia="Times New Roman" w:hAnsi="Times New Roman"/>
                <w:i/>
                <w:highlight w:val="green"/>
              </w:rPr>
              <w:t>sebelum</w:t>
            </w:r>
            <w:r>
              <w:rPr>
                <w:rFonts w:ascii="Times New Roman" w:eastAsia="Times New Roman" w:hAnsi="Times New Roman"/>
                <w:i/>
              </w:rPr>
              <w:t xml:space="preserve"> satu </w:t>
            </w:r>
            <w:r>
              <w:rPr>
                <w:rFonts w:ascii="Times New Roman" w:eastAsia="Times New Roman" w:hAnsi="Times New Roman"/>
                <w:i/>
                <w:highlight w:val="green"/>
              </w:rPr>
              <w:t>jam</w:t>
            </w:r>
            <w:r>
              <w:rPr>
                <w:rFonts w:ascii="Times New Roman" w:eastAsia="Times New Roman" w:hAnsi="Times New Roman"/>
                <w:i/>
              </w:rPr>
              <w:t>.”</w:t>
            </w:r>
          </w:p>
        </w:tc>
        <w:tc>
          <w:tcPr>
            <w:tcW w:w="2620" w:type="dxa"/>
            <w:tcMar>
              <w:top w:w="90" w:type="dxa"/>
              <w:left w:w="100" w:type="dxa"/>
              <w:bottom w:w="90" w:type="dxa"/>
              <w:right w:w="100" w:type="dxa"/>
            </w:tcMar>
            <w:hideMark/>
          </w:tcPr>
          <w:p w14:paraId="7F0D2F28" w14:textId="77777777" w:rsidR="00424691" w:rsidRDefault="00800ACF">
            <w:pPr>
              <w:jc w:val="center"/>
            </w:pPr>
            <w:r>
              <w:rPr>
                <w:rFonts w:ascii="Times New Roman" w:eastAsia="Times New Roman" w:hAnsi="Times New Roman"/>
              </w:rPr>
              <w:t>Kedisiplinan dan ketepatan waktu</w:t>
            </w:r>
          </w:p>
        </w:tc>
        <w:tc>
          <w:tcPr>
            <w:tcW w:w="1296" w:type="dxa"/>
            <w:tcMar>
              <w:top w:w="90" w:type="dxa"/>
              <w:left w:w="100" w:type="dxa"/>
              <w:bottom w:w="90" w:type="dxa"/>
              <w:right w:w="100" w:type="dxa"/>
            </w:tcMar>
            <w:hideMark/>
          </w:tcPr>
          <w:p w14:paraId="37D7096B" w14:textId="77777777" w:rsidR="00424691" w:rsidRDefault="00800ACF">
            <w:pPr>
              <w:jc w:val="center"/>
            </w:pPr>
            <w:r>
              <w:rPr>
                <w:rFonts w:ascii="Times New Roman" w:eastAsia="Times New Roman" w:hAnsi="Times New Roman"/>
                <w:b/>
              </w:rPr>
              <w:t>TEK-2</w:t>
            </w:r>
          </w:p>
        </w:tc>
      </w:tr>
      <w:tr w:rsidR="00F87674" w:rsidRPr="00F87674" w14:paraId="6157E819" w14:textId="77777777" w:rsidTr="00F87674">
        <w:tc>
          <w:tcPr>
            <w:tcW w:w="4003" w:type="dxa"/>
            <w:tcMar>
              <w:top w:w="90" w:type="dxa"/>
              <w:left w:w="100" w:type="dxa"/>
              <w:bottom w:w="90" w:type="dxa"/>
              <w:right w:w="100" w:type="dxa"/>
            </w:tcMar>
            <w:hideMark/>
          </w:tcPr>
          <w:p w14:paraId="0C855BA0" w14:textId="77777777" w:rsidR="00424691" w:rsidRDefault="00800ACF">
            <w:r>
              <w:rPr>
                <w:rFonts w:ascii="Times New Roman" w:eastAsia="Times New Roman" w:hAnsi="Times New Roman"/>
              </w:rPr>
              <w:t>3 dari 13 responden</w:t>
            </w:r>
          </w:p>
          <w:p w14:paraId="7318ADC3" w14:textId="77777777" w:rsidR="00424691" w:rsidRDefault="00800ACF">
            <w:r>
              <w:rPr>
                <w:rFonts w:ascii="Times New Roman" w:eastAsia="Times New Roman" w:hAnsi="Times New Roman"/>
              </w:rPr>
              <w:t>Contoh :</w:t>
            </w:r>
          </w:p>
          <w:p w14:paraId="14CF0B3A" w14:textId="77777777" w:rsidR="00424691" w:rsidRDefault="00800ACF">
            <w:r>
              <w:rPr>
                <w:rFonts w:ascii="Times New Roman" w:eastAsia="Times New Roman" w:hAnsi="Times New Roman"/>
                <w:i/>
              </w:rPr>
              <w:t xml:space="preserve">1. “Budaya </w:t>
            </w:r>
            <w:r>
              <w:rPr>
                <w:rFonts w:ascii="Times New Roman" w:eastAsia="Times New Roman" w:hAnsi="Times New Roman"/>
                <w:i/>
                <w:highlight w:val="cyan"/>
              </w:rPr>
              <w:t>senyum</w:t>
            </w:r>
            <w:r>
              <w:rPr>
                <w:rFonts w:ascii="Times New Roman" w:eastAsia="Times New Roman" w:hAnsi="Times New Roman"/>
                <w:i/>
              </w:rPr>
              <w:t xml:space="preserve">, </w:t>
            </w:r>
            <w:r>
              <w:rPr>
                <w:rFonts w:ascii="Times New Roman" w:eastAsia="Times New Roman" w:hAnsi="Times New Roman"/>
                <w:i/>
                <w:highlight w:val="cyan"/>
              </w:rPr>
              <w:t>salam</w:t>
            </w:r>
            <w:r>
              <w:rPr>
                <w:rFonts w:ascii="Times New Roman" w:eastAsia="Times New Roman" w:hAnsi="Times New Roman"/>
                <w:i/>
              </w:rPr>
              <w:t xml:space="preserve"> dan </w:t>
            </w:r>
            <w:r>
              <w:rPr>
                <w:rFonts w:ascii="Times New Roman" w:eastAsia="Times New Roman" w:hAnsi="Times New Roman"/>
                <w:i/>
                <w:highlight w:val="cyan"/>
              </w:rPr>
              <w:t>sapa</w:t>
            </w:r>
            <w:r>
              <w:rPr>
                <w:rFonts w:ascii="Times New Roman" w:eastAsia="Times New Roman" w:hAnsi="Times New Roman"/>
                <w:i/>
              </w:rPr>
              <w:t xml:space="preserve"> dijunjung sekali di Jepang. Kita harus selalu </w:t>
            </w:r>
            <w:r>
              <w:rPr>
                <w:rFonts w:ascii="Times New Roman" w:eastAsia="Times New Roman" w:hAnsi="Times New Roman"/>
                <w:i/>
                <w:highlight w:val="cyan"/>
              </w:rPr>
              <w:t>berdiri</w:t>
            </w:r>
            <w:r>
              <w:rPr>
                <w:rFonts w:ascii="Times New Roman" w:eastAsia="Times New Roman" w:hAnsi="Times New Roman"/>
                <w:i/>
              </w:rPr>
              <w:t xml:space="preserve"> </w:t>
            </w:r>
            <w:r>
              <w:rPr>
                <w:rFonts w:ascii="Times New Roman" w:eastAsia="Times New Roman" w:hAnsi="Times New Roman"/>
                <w:i/>
                <w:highlight w:val="cyan"/>
              </w:rPr>
              <w:t>siap</w:t>
            </w:r>
            <w:r>
              <w:rPr>
                <w:rFonts w:ascii="Times New Roman" w:eastAsia="Times New Roman" w:hAnsi="Times New Roman"/>
                <w:i/>
              </w:rPr>
              <w:t xml:space="preserve">, </w:t>
            </w:r>
            <w:r>
              <w:rPr>
                <w:rFonts w:ascii="Times New Roman" w:eastAsia="Times New Roman" w:hAnsi="Times New Roman"/>
                <w:i/>
                <w:highlight w:val="cyan"/>
              </w:rPr>
              <w:t>tersenyum</w:t>
            </w:r>
            <w:r>
              <w:rPr>
                <w:rFonts w:ascii="Times New Roman" w:eastAsia="Times New Roman" w:hAnsi="Times New Roman"/>
                <w:i/>
              </w:rPr>
              <w:t xml:space="preserve"> dan </w:t>
            </w:r>
            <w:r>
              <w:rPr>
                <w:rFonts w:ascii="Times New Roman" w:eastAsia="Times New Roman" w:hAnsi="Times New Roman"/>
                <w:i/>
                <w:highlight w:val="cyan"/>
              </w:rPr>
              <w:t>bertutur</w:t>
            </w:r>
            <w:r>
              <w:rPr>
                <w:rFonts w:ascii="Times New Roman" w:eastAsia="Times New Roman" w:hAnsi="Times New Roman"/>
                <w:i/>
              </w:rPr>
              <w:t xml:space="preserve"> </w:t>
            </w:r>
            <w:r>
              <w:rPr>
                <w:rFonts w:ascii="Times New Roman" w:eastAsia="Times New Roman" w:hAnsi="Times New Roman"/>
                <w:i/>
                <w:highlight w:val="cyan"/>
              </w:rPr>
              <w:t>lembut</w:t>
            </w:r>
            <w:r>
              <w:rPr>
                <w:rFonts w:ascii="Times New Roman" w:eastAsia="Times New Roman" w:hAnsi="Times New Roman"/>
                <w:i/>
              </w:rPr>
              <w:t xml:space="preserve"> terhadap tamu.”</w:t>
            </w:r>
          </w:p>
          <w:p w14:paraId="65EE6D6F" w14:textId="77777777" w:rsidR="00424691" w:rsidRDefault="00800ACF">
            <w:r>
              <w:rPr>
                <w:rFonts w:ascii="Times New Roman" w:eastAsia="Times New Roman" w:hAnsi="Times New Roman"/>
                <w:i/>
              </w:rPr>
              <w:t xml:space="preserve">2. “Mendengarkan </w:t>
            </w:r>
            <w:r>
              <w:rPr>
                <w:rFonts w:ascii="Times New Roman" w:eastAsia="Times New Roman" w:hAnsi="Times New Roman"/>
                <w:i/>
                <w:highlight w:val="cyan"/>
              </w:rPr>
              <w:t>keluhan</w:t>
            </w:r>
            <w:r>
              <w:rPr>
                <w:rFonts w:ascii="Times New Roman" w:eastAsia="Times New Roman" w:hAnsi="Times New Roman"/>
                <w:i/>
              </w:rPr>
              <w:t xml:space="preserve"> tamu dengan baik dan tidak pandang bulu semua tamu sama.”</w:t>
            </w:r>
          </w:p>
        </w:tc>
        <w:tc>
          <w:tcPr>
            <w:tcW w:w="2620" w:type="dxa"/>
            <w:tcMar>
              <w:top w:w="90" w:type="dxa"/>
              <w:left w:w="100" w:type="dxa"/>
              <w:bottom w:w="90" w:type="dxa"/>
              <w:right w:w="100" w:type="dxa"/>
            </w:tcMar>
            <w:hideMark/>
          </w:tcPr>
          <w:p w14:paraId="06E93277" w14:textId="77777777" w:rsidR="00424691" w:rsidRDefault="00800ACF">
            <w:pPr>
              <w:jc w:val="center"/>
            </w:pPr>
            <w:r>
              <w:rPr>
                <w:rFonts w:ascii="Times New Roman" w:eastAsia="Times New Roman" w:hAnsi="Times New Roman"/>
              </w:rPr>
              <w:t>Standar pelayanan dan Omotenashi</w:t>
            </w:r>
          </w:p>
        </w:tc>
        <w:tc>
          <w:tcPr>
            <w:tcW w:w="1296" w:type="dxa"/>
            <w:tcMar>
              <w:top w:w="90" w:type="dxa"/>
              <w:left w:w="100" w:type="dxa"/>
              <w:bottom w:w="90" w:type="dxa"/>
              <w:right w:w="100" w:type="dxa"/>
            </w:tcMar>
            <w:hideMark/>
          </w:tcPr>
          <w:p w14:paraId="3B41AB5D" w14:textId="77777777" w:rsidR="00424691" w:rsidRDefault="00800ACF">
            <w:pPr>
              <w:jc w:val="center"/>
            </w:pPr>
            <w:r>
              <w:rPr>
                <w:rFonts w:ascii="Times New Roman" w:eastAsia="Times New Roman" w:hAnsi="Times New Roman"/>
                <w:b/>
              </w:rPr>
              <w:t>TEK-3</w:t>
            </w:r>
          </w:p>
        </w:tc>
      </w:tr>
    </w:tbl>
    <w:p w14:paraId="046FF4B5" w14:textId="77777777" w:rsidR="001B4B15" w:rsidRPr="00F87674" w:rsidRDefault="00F87674" w:rsidP="00F87674">
      <w:pPr>
        <w:spacing w:before="240" w:after="0" w:line="360" w:lineRule="auto"/>
        <w:ind w:left="709" w:firstLine="567"/>
        <w:jc w:val="both"/>
        <w:rPr>
          <w:rFonts w:ascii="Times New Roman" w:hAnsi="Times New Roman" w:cs="Times New Roman"/>
          <w:sz w:val="24"/>
          <w:szCs w:val="24"/>
          <w:lang w:val="en-ID"/>
        </w:rPr>
      </w:pPr>
      <w:proofErr w:type="spellStart"/>
      <w:r w:rsidRPr="00F87674">
        <w:rPr>
          <w:rFonts w:ascii="Times New Roman" w:hAnsi="Times New Roman" w:cs="Times New Roman"/>
          <w:sz w:val="24"/>
          <w:szCs w:val="24"/>
          <w:lang w:val="en-ID"/>
        </w:rPr>
        <w:t>Berdasarkan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hasil</w:t>
      </w:r>
      <w:proofErr w:type="spellEnd"/>
      <w:r w:rsidRPr="00F87674">
        <w:rPr>
          <w:rFonts w:ascii="Times New Roman" w:hAnsi="Times New Roman" w:cs="Times New Roman"/>
          <w:sz w:val="24"/>
          <w:szCs w:val="24"/>
          <w:lang w:val="en-ID"/>
        </w:rPr>
        <w:t xml:space="preserve"> coding, data </w:t>
      </w:r>
      <w:proofErr w:type="spellStart"/>
      <w:r w:rsidRPr="00F87674">
        <w:rPr>
          <w:rFonts w:ascii="Times New Roman" w:hAnsi="Times New Roman" w:cs="Times New Roman"/>
          <w:sz w:val="24"/>
          <w:szCs w:val="24"/>
          <w:lang w:val="en-ID"/>
        </w:rPr>
        <w:t>mengenai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tuntutan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bekerja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cepat</w:t>
      </w:r>
      <w:proofErr w:type="spellEnd"/>
      <w:r w:rsidRPr="00F87674">
        <w:rPr>
          <w:rFonts w:ascii="Times New Roman" w:hAnsi="Times New Roman" w:cs="Times New Roman"/>
          <w:sz w:val="24"/>
          <w:szCs w:val="24"/>
          <w:lang w:val="en-ID"/>
        </w:rPr>
        <w:t xml:space="preserve"> dan </w:t>
      </w:r>
      <w:proofErr w:type="spellStart"/>
      <w:r w:rsidRPr="00F87674">
        <w:rPr>
          <w:rFonts w:ascii="Times New Roman" w:hAnsi="Times New Roman" w:cs="Times New Roman"/>
          <w:sz w:val="24"/>
          <w:szCs w:val="24"/>
          <w:lang w:val="en-ID"/>
        </w:rPr>
        <w:t>teliti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dikelompokkan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dalam</w:t>
      </w:r>
      <w:proofErr w:type="spellEnd"/>
      <w:r w:rsidRPr="00F87674">
        <w:rPr>
          <w:rFonts w:ascii="Times New Roman" w:hAnsi="Times New Roman" w:cs="Times New Roman"/>
          <w:sz w:val="24"/>
          <w:szCs w:val="24"/>
          <w:lang w:val="en-ID"/>
        </w:rPr>
        <w:t xml:space="preserve"> TEK-1. Data </w:t>
      </w:r>
      <w:proofErr w:type="spellStart"/>
      <w:r w:rsidRPr="00F87674">
        <w:rPr>
          <w:rFonts w:ascii="Times New Roman" w:hAnsi="Times New Roman" w:cs="Times New Roman"/>
          <w:sz w:val="24"/>
          <w:szCs w:val="24"/>
          <w:lang w:val="en-ID"/>
        </w:rPr>
        <w:t>mengenai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kedisiplinan</w:t>
      </w:r>
      <w:proofErr w:type="spellEnd"/>
      <w:r w:rsidRPr="00F87674">
        <w:rPr>
          <w:rFonts w:ascii="Times New Roman" w:hAnsi="Times New Roman" w:cs="Times New Roman"/>
          <w:sz w:val="24"/>
          <w:szCs w:val="24"/>
          <w:lang w:val="en-ID"/>
        </w:rPr>
        <w:t xml:space="preserve"> dan </w:t>
      </w:r>
      <w:proofErr w:type="spellStart"/>
      <w:r w:rsidRPr="00F87674">
        <w:rPr>
          <w:rFonts w:ascii="Times New Roman" w:hAnsi="Times New Roman" w:cs="Times New Roman"/>
          <w:sz w:val="24"/>
          <w:szCs w:val="24"/>
          <w:lang w:val="en-ID"/>
        </w:rPr>
        <w:t>ketepatan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waktu</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dikelompokkan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dalam</w:t>
      </w:r>
      <w:proofErr w:type="spellEnd"/>
      <w:r w:rsidRPr="00F87674">
        <w:rPr>
          <w:rFonts w:ascii="Times New Roman" w:hAnsi="Times New Roman" w:cs="Times New Roman"/>
          <w:sz w:val="24"/>
          <w:szCs w:val="24"/>
          <w:lang w:val="en-ID"/>
        </w:rPr>
        <w:t xml:space="preserve"> TEK-2, </w:t>
      </w:r>
      <w:proofErr w:type="spellStart"/>
      <w:r w:rsidRPr="00F87674">
        <w:rPr>
          <w:rFonts w:ascii="Times New Roman" w:hAnsi="Times New Roman" w:cs="Times New Roman"/>
          <w:sz w:val="24"/>
          <w:szCs w:val="24"/>
          <w:lang w:val="en-ID"/>
        </w:rPr>
        <w:t>sedangkan</w:t>
      </w:r>
      <w:proofErr w:type="spellEnd"/>
      <w:r w:rsidRPr="00F87674">
        <w:rPr>
          <w:rFonts w:ascii="Times New Roman" w:hAnsi="Times New Roman" w:cs="Times New Roman"/>
          <w:sz w:val="24"/>
          <w:szCs w:val="24"/>
          <w:lang w:val="en-ID"/>
        </w:rPr>
        <w:t xml:space="preserve"> data </w:t>
      </w:r>
      <w:proofErr w:type="spellStart"/>
      <w:r w:rsidRPr="00F87674">
        <w:rPr>
          <w:rFonts w:ascii="Times New Roman" w:hAnsi="Times New Roman" w:cs="Times New Roman"/>
          <w:sz w:val="24"/>
          <w:szCs w:val="24"/>
          <w:lang w:val="en-ID"/>
        </w:rPr>
        <w:t>mengenai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pelayanan</w:t>
      </w:r>
      <w:proofErr w:type="spellEnd"/>
      <w:r w:rsidRPr="00F87674">
        <w:rPr>
          <w:rFonts w:ascii="Times New Roman" w:hAnsi="Times New Roman" w:cs="Times New Roman"/>
          <w:sz w:val="24"/>
          <w:szCs w:val="24"/>
          <w:lang w:val="en-ID"/>
        </w:rPr>
        <w:t xml:space="preserve"> dan </w:t>
      </w:r>
      <w:proofErr w:type="spellStart"/>
      <w:r w:rsidRPr="00F87674">
        <w:rPr>
          <w:rFonts w:ascii="Times New Roman" w:hAnsi="Times New Roman" w:cs="Times New Roman"/>
          <w:sz w:val="24"/>
          <w:szCs w:val="24"/>
          <w:lang w:val="en-ID"/>
        </w:rPr>
        <w:t>Omotenashi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dikelompokkan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dalam</w:t>
      </w:r>
      <w:proofErr w:type="spellEnd"/>
      <w:r w:rsidRPr="00F87674">
        <w:rPr>
          <w:rFonts w:ascii="Times New Roman" w:hAnsi="Times New Roman" w:cs="Times New Roman"/>
          <w:sz w:val="24"/>
          <w:szCs w:val="24"/>
          <w:lang w:val="en-ID"/>
        </w:rPr>
        <w:t xml:space="preserve"> TEK-3.</w:t>
      </w:r>
    </w:p>
    <w:p w14:paraId="560B6D43" w14:textId="77777777" w:rsidR="008951DC" w:rsidRPr="00D11FAA" w:rsidRDefault="008951DC">
      <w:pPr>
        <w:pStyle w:val="Heading3"/>
        <w:numPr>
          <w:ilvl w:val="0"/>
          <w:numId w:val="34"/>
        </w:numPr>
        <w:spacing w:before="0" w:line="360" w:lineRule="auto"/>
        <w:ind w:left="567"/>
        <w:rPr>
          <w:rFonts w:ascii="Times New Roman" w:hAnsi="Times New Roman" w:cs="Times New Roman"/>
          <w:b w:val="0"/>
          <w:bCs w:val="0"/>
          <w:color w:val="auto"/>
          <w:sz w:val="24"/>
          <w:szCs w:val="24"/>
          <w:lang w:val="en-ID"/>
        </w:rPr>
      </w:pPr>
      <w:bookmarkStart w:id="54" w:name="_Toc238448315"/>
      <w:proofErr w:type="spellStart"/>
      <w:r w:rsidRPr="00D11FAA">
        <w:rPr>
          <w:rFonts w:ascii="Times New Roman" w:hAnsi="Times New Roman" w:cs="Times New Roman"/>
          <w:b w:val="0"/>
          <w:bCs w:val="0"/>
          <w:color w:val="auto"/>
          <w:sz w:val="24"/>
          <w:szCs w:val="24"/>
          <w:lang w:val="en-ID"/>
        </w:rPr>
        <w:t>Penyajian</w:t>
      </w:r>
      <w:proofErr w:type="spellEnd"/>
      <w:r w:rsidRPr="00D11FAA">
        <w:rPr>
          <w:rFonts w:ascii="Times New Roman" w:hAnsi="Times New Roman" w:cs="Times New Roman"/>
          <w:b w:val="0"/>
          <w:bCs w:val="0"/>
          <w:color w:val="auto"/>
          <w:sz w:val="24"/>
          <w:szCs w:val="24"/>
          <w:lang w:val="en-ID"/>
        </w:rPr>
        <w:t xml:space="preserve"> Data</w:t>
      </w:r>
      <w:bookmarkEnd w:id="54"/>
    </w:p>
    <w:p w14:paraId="0F6B954F" w14:textId="77777777" w:rsidR="008951DC" w:rsidRPr="00D11FAA" w:rsidRDefault="008951DC">
      <w:pPr>
        <w:pStyle w:val="ListParagraph"/>
        <w:numPr>
          <w:ilvl w:val="0"/>
          <w:numId w:val="36"/>
        </w:numPr>
        <w:spacing w:after="0" w:line="360" w:lineRule="auto"/>
        <w:ind w:left="1134"/>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Tuntutan </w:t>
      </w:r>
      <w:proofErr w:type="spellStart"/>
      <w:r w:rsidRPr="00D11FAA">
        <w:rPr>
          <w:rFonts w:ascii="Times New Roman" w:hAnsi="Times New Roman" w:cs="Times New Roman"/>
          <w:sz w:val="24"/>
          <w:szCs w:val="24"/>
          <w:lang w:val="en-ID"/>
        </w:rPr>
        <w:t>kecepatan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ketelitian</w:t>
      </w:r>
      <w:proofErr w:type="spellEnd"/>
    </w:p>
    <w:p w14:paraId="2D4BB5BE"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pertama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adalah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tuntutan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cepat</w:t>
      </w:r>
      <w:proofErr w:type="spellEnd"/>
      <w:r w:rsidRPr="00D11FAA">
        <w:rPr>
          <w:rFonts w:ascii="Times New Roman" w:hAnsi="Times New Roman" w:cs="Times New Roman"/>
          <w:sz w:val="24"/>
          <w:szCs w:val="24"/>
          <w:lang w:val="en-ID"/>
        </w:rPr>
        <w:t xml:space="preserve"> dan detail.</w:t>
      </w:r>
    </w:p>
    <w:p w14:paraId="4C87FCC9"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R-13 </w:t>
      </w:r>
      <w:proofErr w:type="spellStart"/>
      <w:r w:rsidRPr="00D11FAA">
        <w:rPr>
          <w:rFonts w:ascii="Times New Roman" w:hAnsi="Times New Roman" w:cs="Times New Roman"/>
          <w:sz w:val="24"/>
          <w:szCs w:val="24"/>
          <w:lang w:val="en-ID"/>
        </w:rPr>
        <w:t>menjelaskan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pekerjaan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harus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dilakukan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yellow"/>
          <w:lang w:val="en-ID"/>
        </w:rPr>
        <w:t>cepat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sekaligus</w:t>
      </w:r>
      <w:proofErr w:type="spellEnd"/>
      <w:r w:rsidRPr="00D11FAA">
        <w:rPr>
          <w:rFonts w:ascii="Times New Roman" w:hAnsi="Times New Roman" w:cs="Times New Roman"/>
          <w:sz w:val="24"/>
          <w:szCs w:val="24"/>
          <w:highlight w:val="yellow"/>
          <w:lang w:val="en-ID"/>
        </w:rPr>
        <w:t xml:space="preserve"> detail </w:t>
      </w:r>
      <w:proofErr w:type="spellStart"/>
      <w:r w:rsidRPr="00D11FAA">
        <w:rPr>
          <w:rFonts w:ascii="Times New Roman" w:hAnsi="Times New Roman" w:cs="Times New Roman"/>
          <w:sz w:val="24"/>
          <w:szCs w:val="24"/>
          <w:lang w:val="en-ID"/>
        </w:rPr>
        <w:t>tanpa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menjadikan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yellow"/>
          <w:lang w:val="en-ID"/>
        </w:rPr>
        <w:t>ketelitian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sebagai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alasan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lambat</w:t>
      </w:r>
      <w:proofErr w:type="spellEnd"/>
      <w:r w:rsidRPr="00D11FAA">
        <w:rPr>
          <w:rFonts w:ascii="Times New Roman" w:hAnsi="Times New Roman" w:cs="Times New Roman"/>
          <w:sz w:val="24"/>
          <w:szCs w:val="24"/>
          <w:lang w:val="en-ID"/>
        </w:rPr>
        <w:t xml:space="preserve">. </w:t>
      </w:r>
    </w:p>
    <w:p w14:paraId="17F97ECB"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R-8 juga </w:t>
      </w:r>
      <w:proofErr w:type="spellStart"/>
      <w:r w:rsidRPr="00D11FAA">
        <w:rPr>
          <w:rFonts w:ascii="Times New Roman" w:hAnsi="Times New Roman" w:cs="Times New Roman"/>
          <w:sz w:val="24"/>
          <w:szCs w:val="24"/>
          <w:lang w:val="en-ID"/>
        </w:rPr>
        <w:t>menjelaskan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bekerja</w:t>
      </w:r>
      <w:proofErr w:type="spellEnd"/>
      <w:r w:rsidRPr="00D11FAA">
        <w:rPr>
          <w:rFonts w:ascii="Times New Roman" w:hAnsi="Times New Roman" w:cs="Times New Roman"/>
          <w:sz w:val="24"/>
          <w:szCs w:val="24"/>
          <w:lang w:val="en-ID"/>
        </w:rPr>
        <w:t xml:space="preserve"> di </w:t>
      </w:r>
      <w:proofErr w:type="spellStart"/>
      <w:r w:rsidRPr="00D11FAA">
        <w:rPr>
          <w:rFonts w:ascii="Times New Roman" w:hAnsi="Times New Roman" w:cs="Times New Roman"/>
          <w:sz w:val="24"/>
          <w:szCs w:val="24"/>
          <w:lang w:val="en-ID"/>
        </w:rPr>
        <w:t>bawah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yellow"/>
          <w:lang w:val="en-ID"/>
        </w:rPr>
        <w:t>tekanan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yellow"/>
          <w:lang w:val="en-ID"/>
        </w:rPr>
        <w:t>waktu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merupakan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pengalaman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baru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baginya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sedangkan</w:t>
      </w:r>
      <w:proofErr w:type="spellEnd"/>
      <w:r w:rsidRPr="00D11FAA">
        <w:rPr>
          <w:rFonts w:ascii="Times New Roman" w:hAnsi="Times New Roman" w:cs="Times New Roman"/>
          <w:sz w:val="24"/>
          <w:szCs w:val="24"/>
          <w:lang w:val="en-ID"/>
        </w:rPr>
        <w:t xml:space="preserve"> R-9 </w:t>
      </w:r>
      <w:proofErr w:type="spellStart"/>
      <w:r w:rsidRPr="00D11FAA">
        <w:rPr>
          <w:rFonts w:ascii="Times New Roman" w:hAnsi="Times New Roman" w:cs="Times New Roman"/>
          <w:sz w:val="24"/>
          <w:szCs w:val="24"/>
          <w:lang w:val="en-ID"/>
        </w:rPr>
        <w:t>mengalami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kesulitan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menentukan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yellow"/>
          <w:lang w:val="en-ID"/>
        </w:rPr>
        <w:t>tahapan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yellow"/>
          <w:lang w:val="en-ID"/>
        </w:rPr>
        <w:t>pekerjaan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harus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dilakukan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terlebih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dahulu</w:t>
      </w:r>
      <w:proofErr w:type="spellEnd"/>
      <w:r w:rsidRPr="00D11FAA">
        <w:rPr>
          <w:rFonts w:ascii="Times New Roman" w:hAnsi="Times New Roman" w:cs="Times New Roman"/>
          <w:sz w:val="24"/>
          <w:szCs w:val="24"/>
          <w:lang w:val="en-ID"/>
        </w:rPr>
        <w:t xml:space="preserve">. </w:t>
      </w:r>
    </w:p>
    <w:p w14:paraId="5981E811"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Temuan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terletak</w:t>
      </w:r>
      <w:proofErr w:type="spellEnd"/>
      <w:r w:rsidRPr="00D11FAA">
        <w:rPr>
          <w:rFonts w:ascii="Times New Roman" w:hAnsi="Times New Roman" w:cs="Times New Roman"/>
          <w:sz w:val="24"/>
          <w:szCs w:val="24"/>
          <w:lang w:val="en-ID"/>
        </w:rPr>
        <w:t xml:space="preserve"> pada </w:t>
      </w:r>
      <w:proofErr w:type="spellStart"/>
      <w:r w:rsidRPr="00D11FAA">
        <w:rPr>
          <w:rFonts w:ascii="Times New Roman" w:hAnsi="Times New Roman" w:cs="Times New Roman"/>
          <w:sz w:val="24"/>
          <w:szCs w:val="24"/>
          <w:lang w:val="en-ID"/>
        </w:rPr>
        <w:t>banyaknya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pekerjaan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tetapi</w:t>
      </w:r>
      <w:proofErr w:type="spellEnd"/>
      <w:r w:rsidRPr="00D11FAA">
        <w:rPr>
          <w:rFonts w:ascii="Times New Roman" w:hAnsi="Times New Roman" w:cs="Times New Roman"/>
          <w:sz w:val="24"/>
          <w:szCs w:val="24"/>
          <w:lang w:val="en-ID"/>
        </w:rPr>
        <w:t xml:space="preserve"> pada </w:t>
      </w:r>
      <w:proofErr w:type="spellStart"/>
      <w:r w:rsidRPr="00D11FAA">
        <w:rPr>
          <w:rFonts w:ascii="Times New Roman" w:hAnsi="Times New Roman" w:cs="Times New Roman"/>
          <w:sz w:val="24"/>
          <w:szCs w:val="24"/>
          <w:lang w:val="en-ID"/>
        </w:rPr>
        <w:t>tuntutan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menyelesaikan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pekerjaan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cepat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tepat</w:t>
      </w:r>
      <w:proofErr w:type="spellEnd"/>
      <w:r w:rsidRPr="00D11FAA">
        <w:rPr>
          <w:rFonts w:ascii="Times New Roman" w:hAnsi="Times New Roman" w:cs="Times New Roman"/>
          <w:sz w:val="24"/>
          <w:szCs w:val="24"/>
          <w:lang w:val="en-ID"/>
        </w:rPr>
        <w:t xml:space="preserve">, dan minim </w:t>
      </w:r>
      <w:proofErr w:type="spellStart"/>
      <w:r w:rsidRPr="00D11FAA">
        <w:rPr>
          <w:rFonts w:ascii="Times New Roman" w:hAnsi="Times New Roman" w:cs="Times New Roman"/>
          <w:sz w:val="24"/>
          <w:szCs w:val="24"/>
          <w:lang w:val="en-ID"/>
        </w:rPr>
        <w:t>kesalahan</w:t>
      </w:r>
      <w:proofErr w:type="spellEnd"/>
      <w:r w:rsidRPr="00D11FAA">
        <w:rPr>
          <w:rFonts w:ascii="Times New Roman" w:hAnsi="Times New Roman" w:cs="Times New Roman"/>
          <w:sz w:val="24"/>
          <w:szCs w:val="24"/>
          <w:lang w:val="en-ID"/>
        </w:rPr>
        <w:t>.</w:t>
      </w:r>
    </w:p>
    <w:p w14:paraId="67B0C876"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Bagi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belum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terbiasa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pola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proses </w:t>
      </w: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membutuhkan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menentukan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prioritas</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mengatur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waktu</w:t>
      </w:r>
      <w:proofErr w:type="spellEnd"/>
      <w:r w:rsidRPr="00D11FAA">
        <w:rPr>
          <w:rFonts w:ascii="Times New Roman" w:hAnsi="Times New Roman" w:cs="Times New Roman"/>
          <w:sz w:val="24"/>
          <w:szCs w:val="24"/>
          <w:lang w:val="en-ID"/>
        </w:rPr>
        <w:t>.</w:t>
      </w:r>
    </w:p>
    <w:p w14:paraId="0407537A" w14:textId="77777777" w:rsidR="008951DC" w:rsidRPr="00D11FAA" w:rsidRDefault="008951DC">
      <w:pPr>
        <w:pStyle w:val="ListParagraph"/>
        <w:numPr>
          <w:ilvl w:val="0"/>
          <w:numId w:val="36"/>
        </w:numPr>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Kedisiplinan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ketepatan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waktu</w:t>
      </w:r>
      <w:proofErr w:type="spellEnd"/>
    </w:p>
    <w:p w14:paraId="281A256C"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Aspek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berikutnya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adalah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kedisiplinan</w:t>
      </w:r>
      <w:proofErr w:type="spellEnd"/>
      <w:r w:rsidRPr="00D11FAA">
        <w:rPr>
          <w:rFonts w:ascii="Times New Roman" w:hAnsi="Times New Roman" w:cs="Times New Roman"/>
          <w:sz w:val="24"/>
          <w:szCs w:val="24"/>
          <w:lang w:val="en-ID"/>
        </w:rPr>
        <w:t>.</w:t>
      </w:r>
    </w:p>
    <w:p w14:paraId="0E1A5942" w14:textId="77777777" w:rsidR="008951DC" w:rsidRPr="00D11FAA" w:rsidRDefault="008951DC" w:rsidP="00D11FAA">
      <w:pPr>
        <w:spacing w:after="0" w:line="360" w:lineRule="auto"/>
        <w:ind w:left="1134"/>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R-6 </w:t>
      </w:r>
      <w:proofErr w:type="spellStart"/>
      <w:r w:rsidRPr="00D11FAA">
        <w:rPr>
          <w:rFonts w:ascii="Times New Roman" w:hAnsi="Times New Roman" w:cs="Times New Roman"/>
          <w:sz w:val="24"/>
          <w:szCs w:val="24"/>
          <w:lang w:val="en-ID"/>
        </w:rPr>
        <w:t>menjelaskan</w:t>
      </w:r>
      <w:proofErr w:type="spellEnd"/>
      <w:r w:rsidRPr="00D11FAA">
        <w:rPr>
          <w:rFonts w:ascii="Times New Roman" w:hAnsi="Times New Roman" w:cs="Times New Roman"/>
          <w:sz w:val="24"/>
          <w:szCs w:val="24"/>
          <w:lang w:val="en-ID"/>
        </w:rPr>
        <w:t>:</w:t>
      </w:r>
    </w:p>
    <w:p w14:paraId="23DEF539" w14:textId="77777777" w:rsidR="008951DC" w:rsidRPr="00D11FAA" w:rsidRDefault="008951DC" w:rsidP="00D11FAA">
      <w:pPr>
        <w:spacing w:after="0" w:line="360" w:lineRule="auto"/>
        <w:ind w:left="1134"/>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w:t>
      </w:r>
      <w:proofErr w:type="spellStart"/>
      <w:r w:rsidRPr="00D11FAA">
        <w:rPr>
          <w:rFonts w:ascii="Times New Roman" w:hAnsi="Times New Roman" w:cs="Times New Roman"/>
          <w:i/>
          <w:iCs/>
          <w:sz w:val="24"/>
          <w:szCs w:val="24"/>
          <w:highlight w:val="green"/>
          <w:lang w:val="en-ID"/>
        </w:rPr>
        <w:t>Istirahatnya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satu</w:t>
      </w:r>
      <w:proofErr w:type="spellEnd"/>
      <w:r w:rsidRPr="00D11FAA">
        <w:rPr>
          <w:rFonts w:ascii="Times New Roman" w:hAnsi="Times New Roman" w:cs="Times New Roman"/>
          <w:i/>
          <w:iCs/>
          <w:sz w:val="24"/>
          <w:szCs w:val="24"/>
          <w:highlight w:val="green"/>
          <w:lang w:val="en-ID"/>
        </w:rPr>
        <w:t xml:space="preserve"> jam </w:t>
      </w:r>
      <w:proofErr w:type="spellStart"/>
      <w:r w:rsidRPr="00D11FAA">
        <w:rPr>
          <w:rFonts w:ascii="Times New Roman" w:hAnsi="Times New Roman" w:cs="Times New Roman"/>
          <w:i/>
          <w:iCs/>
          <w:sz w:val="24"/>
          <w:szCs w:val="24"/>
          <w:lang w:val="en-ID"/>
        </w:rPr>
        <w:t>tapi</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tidak</w:t>
      </w:r>
      <w:proofErr w:type="spellEnd"/>
      <w:r w:rsidRPr="00D11FAA">
        <w:rPr>
          <w:rFonts w:ascii="Times New Roman" w:hAnsi="Times New Roman" w:cs="Times New Roman"/>
          <w:i/>
          <w:iCs/>
          <w:sz w:val="24"/>
          <w:szCs w:val="24"/>
          <w:lang w:val="en-ID"/>
        </w:rPr>
        <w:t xml:space="preserve"> pas </w:t>
      </w:r>
      <w:proofErr w:type="spellStart"/>
      <w:r w:rsidRPr="00D11FAA">
        <w:rPr>
          <w:rFonts w:ascii="Times New Roman" w:hAnsi="Times New Roman" w:cs="Times New Roman"/>
          <w:i/>
          <w:iCs/>
          <w:sz w:val="24"/>
          <w:szCs w:val="24"/>
          <w:lang w:val="en-ID"/>
        </w:rPr>
        <w:t>satu</w:t>
      </w:r>
      <w:proofErr w:type="spellEnd"/>
      <w:r w:rsidRPr="00D11FAA">
        <w:rPr>
          <w:rFonts w:ascii="Times New Roman" w:hAnsi="Times New Roman" w:cs="Times New Roman"/>
          <w:i/>
          <w:iCs/>
          <w:sz w:val="24"/>
          <w:szCs w:val="24"/>
          <w:highlight w:val="green"/>
          <w:lang w:val="en-ID"/>
        </w:rPr>
        <w:t xml:space="preserve"> jam </w:t>
      </w:r>
      <w:proofErr w:type="spellStart"/>
      <w:r w:rsidRPr="00D11FAA">
        <w:rPr>
          <w:rFonts w:ascii="Times New Roman" w:hAnsi="Times New Roman" w:cs="Times New Roman"/>
          <w:i/>
          <w:iCs/>
          <w:sz w:val="24"/>
          <w:szCs w:val="24"/>
          <w:lang w:val="en-ID"/>
        </w:rPr>
        <w:t>karena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harus</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ada</w:t>
      </w:r>
      <w:proofErr w:type="spellEnd"/>
      <w:r w:rsidRPr="00D11FAA">
        <w:rPr>
          <w:rFonts w:ascii="Times New Roman" w:hAnsi="Times New Roman" w:cs="Times New Roman"/>
          <w:i/>
          <w:iCs/>
          <w:sz w:val="24"/>
          <w:szCs w:val="24"/>
          <w:lang w:val="en-ID"/>
        </w:rPr>
        <w:t xml:space="preserve"> di </w:t>
      </w:r>
      <w:proofErr w:type="spellStart"/>
      <w:r w:rsidRPr="00D11FAA">
        <w:rPr>
          <w:rFonts w:ascii="Times New Roman" w:hAnsi="Times New Roman" w:cs="Times New Roman"/>
          <w:i/>
          <w:iCs/>
          <w:sz w:val="24"/>
          <w:szCs w:val="24"/>
          <w:highlight w:val="green"/>
          <w:lang w:val="en-ID"/>
        </w:rPr>
        <w:t>tempat</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green"/>
          <w:lang w:val="en-ID"/>
        </w:rPr>
        <w:t>kerja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green"/>
          <w:lang w:val="en-ID"/>
        </w:rPr>
        <w:t>sebelum</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satu</w:t>
      </w:r>
      <w:proofErr w:type="spellEnd"/>
      <w:r w:rsidRPr="00D11FAA">
        <w:rPr>
          <w:rFonts w:ascii="Times New Roman" w:hAnsi="Times New Roman" w:cs="Times New Roman"/>
          <w:i/>
          <w:iCs/>
          <w:sz w:val="24"/>
          <w:szCs w:val="24"/>
          <w:highlight w:val="green"/>
          <w:lang w:val="en-ID"/>
        </w:rPr>
        <w:t xml:space="preserve"> jam</w:t>
      </w:r>
      <w:r w:rsidRPr="00D11FAA">
        <w:rPr>
          <w:rFonts w:ascii="Times New Roman" w:hAnsi="Times New Roman" w:cs="Times New Roman"/>
          <w:sz w:val="24"/>
          <w:szCs w:val="24"/>
          <w:lang w:val="en-ID"/>
        </w:rPr>
        <w:t xml:space="preserve">.” (R-6). </w:t>
      </w:r>
    </w:p>
    <w:p w14:paraId="3B7240AF"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Pernyataan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ketepatan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waktu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berkaitan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jam </w:t>
      </w:r>
      <w:proofErr w:type="spellStart"/>
      <w:r w:rsidRPr="00D11FAA">
        <w:rPr>
          <w:rFonts w:ascii="Times New Roman" w:hAnsi="Times New Roman" w:cs="Times New Roman"/>
          <w:sz w:val="24"/>
          <w:szCs w:val="24"/>
          <w:lang w:val="en-ID"/>
        </w:rPr>
        <w:t>masuk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Pekerja</w:t>
      </w:r>
      <w:proofErr w:type="spellEnd"/>
      <w:r w:rsidRPr="00D11FAA">
        <w:rPr>
          <w:rFonts w:ascii="Times New Roman" w:hAnsi="Times New Roman" w:cs="Times New Roman"/>
          <w:sz w:val="24"/>
          <w:szCs w:val="24"/>
          <w:lang w:val="en-ID"/>
        </w:rPr>
        <w:t xml:space="preserve"> juga </w:t>
      </w:r>
      <w:proofErr w:type="spellStart"/>
      <w:r w:rsidRPr="00D11FAA">
        <w:rPr>
          <w:rFonts w:ascii="Times New Roman" w:hAnsi="Times New Roman" w:cs="Times New Roman"/>
          <w:sz w:val="24"/>
          <w:szCs w:val="24"/>
          <w:lang w:val="en-ID"/>
        </w:rPr>
        <w:t>diharapkan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sebelum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aktivitas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dimulai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kembali</w:t>
      </w:r>
      <w:proofErr w:type="spellEnd"/>
      <w:r w:rsidRPr="00D11FAA">
        <w:rPr>
          <w:rFonts w:ascii="Times New Roman" w:hAnsi="Times New Roman" w:cs="Times New Roman"/>
          <w:sz w:val="24"/>
          <w:szCs w:val="24"/>
          <w:lang w:val="en-ID"/>
        </w:rPr>
        <w:t>.</w:t>
      </w:r>
    </w:p>
    <w:p w14:paraId="29283D29"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demikian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kedisiplinan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menjadi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bagian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standar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profesional</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perlu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dipahami</w:t>
      </w:r>
      <w:proofErr w:type="spellEnd"/>
      <w:r w:rsidRPr="00D11FAA">
        <w:rPr>
          <w:rFonts w:ascii="Times New Roman" w:hAnsi="Times New Roman" w:cs="Times New Roman"/>
          <w:sz w:val="24"/>
          <w:szCs w:val="24"/>
          <w:lang w:val="en-ID"/>
        </w:rPr>
        <w:t xml:space="preserve"> oleh </w:t>
      </w:r>
      <w:proofErr w:type="spellStart"/>
      <w:r w:rsidRPr="00D11FAA">
        <w:rPr>
          <w:rFonts w:ascii="Times New Roman" w:hAnsi="Times New Roman" w:cs="Times New Roman"/>
          <w:sz w:val="24"/>
          <w:szCs w:val="24"/>
          <w:lang w:val="en-ID"/>
        </w:rPr>
        <w:t>tenaga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asing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memasuki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w:t>
      </w:r>
    </w:p>
    <w:p w14:paraId="07BF2198" w14:textId="77777777" w:rsidR="008951DC" w:rsidRPr="00D11FAA" w:rsidRDefault="008951DC">
      <w:pPr>
        <w:pStyle w:val="ListParagraph"/>
        <w:numPr>
          <w:ilvl w:val="0"/>
          <w:numId w:val="36"/>
        </w:numPr>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Standar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Omotenashi</w:t>
      </w:r>
      <w:proofErr w:type="spellEnd"/>
    </w:p>
    <w:p w14:paraId="4A787393"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juga </w:t>
      </w:r>
      <w:proofErr w:type="spellStart"/>
      <w:r w:rsidRPr="00D11FAA">
        <w:rPr>
          <w:rFonts w:ascii="Times New Roman" w:hAnsi="Times New Roman" w:cs="Times New Roman"/>
          <w:sz w:val="24"/>
          <w:szCs w:val="24"/>
          <w:lang w:val="en-ID"/>
        </w:rPr>
        <w:t>terlihat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standar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kepada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tamu</w:t>
      </w:r>
      <w:proofErr w:type="spellEnd"/>
      <w:r w:rsidRPr="00D11FAA">
        <w:rPr>
          <w:rFonts w:ascii="Times New Roman" w:hAnsi="Times New Roman" w:cs="Times New Roman"/>
          <w:sz w:val="24"/>
          <w:szCs w:val="24"/>
          <w:lang w:val="en-ID"/>
        </w:rPr>
        <w:t>.</w:t>
      </w:r>
    </w:p>
    <w:p w14:paraId="09F6A074" w14:textId="77777777" w:rsidR="008951DC" w:rsidRPr="00D11FAA" w:rsidRDefault="008951DC" w:rsidP="00D11FAA">
      <w:pPr>
        <w:spacing w:after="0" w:line="360" w:lineRule="auto"/>
        <w:ind w:left="1134"/>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R-2 </w:t>
      </w:r>
      <w:proofErr w:type="spellStart"/>
      <w:r w:rsidRPr="00D11FAA">
        <w:rPr>
          <w:rFonts w:ascii="Times New Roman" w:hAnsi="Times New Roman" w:cs="Times New Roman"/>
          <w:sz w:val="24"/>
          <w:szCs w:val="24"/>
          <w:lang w:val="en-ID"/>
        </w:rPr>
        <w:t>menyampaikan</w:t>
      </w:r>
      <w:proofErr w:type="spellEnd"/>
      <w:r w:rsidRPr="00D11FAA">
        <w:rPr>
          <w:rFonts w:ascii="Times New Roman" w:hAnsi="Times New Roman" w:cs="Times New Roman"/>
          <w:sz w:val="24"/>
          <w:szCs w:val="24"/>
          <w:lang w:val="en-ID"/>
        </w:rPr>
        <w:t>:</w:t>
      </w:r>
    </w:p>
    <w:p w14:paraId="557631A5" w14:textId="77777777" w:rsidR="008951DC" w:rsidRPr="00D11FAA" w:rsidRDefault="008951DC" w:rsidP="00D11FAA">
      <w:pPr>
        <w:spacing w:after="0" w:line="360" w:lineRule="auto"/>
        <w:ind w:left="1134"/>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w:t>
      </w:r>
      <w:proofErr w:type="spellStart"/>
      <w:r w:rsidRPr="00D11FAA">
        <w:rPr>
          <w:rFonts w:ascii="Times New Roman" w:hAnsi="Times New Roman" w:cs="Times New Roman"/>
          <w:i/>
          <w:iCs/>
          <w:sz w:val="24"/>
          <w:szCs w:val="24"/>
          <w:lang w:val="en-ID"/>
        </w:rPr>
        <w:t>Budaya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cyan"/>
          <w:lang w:val="en-ID"/>
        </w:rPr>
        <w:t>senyum</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cyan"/>
          <w:lang w:val="en-ID"/>
        </w:rPr>
        <w:t>salam</w:t>
      </w:r>
      <w:proofErr w:type="spellEnd"/>
      <w:r w:rsidRPr="00D11FAA">
        <w:rPr>
          <w:rFonts w:ascii="Times New Roman" w:hAnsi="Times New Roman" w:cs="Times New Roman"/>
          <w:i/>
          <w:iCs/>
          <w:sz w:val="24"/>
          <w:szCs w:val="24"/>
          <w:lang w:val="en-ID"/>
        </w:rPr>
        <w:t xml:space="preserve"> dan </w:t>
      </w:r>
      <w:proofErr w:type="spellStart"/>
      <w:r w:rsidRPr="00D11FAA">
        <w:rPr>
          <w:rFonts w:ascii="Times New Roman" w:hAnsi="Times New Roman" w:cs="Times New Roman"/>
          <w:i/>
          <w:iCs/>
          <w:sz w:val="24"/>
          <w:szCs w:val="24"/>
          <w:highlight w:val="cyan"/>
          <w:lang w:val="en-ID"/>
        </w:rPr>
        <w:t>sapa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dijunjung</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sekali</w:t>
      </w:r>
      <w:proofErr w:type="spellEnd"/>
      <w:r w:rsidRPr="00D11FAA">
        <w:rPr>
          <w:rFonts w:ascii="Times New Roman" w:hAnsi="Times New Roman" w:cs="Times New Roman"/>
          <w:i/>
          <w:iCs/>
          <w:sz w:val="24"/>
          <w:szCs w:val="24"/>
          <w:lang w:val="en-ID"/>
        </w:rPr>
        <w:t xml:space="preserve"> di </w:t>
      </w:r>
      <w:proofErr w:type="spellStart"/>
      <w:r w:rsidRPr="00D11FAA">
        <w:rPr>
          <w:rFonts w:ascii="Times New Roman" w:hAnsi="Times New Roman" w:cs="Times New Roman"/>
          <w:i/>
          <w:iCs/>
          <w:sz w:val="24"/>
          <w:szCs w:val="24"/>
          <w:lang w:val="en-ID"/>
        </w:rPr>
        <w:t>Jepang</w:t>
      </w:r>
      <w:proofErr w:type="spellEnd"/>
      <w:r w:rsidRPr="00D11FAA">
        <w:rPr>
          <w:rFonts w:ascii="Times New Roman" w:hAnsi="Times New Roman" w:cs="Times New Roman"/>
          <w:i/>
          <w:iCs/>
          <w:sz w:val="24"/>
          <w:szCs w:val="24"/>
          <w:lang w:val="en-ID"/>
        </w:rPr>
        <w:t xml:space="preserve">... Kita </w:t>
      </w:r>
      <w:proofErr w:type="spellStart"/>
      <w:r w:rsidRPr="00D11FAA">
        <w:rPr>
          <w:rFonts w:ascii="Times New Roman" w:hAnsi="Times New Roman" w:cs="Times New Roman"/>
          <w:i/>
          <w:iCs/>
          <w:sz w:val="24"/>
          <w:szCs w:val="24"/>
          <w:lang w:val="en-ID"/>
        </w:rPr>
        <w:t>harus</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selalu</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cyan"/>
          <w:lang w:val="en-ID"/>
        </w:rPr>
        <w:t>berdiri</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cyan"/>
          <w:lang w:val="en-ID"/>
        </w:rPr>
        <w:t>siap</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cyan"/>
          <w:lang w:val="en-ID"/>
        </w:rPr>
        <w:t>tersenyum</w:t>
      </w:r>
      <w:proofErr w:type="spellEnd"/>
      <w:r w:rsidRPr="00D11FAA">
        <w:rPr>
          <w:rFonts w:ascii="Times New Roman" w:hAnsi="Times New Roman" w:cs="Times New Roman"/>
          <w:i/>
          <w:iCs/>
          <w:sz w:val="24"/>
          <w:szCs w:val="24"/>
          <w:lang w:val="en-ID"/>
        </w:rPr>
        <w:t xml:space="preserve"> dan </w:t>
      </w:r>
      <w:proofErr w:type="spellStart"/>
      <w:r w:rsidRPr="00D11FAA">
        <w:rPr>
          <w:rFonts w:ascii="Times New Roman" w:hAnsi="Times New Roman" w:cs="Times New Roman"/>
          <w:i/>
          <w:iCs/>
          <w:sz w:val="24"/>
          <w:szCs w:val="24"/>
          <w:highlight w:val="cyan"/>
          <w:lang w:val="en-ID"/>
        </w:rPr>
        <w:t>bertutur</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cyan"/>
          <w:lang w:val="en-ID"/>
        </w:rPr>
        <w:t>lembut</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terhadap</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tamu</w:t>
      </w:r>
      <w:proofErr w:type="spellEnd"/>
      <w:r w:rsidRPr="00D11FAA">
        <w:rPr>
          <w:rFonts w:ascii="Times New Roman" w:hAnsi="Times New Roman" w:cs="Times New Roman"/>
          <w:i/>
          <w:iCs/>
          <w:sz w:val="24"/>
          <w:szCs w:val="24"/>
          <w:lang w:val="en-ID"/>
        </w:rPr>
        <w:t>.</w:t>
      </w:r>
      <w:r w:rsidRPr="00D11FAA">
        <w:rPr>
          <w:rFonts w:ascii="Times New Roman" w:hAnsi="Times New Roman" w:cs="Times New Roman"/>
          <w:sz w:val="24"/>
          <w:szCs w:val="24"/>
          <w:lang w:val="en-ID"/>
        </w:rPr>
        <w:t xml:space="preserve">” (R-2). </w:t>
      </w:r>
    </w:p>
    <w:p w14:paraId="325B66ED"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R-6 </w:t>
      </w:r>
      <w:proofErr w:type="spellStart"/>
      <w:r w:rsidRPr="00D11FAA">
        <w:rPr>
          <w:rFonts w:ascii="Times New Roman" w:hAnsi="Times New Roman" w:cs="Times New Roman"/>
          <w:sz w:val="24"/>
          <w:szCs w:val="24"/>
          <w:lang w:val="en-ID"/>
        </w:rPr>
        <w:t>menekankan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pentingnya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mendengarkan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cyan"/>
          <w:lang w:val="en-ID"/>
        </w:rPr>
        <w:t>keluhan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cyan"/>
          <w:lang w:val="en-ID"/>
        </w:rPr>
        <w:t>tamu</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memperlakukan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seluruh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cyan"/>
          <w:lang w:val="en-ID"/>
        </w:rPr>
        <w:t>tamu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cyan"/>
          <w:lang w:val="en-ID"/>
        </w:rPr>
        <w:t>setara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sedangkan</w:t>
      </w:r>
      <w:proofErr w:type="spellEnd"/>
      <w:r w:rsidRPr="00D11FAA">
        <w:rPr>
          <w:rFonts w:ascii="Times New Roman" w:hAnsi="Times New Roman" w:cs="Times New Roman"/>
          <w:sz w:val="24"/>
          <w:szCs w:val="24"/>
          <w:lang w:val="en-ID"/>
        </w:rPr>
        <w:t xml:space="preserve"> R-10 </w:t>
      </w:r>
      <w:proofErr w:type="spellStart"/>
      <w:r w:rsidRPr="00D11FAA">
        <w:rPr>
          <w:rFonts w:ascii="Times New Roman" w:hAnsi="Times New Roman" w:cs="Times New Roman"/>
          <w:sz w:val="24"/>
          <w:szCs w:val="24"/>
          <w:lang w:val="en-ID"/>
        </w:rPr>
        <w:t>menjelaskan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pentingnya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memperhatikan</w:t>
      </w:r>
      <w:proofErr w:type="spellEnd"/>
      <w:r w:rsidRPr="00D11FAA">
        <w:rPr>
          <w:rFonts w:ascii="Times New Roman" w:hAnsi="Times New Roman" w:cs="Times New Roman"/>
          <w:sz w:val="24"/>
          <w:szCs w:val="24"/>
          <w:highlight w:val="cyan"/>
          <w:lang w:val="en-ID"/>
        </w:rPr>
        <w:t xml:space="preserve"> detail </w:t>
      </w:r>
      <w:r w:rsidRPr="00D11FAA">
        <w:rPr>
          <w:rFonts w:ascii="Times New Roman" w:hAnsi="Times New Roman" w:cs="Times New Roman"/>
          <w:sz w:val="24"/>
          <w:szCs w:val="24"/>
          <w:lang w:val="en-ID"/>
        </w:rPr>
        <w:t xml:space="preserve">dan </w:t>
      </w:r>
      <w:proofErr w:type="spellStart"/>
      <w:r w:rsidRPr="00D11FAA">
        <w:rPr>
          <w:rFonts w:ascii="Times New Roman" w:hAnsi="Times New Roman" w:cs="Times New Roman"/>
          <w:sz w:val="24"/>
          <w:szCs w:val="24"/>
          <w:lang w:val="en-ID"/>
        </w:rPr>
        <w:t>melakukan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pemeriksaan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berulang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memastikan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ada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kekurangan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cyan"/>
          <w:lang w:val="en-ID"/>
        </w:rPr>
        <w:t>pelayanan</w:t>
      </w:r>
      <w:proofErr w:type="spellEnd"/>
      <w:r w:rsidRPr="00D11FAA">
        <w:rPr>
          <w:rFonts w:ascii="Times New Roman" w:hAnsi="Times New Roman" w:cs="Times New Roman"/>
          <w:sz w:val="24"/>
          <w:szCs w:val="24"/>
          <w:lang w:val="en-ID"/>
        </w:rPr>
        <w:t xml:space="preserve">. </w:t>
      </w:r>
    </w:p>
    <w:p w14:paraId="77885FB8"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Temuan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hospitality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memiliki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hubungan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erat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kualitas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dituntut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menyelesaikan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pekerjaan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tetapi</w:t>
      </w:r>
      <w:proofErr w:type="spellEnd"/>
      <w:r w:rsidRPr="00D11FAA">
        <w:rPr>
          <w:rFonts w:ascii="Times New Roman" w:hAnsi="Times New Roman" w:cs="Times New Roman"/>
          <w:sz w:val="24"/>
          <w:szCs w:val="24"/>
          <w:lang w:val="en-ID"/>
        </w:rPr>
        <w:t xml:space="preserve"> juga </w:t>
      </w:r>
      <w:proofErr w:type="spellStart"/>
      <w:r w:rsidRPr="00D11FAA">
        <w:rPr>
          <w:rFonts w:ascii="Times New Roman" w:hAnsi="Times New Roman" w:cs="Times New Roman"/>
          <w:sz w:val="24"/>
          <w:szCs w:val="24"/>
          <w:lang w:val="en-ID"/>
        </w:rPr>
        <w:t>memperhatikan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kenyamanan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tamu</w:t>
      </w:r>
      <w:proofErr w:type="spellEnd"/>
      <w:r w:rsidRPr="00D11FAA">
        <w:rPr>
          <w:rFonts w:ascii="Times New Roman" w:hAnsi="Times New Roman" w:cs="Times New Roman"/>
          <w:sz w:val="24"/>
          <w:szCs w:val="24"/>
          <w:lang w:val="en-ID"/>
        </w:rPr>
        <w:t>.</w:t>
      </w:r>
    </w:p>
    <w:p w14:paraId="45CD1CF0"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Dalam </w:t>
      </w:r>
      <w:proofErr w:type="spellStart"/>
      <w:r w:rsidRPr="00D11FAA">
        <w:rPr>
          <w:rFonts w:ascii="Times New Roman" w:hAnsi="Times New Roman" w:cs="Times New Roman"/>
          <w:sz w:val="24"/>
          <w:szCs w:val="24"/>
          <w:lang w:val="en-ID"/>
        </w:rPr>
        <w:t>konteks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Omotenashi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terlihat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perhatian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terhadap</w:t>
      </w:r>
      <w:proofErr w:type="spellEnd"/>
      <w:r w:rsidRPr="00D11FAA">
        <w:rPr>
          <w:rFonts w:ascii="Times New Roman" w:hAnsi="Times New Roman" w:cs="Times New Roman"/>
          <w:sz w:val="24"/>
          <w:szCs w:val="24"/>
          <w:lang w:val="en-ID"/>
        </w:rPr>
        <w:t xml:space="preserve"> detail, </w:t>
      </w:r>
      <w:proofErr w:type="spellStart"/>
      <w:r w:rsidRPr="00D11FAA">
        <w:rPr>
          <w:rFonts w:ascii="Times New Roman" w:hAnsi="Times New Roman" w:cs="Times New Roman"/>
          <w:sz w:val="24"/>
          <w:szCs w:val="24"/>
          <w:lang w:val="en-ID"/>
        </w:rPr>
        <w:t>kesopanan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kesiapan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melayani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serta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kebutuhan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tamu</w:t>
      </w:r>
      <w:proofErr w:type="spellEnd"/>
      <w:r w:rsidRPr="00D11FAA">
        <w:rPr>
          <w:rFonts w:ascii="Times New Roman" w:hAnsi="Times New Roman" w:cs="Times New Roman"/>
          <w:sz w:val="24"/>
          <w:szCs w:val="24"/>
          <w:lang w:val="en-ID"/>
        </w:rPr>
        <w:t>.</w:t>
      </w:r>
    </w:p>
    <w:p w14:paraId="68DC1035" w14:textId="77777777" w:rsidR="008951DC" w:rsidRPr="00D11FAA" w:rsidRDefault="008951DC">
      <w:pPr>
        <w:pStyle w:val="Heading3"/>
        <w:numPr>
          <w:ilvl w:val="0"/>
          <w:numId w:val="34"/>
        </w:numPr>
        <w:spacing w:before="0" w:line="360" w:lineRule="auto"/>
        <w:ind w:left="567"/>
        <w:rPr>
          <w:rFonts w:ascii="Times New Roman" w:hAnsi="Times New Roman" w:cs="Times New Roman"/>
          <w:b w:val="0"/>
          <w:bCs w:val="0"/>
          <w:color w:val="auto"/>
          <w:sz w:val="24"/>
          <w:szCs w:val="24"/>
          <w:lang w:val="en-ID"/>
        </w:rPr>
      </w:pPr>
      <w:bookmarkStart w:id="55" w:name="_Toc238448316"/>
      <w:proofErr w:type="spellStart"/>
      <w:r w:rsidRPr="00D11FAA">
        <w:rPr>
          <w:rFonts w:ascii="Times New Roman" w:hAnsi="Times New Roman" w:cs="Times New Roman"/>
          <w:b w:val="0"/>
          <w:bCs w:val="0"/>
          <w:color w:val="auto"/>
          <w:sz w:val="24"/>
          <w:szCs w:val="24"/>
          <w:lang w:val="en-ID"/>
        </w:rPr>
        <w:t>Penarikan</w:t>
      </w:r>
      <w:proofErr w:type="spellEnd"/>
      <w:r w:rsidRPr="00D11FAA">
        <w:rPr>
          <w:rFonts w:ascii="Times New Roman" w:hAnsi="Times New Roman" w:cs="Times New Roman"/>
          <w:b w:val="0"/>
          <w:bCs w:val="0"/>
          <w:color w:val="auto"/>
          <w:sz w:val="24"/>
          <w:szCs w:val="24"/>
          <w:lang w:val="en-ID"/>
        </w:rPr>
        <w:t xml:space="preserve"> Kesimpulan dan </w:t>
      </w:r>
      <w:proofErr w:type="spellStart"/>
      <w:r w:rsidRPr="00D11FAA">
        <w:rPr>
          <w:rFonts w:ascii="Times New Roman" w:hAnsi="Times New Roman" w:cs="Times New Roman"/>
          <w:b w:val="0"/>
          <w:bCs w:val="0"/>
          <w:color w:val="auto"/>
          <w:sz w:val="24"/>
          <w:szCs w:val="24"/>
          <w:lang w:val="en-ID"/>
        </w:rPr>
        <w:t>Verifikasi</w:t>
      </w:r>
      <w:bookmarkEnd w:id="55"/>
      <w:proofErr w:type="spellEnd"/>
    </w:p>
    <w:p w14:paraId="5D66A61B" w14:textId="77777777" w:rsidR="008951DC" w:rsidRPr="00D11FAA" w:rsidRDefault="008951DC" w:rsidP="00D11FAA">
      <w:pPr>
        <w:spacing w:after="0" w:line="360" w:lineRule="auto"/>
        <w:ind w:left="709"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Berdasarkan</w:t>
      </w:r>
      <w:proofErr w:type="spellEnd"/>
      <w:r w:rsidRPr="00D11FAA">
        <w:rPr>
          <w:rFonts w:ascii="Times New Roman" w:hAnsi="Times New Roman" w:cs="Times New Roman"/>
          <w:sz w:val="24"/>
          <w:szCs w:val="24"/>
          <w:lang w:val="en-ID"/>
        </w:rPr>
        <w:t xml:space="preserve"> data yang </w:t>
      </w:r>
      <w:proofErr w:type="spellStart"/>
      <w:r w:rsidRPr="00D11FAA">
        <w:rPr>
          <w:rFonts w:ascii="Times New Roman" w:hAnsi="Times New Roman" w:cs="Times New Roman"/>
          <w:sz w:val="24"/>
          <w:szCs w:val="24"/>
          <w:lang w:val="en-ID"/>
        </w:rPr>
        <w:t>telah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dikondensasikan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disajikan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dapat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disimpulkan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dialami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terutama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berkaitan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kecepatan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ketelitian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kedisiplinan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standar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r w:rsidRPr="00D11FAA">
        <w:rPr>
          <w:rFonts w:ascii="Times New Roman" w:hAnsi="Times New Roman" w:cs="Times New Roman"/>
          <w:sz w:val="24"/>
          <w:szCs w:val="24"/>
          <w:lang w:val="en-ID"/>
        </w:rPr>
        <w:t>.</w:t>
      </w:r>
    </w:p>
    <w:p w14:paraId="45FF4661" w14:textId="77777777" w:rsidR="008951DC" w:rsidRPr="00D11FAA" w:rsidRDefault="008951DC" w:rsidP="00D11FAA">
      <w:pPr>
        <w:spacing w:after="0" w:line="360" w:lineRule="auto"/>
        <w:ind w:left="709"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Kesimpulan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diverifikasi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melalui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perbandingan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pengalaman</w:t>
      </w:r>
      <w:proofErr w:type="spellEnd"/>
      <w:r w:rsidRPr="00D11FAA">
        <w:rPr>
          <w:rFonts w:ascii="Times New Roman" w:hAnsi="Times New Roman" w:cs="Times New Roman"/>
          <w:sz w:val="24"/>
          <w:szCs w:val="24"/>
          <w:lang w:val="en-ID"/>
        </w:rPr>
        <w:t xml:space="preserve"> R-13, R-8, dan R-9 </w:t>
      </w:r>
      <w:proofErr w:type="spellStart"/>
      <w:r w:rsidRPr="00D11FAA">
        <w:rPr>
          <w:rFonts w:ascii="Times New Roman" w:hAnsi="Times New Roman" w:cs="Times New Roman"/>
          <w:sz w:val="24"/>
          <w:szCs w:val="24"/>
          <w:lang w:val="en-ID"/>
        </w:rPr>
        <w:t>mengenai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ritme</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R-6 </w:t>
      </w:r>
      <w:proofErr w:type="spellStart"/>
      <w:r w:rsidRPr="00D11FAA">
        <w:rPr>
          <w:rFonts w:ascii="Times New Roman" w:hAnsi="Times New Roman" w:cs="Times New Roman"/>
          <w:sz w:val="24"/>
          <w:szCs w:val="24"/>
          <w:lang w:val="en-ID"/>
        </w:rPr>
        <w:t>mengenai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kedisiplinan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serta</w:t>
      </w:r>
      <w:proofErr w:type="spellEnd"/>
      <w:r w:rsidRPr="00D11FAA">
        <w:rPr>
          <w:rFonts w:ascii="Times New Roman" w:hAnsi="Times New Roman" w:cs="Times New Roman"/>
          <w:sz w:val="24"/>
          <w:szCs w:val="24"/>
          <w:lang w:val="en-ID"/>
        </w:rPr>
        <w:t xml:space="preserve"> R-2, R-6, dan R-10 </w:t>
      </w:r>
      <w:proofErr w:type="spellStart"/>
      <w:r w:rsidRPr="00D11FAA">
        <w:rPr>
          <w:rFonts w:ascii="Times New Roman" w:hAnsi="Times New Roman" w:cs="Times New Roman"/>
          <w:sz w:val="24"/>
          <w:szCs w:val="24"/>
          <w:lang w:val="en-ID"/>
        </w:rPr>
        <w:t>mengenai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standar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r w:rsidRPr="00D11FAA">
        <w:rPr>
          <w:rFonts w:ascii="Times New Roman" w:hAnsi="Times New Roman" w:cs="Times New Roman"/>
          <w:sz w:val="24"/>
          <w:szCs w:val="24"/>
          <w:lang w:val="en-ID"/>
        </w:rPr>
        <w:t xml:space="preserve">. </w:t>
      </w:r>
    </w:p>
    <w:p w14:paraId="6D3BD8A5" w14:textId="77777777" w:rsidR="008951DC" w:rsidRPr="00D11FAA" w:rsidRDefault="008951DC" w:rsidP="00D11FAA">
      <w:pPr>
        <w:spacing w:after="0" w:line="360" w:lineRule="auto"/>
        <w:ind w:left="709"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demikian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memberikan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tuntutan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berbeda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kebiasaan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mungkin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dimiliki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sebelumnya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Namun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tuntutan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juga </w:t>
      </w:r>
      <w:proofErr w:type="spellStart"/>
      <w:r w:rsidRPr="00D11FAA">
        <w:rPr>
          <w:rFonts w:ascii="Times New Roman" w:hAnsi="Times New Roman" w:cs="Times New Roman"/>
          <w:sz w:val="24"/>
          <w:szCs w:val="24"/>
          <w:lang w:val="en-ID"/>
        </w:rPr>
        <w:t>menjadi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bagian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dari</w:t>
      </w:r>
      <w:proofErr w:type="spellEnd"/>
      <w:r w:rsidRPr="00D11FAA">
        <w:rPr>
          <w:rFonts w:ascii="Times New Roman" w:hAnsi="Times New Roman" w:cs="Times New Roman"/>
          <w:sz w:val="24"/>
          <w:szCs w:val="24"/>
          <w:lang w:val="en-ID"/>
        </w:rPr>
        <w:t xml:space="preserve"> proses </w:t>
      </w:r>
      <w:proofErr w:type="spellStart"/>
      <w:r w:rsidRPr="00D11FAA">
        <w:rPr>
          <w:rFonts w:ascii="Times New Roman" w:hAnsi="Times New Roman" w:cs="Times New Roman"/>
          <w:sz w:val="24"/>
          <w:szCs w:val="24"/>
          <w:lang w:val="en-ID"/>
        </w:rPr>
        <w:t>pembelajaran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profesional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karena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belajar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standar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pola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diterapkan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industri</w:t>
      </w:r>
      <w:proofErr w:type="spellEnd"/>
      <w:r w:rsidRPr="00D11FAA">
        <w:rPr>
          <w:rFonts w:ascii="Times New Roman" w:hAnsi="Times New Roman" w:cs="Times New Roman"/>
          <w:sz w:val="24"/>
          <w:szCs w:val="24"/>
          <w:lang w:val="en-ID"/>
        </w:rPr>
        <w:t xml:space="preserve"> hospitality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w:t>
      </w:r>
    </w:p>
    <w:p w14:paraId="2BF310E1" w14:textId="77777777" w:rsidR="008951DC" w:rsidRPr="00D11FAA" w:rsidRDefault="008951DC">
      <w:pPr>
        <w:pStyle w:val="Heading2"/>
        <w:numPr>
          <w:ilvl w:val="1"/>
          <w:numId w:val="13"/>
        </w:numPr>
        <w:spacing w:before="0" w:line="360" w:lineRule="auto"/>
        <w:ind w:left="284"/>
        <w:rPr>
          <w:rFonts w:ascii="Times New Roman" w:hAnsi="Times New Roman" w:cs="Times New Roman"/>
          <w:color w:val="auto"/>
          <w:sz w:val="24"/>
          <w:szCs w:val="24"/>
          <w:lang w:val="en-ID"/>
        </w:rPr>
      </w:pPr>
      <w:bookmarkStart w:id="56" w:name="_Toc238448317"/>
      <w:r w:rsidRPr="00D11FAA">
        <w:rPr>
          <w:rFonts w:ascii="Times New Roman" w:hAnsi="Times New Roman" w:cs="Times New Roman"/>
          <w:color w:val="auto"/>
          <w:sz w:val="24"/>
          <w:szCs w:val="24"/>
          <w:lang w:val="en-ID"/>
        </w:rPr>
        <w:t xml:space="preserve">Strategi </w:t>
      </w:r>
      <w:proofErr w:type="spellStart"/>
      <w:r w:rsidRPr="00D11FAA">
        <w:rPr>
          <w:rFonts w:ascii="Times New Roman" w:hAnsi="Times New Roman" w:cs="Times New Roman"/>
          <w:color w:val="auto"/>
          <w:sz w:val="24"/>
          <w:szCs w:val="24"/>
          <w:lang w:val="en-ID"/>
        </w:rPr>
        <w:t>Adaptasi</w:t>
      </w:r>
      <w:proofErr w:type="spellEnd"/>
      <w:r w:rsidRPr="00D11FAA">
        <w:rPr>
          <w:rFonts w:ascii="Times New Roman" w:hAnsi="Times New Roman" w:cs="Times New Roman"/>
          <w:color w:val="auto"/>
          <w:sz w:val="24"/>
          <w:szCs w:val="24"/>
          <w:lang w:val="en-ID"/>
        </w:rPr>
        <w:t xml:space="preserve"> </w:t>
      </w:r>
      <w:proofErr w:type="spellStart"/>
      <w:r w:rsidRPr="00D11FAA">
        <w:rPr>
          <w:rFonts w:ascii="Times New Roman" w:hAnsi="Times New Roman" w:cs="Times New Roman"/>
          <w:color w:val="auto"/>
          <w:sz w:val="24"/>
          <w:szCs w:val="24"/>
          <w:lang w:val="en-ID"/>
        </w:rPr>
        <w:t>dalam</w:t>
      </w:r>
      <w:proofErr w:type="spellEnd"/>
      <w:r w:rsidRPr="00D11FAA">
        <w:rPr>
          <w:rFonts w:ascii="Times New Roman" w:hAnsi="Times New Roman" w:cs="Times New Roman"/>
          <w:color w:val="auto"/>
          <w:sz w:val="24"/>
          <w:szCs w:val="24"/>
          <w:lang w:val="en-ID"/>
        </w:rPr>
        <w:t xml:space="preserve"> </w:t>
      </w:r>
      <w:proofErr w:type="spellStart"/>
      <w:r w:rsidRPr="00D11FAA">
        <w:rPr>
          <w:rFonts w:ascii="Times New Roman" w:hAnsi="Times New Roman" w:cs="Times New Roman"/>
          <w:color w:val="auto"/>
          <w:sz w:val="24"/>
          <w:szCs w:val="24"/>
          <w:lang w:val="en-ID"/>
        </w:rPr>
        <w:t>Menghadapi</w:t>
      </w:r>
      <w:proofErr w:type="spellEnd"/>
      <w:r w:rsidRPr="00D11FAA">
        <w:rPr>
          <w:rFonts w:ascii="Times New Roman" w:hAnsi="Times New Roman" w:cs="Times New Roman"/>
          <w:color w:val="auto"/>
          <w:sz w:val="24"/>
          <w:szCs w:val="24"/>
          <w:lang w:val="en-ID"/>
        </w:rPr>
        <w:t xml:space="preserve"> </w:t>
      </w:r>
      <w:proofErr w:type="spellStart"/>
      <w:r w:rsidRPr="00D11FAA">
        <w:rPr>
          <w:rFonts w:ascii="Times New Roman" w:hAnsi="Times New Roman" w:cs="Times New Roman"/>
          <w:color w:val="auto"/>
          <w:sz w:val="24"/>
          <w:szCs w:val="24"/>
          <w:lang w:val="en-ID"/>
        </w:rPr>
        <w:t>Lingkungan</w:t>
      </w:r>
      <w:proofErr w:type="spellEnd"/>
      <w:r w:rsidRPr="00D11FAA">
        <w:rPr>
          <w:rFonts w:ascii="Times New Roman" w:hAnsi="Times New Roman" w:cs="Times New Roman"/>
          <w:color w:val="auto"/>
          <w:sz w:val="24"/>
          <w:szCs w:val="24"/>
          <w:lang w:val="en-ID"/>
        </w:rPr>
        <w:t xml:space="preserve"> Hospitality </w:t>
      </w:r>
      <w:proofErr w:type="spellStart"/>
      <w:r w:rsidRPr="00D11FAA">
        <w:rPr>
          <w:rFonts w:ascii="Times New Roman" w:hAnsi="Times New Roman" w:cs="Times New Roman"/>
          <w:color w:val="auto"/>
          <w:sz w:val="24"/>
          <w:szCs w:val="24"/>
          <w:lang w:val="en-ID"/>
        </w:rPr>
        <w:t>Jepang</w:t>
      </w:r>
      <w:bookmarkEnd w:id="56"/>
      <w:proofErr w:type="spellEnd"/>
    </w:p>
    <w:p w14:paraId="26DB409C" w14:textId="77777777" w:rsidR="008951DC" w:rsidRPr="00D11FAA" w:rsidRDefault="008951DC" w:rsidP="00D11FAA">
      <w:pPr>
        <w:spacing w:after="0" w:line="360" w:lineRule="auto"/>
        <w:ind w:left="28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Setelah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mengalami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mengembangkan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berbagai</w:t>
      </w:r>
      <w:proofErr w:type="spellEnd"/>
      <w:r w:rsidRPr="00D11FAA">
        <w:rPr>
          <w:rFonts w:ascii="Times New Roman" w:hAnsi="Times New Roman" w:cs="Times New Roman"/>
          <w:sz w:val="24"/>
          <w:szCs w:val="24"/>
          <w:lang w:val="en-ID"/>
        </w:rPr>
        <w:t xml:space="preserve"> strategi </w:t>
      </w: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 xml:space="preserve">. Strategi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menjadi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bagian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penting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proses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antarbudaya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karena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membantu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menyesuaikan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perilaku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tuntutan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w:t>
      </w:r>
    </w:p>
    <w:p w14:paraId="444A7557" w14:textId="77777777" w:rsidR="008951DC" w:rsidRPr="00D11FAA" w:rsidRDefault="008951DC">
      <w:pPr>
        <w:pStyle w:val="Heading3"/>
        <w:numPr>
          <w:ilvl w:val="0"/>
          <w:numId w:val="35"/>
        </w:numPr>
        <w:spacing w:before="0" w:line="360" w:lineRule="auto"/>
        <w:ind w:left="567"/>
        <w:rPr>
          <w:rFonts w:ascii="Times New Roman" w:hAnsi="Times New Roman" w:cs="Times New Roman"/>
          <w:b w:val="0"/>
          <w:bCs w:val="0"/>
          <w:color w:val="auto"/>
          <w:sz w:val="24"/>
          <w:szCs w:val="24"/>
          <w:lang w:val="en-ID"/>
        </w:rPr>
      </w:pPr>
      <w:bookmarkStart w:id="57" w:name="_Toc238448318"/>
      <w:proofErr w:type="spellStart"/>
      <w:r w:rsidRPr="00D11FAA">
        <w:rPr>
          <w:rFonts w:ascii="Times New Roman" w:hAnsi="Times New Roman" w:cs="Times New Roman"/>
          <w:b w:val="0"/>
          <w:bCs w:val="0"/>
          <w:color w:val="auto"/>
          <w:sz w:val="24"/>
          <w:szCs w:val="24"/>
          <w:lang w:val="en-ID"/>
        </w:rPr>
        <w:t>Kondensasi</w:t>
      </w:r>
      <w:proofErr w:type="spellEnd"/>
      <w:r w:rsidRPr="00D11FAA">
        <w:rPr>
          <w:rFonts w:ascii="Times New Roman" w:hAnsi="Times New Roman" w:cs="Times New Roman"/>
          <w:b w:val="0"/>
          <w:bCs w:val="0"/>
          <w:color w:val="auto"/>
          <w:sz w:val="24"/>
          <w:szCs w:val="24"/>
          <w:lang w:val="en-ID"/>
        </w:rPr>
        <w:t xml:space="preserve"> Data</w:t>
      </w:r>
      <w:bookmarkEnd w:id="57"/>
    </w:p>
    <w:p w14:paraId="77846E2F" w14:textId="77777777" w:rsidR="008951DC" w:rsidRPr="00D11FAA" w:rsidRDefault="008951DC" w:rsidP="00D11FAA">
      <w:pPr>
        <w:spacing w:after="0" w:line="360" w:lineRule="auto"/>
        <w:ind w:left="709"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Pada </w:t>
      </w:r>
      <w:proofErr w:type="spellStart"/>
      <w:r w:rsidRPr="00D11FAA">
        <w:rPr>
          <w:rFonts w:ascii="Times New Roman" w:hAnsi="Times New Roman" w:cs="Times New Roman"/>
          <w:sz w:val="24"/>
          <w:szCs w:val="24"/>
          <w:lang w:val="en-ID"/>
        </w:rPr>
        <w:t>tahap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kondensasi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jawaban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mengenai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mengatasi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kesulitan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dikelompokkan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berdasarkan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kesamaan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tindakan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tujuan</w:t>
      </w:r>
      <w:proofErr w:type="spellEnd"/>
      <w:r w:rsidRPr="00D11FAA">
        <w:rPr>
          <w:rFonts w:ascii="Times New Roman" w:hAnsi="Times New Roman" w:cs="Times New Roman"/>
          <w:sz w:val="24"/>
          <w:szCs w:val="24"/>
          <w:lang w:val="en-ID"/>
        </w:rPr>
        <w:t>.</w:t>
      </w:r>
    </w:p>
    <w:p w14:paraId="2E83EA46" w14:textId="77777777" w:rsidR="008951DC" w:rsidRPr="00D11FAA" w:rsidRDefault="008951DC" w:rsidP="00D11FAA">
      <w:pPr>
        <w:spacing w:after="0" w:line="360" w:lineRule="auto"/>
        <w:ind w:left="709"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Ditemukan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tiga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utama</w:t>
      </w:r>
      <w:proofErr w:type="spellEnd"/>
      <w:r w:rsidRPr="00D11FAA">
        <w:rPr>
          <w:rFonts w:ascii="Times New Roman" w:hAnsi="Times New Roman" w:cs="Times New Roman"/>
          <w:sz w:val="24"/>
          <w:szCs w:val="24"/>
          <w:lang w:val="en-ID"/>
        </w:rPr>
        <w:t xml:space="preserve"> strategi </w:t>
      </w: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w:t>
      </w:r>
    </w:p>
    <w:p w14:paraId="15BF5A2C" w14:textId="77777777" w:rsidR="008951DC" w:rsidRPr="00D11FAA" w:rsidRDefault="00D11FAA">
      <w:pPr>
        <w:numPr>
          <w:ilvl w:val="0"/>
          <w:numId w:val="32"/>
        </w:numPr>
        <w:tabs>
          <w:tab w:val="clear" w:pos="720"/>
          <w:tab w:val="num" w:pos="360"/>
        </w:tabs>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aktif</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interaksi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sosial</w:t>
      </w:r>
      <w:proofErr w:type="spellEnd"/>
    </w:p>
    <w:p w14:paraId="68F2FC2F" w14:textId="77777777" w:rsidR="008951DC" w:rsidRPr="00D11FAA" w:rsidRDefault="00D11FAA">
      <w:pPr>
        <w:numPr>
          <w:ilvl w:val="0"/>
          <w:numId w:val="32"/>
        </w:numPr>
        <w:tabs>
          <w:tab w:val="clear" w:pos="720"/>
          <w:tab w:val="num" w:pos="360"/>
        </w:tabs>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Pembelajaran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mandiri</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pencatatan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pengetahuan</w:t>
      </w:r>
      <w:proofErr w:type="spellEnd"/>
    </w:p>
    <w:p w14:paraId="4CC18BBD" w14:textId="77777777" w:rsidR="008951DC" w:rsidRPr="00D11FAA" w:rsidRDefault="00D11FAA">
      <w:pPr>
        <w:numPr>
          <w:ilvl w:val="0"/>
          <w:numId w:val="32"/>
        </w:numPr>
        <w:tabs>
          <w:tab w:val="clear" w:pos="720"/>
          <w:tab w:val="num" w:pos="360"/>
        </w:tabs>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Klarifikasi</w:t>
      </w:r>
      <w:proofErr w:type="spellEnd"/>
      <w:r w:rsidRPr="00D11FAA">
        <w:rPr>
          <w:rFonts w:ascii="Times New Roman" w:hAnsi="Times New Roman" w:cs="Times New Roman"/>
          <w:sz w:val="24"/>
          <w:szCs w:val="24"/>
          <w:lang w:val="en-ID"/>
        </w:rPr>
        <w:t xml:space="preserve"> </w:t>
      </w:r>
      <w:proofErr w:type="spellStart"/>
      <w:r w:rsidR="008951DC" w:rsidRPr="00D11FAA">
        <w:rPr>
          <w:rFonts w:ascii="Times New Roman" w:hAnsi="Times New Roman" w:cs="Times New Roman"/>
          <w:sz w:val="24"/>
          <w:szCs w:val="24"/>
          <w:lang w:val="en-ID"/>
        </w:rPr>
        <w:t>instruksi</w:t>
      </w:r>
      <w:proofErr w:type="spellEnd"/>
      <w:r w:rsidR="008951DC" w:rsidRPr="00D11FAA">
        <w:rPr>
          <w:rFonts w:ascii="Times New Roman" w:hAnsi="Times New Roman" w:cs="Times New Roman"/>
          <w:sz w:val="24"/>
          <w:szCs w:val="24"/>
          <w:lang w:val="en-ID"/>
        </w:rPr>
        <w:t xml:space="preserve"> dan </w:t>
      </w:r>
      <w:proofErr w:type="spellStart"/>
      <w:r w:rsidR="008951DC" w:rsidRPr="00D11FAA">
        <w:rPr>
          <w:rFonts w:ascii="Times New Roman" w:hAnsi="Times New Roman" w:cs="Times New Roman"/>
          <w:sz w:val="24"/>
          <w:szCs w:val="24"/>
          <w:lang w:val="en-ID"/>
        </w:rPr>
        <w:t>penyesuaian</w:t>
      </w:r>
      <w:proofErr w:type="spellEnd"/>
      <w:r w:rsidR="008951DC" w:rsidRPr="00D11FAA">
        <w:rPr>
          <w:rFonts w:ascii="Times New Roman" w:hAnsi="Times New Roman" w:cs="Times New Roman"/>
          <w:sz w:val="24"/>
          <w:szCs w:val="24"/>
          <w:lang w:val="en-ID"/>
        </w:rPr>
        <w:t xml:space="preserve"> </w:t>
      </w:r>
      <w:proofErr w:type="spellStart"/>
      <w:r w:rsidR="008951DC" w:rsidRPr="00D11FAA">
        <w:rPr>
          <w:rFonts w:ascii="Times New Roman" w:hAnsi="Times New Roman" w:cs="Times New Roman"/>
          <w:sz w:val="24"/>
          <w:szCs w:val="24"/>
          <w:lang w:val="en-ID"/>
        </w:rPr>
        <w:t>etika</w:t>
      </w:r>
      <w:proofErr w:type="spellEnd"/>
      <w:r w:rsidR="008951DC" w:rsidRPr="00D11FAA">
        <w:rPr>
          <w:rFonts w:ascii="Times New Roman" w:hAnsi="Times New Roman" w:cs="Times New Roman"/>
          <w:sz w:val="24"/>
          <w:szCs w:val="24"/>
          <w:lang w:val="en-ID"/>
        </w:rPr>
        <w:t xml:space="preserve"> </w:t>
      </w:r>
      <w:proofErr w:type="spellStart"/>
      <w:r w:rsidR="008951DC" w:rsidRPr="00D11FAA">
        <w:rPr>
          <w:rFonts w:ascii="Times New Roman" w:hAnsi="Times New Roman" w:cs="Times New Roman"/>
          <w:sz w:val="24"/>
          <w:szCs w:val="24"/>
          <w:lang w:val="en-ID"/>
        </w:rPr>
        <w:t>profesional</w:t>
      </w:r>
      <w:proofErr w:type="spellEnd"/>
      <w:r w:rsidR="008951DC" w:rsidRPr="00D11FAA">
        <w:rPr>
          <w:rFonts w:ascii="Times New Roman" w:hAnsi="Times New Roman" w:cs="Times New Roman"/>
          <w:sz w:val="24"/>
          <w:szCs w:val="24"/>
          <w:lang w:val="en-ID"/>
        </w:rPr>
        <w:t xml:space="preserve">. </w:t>
      </w:r>
    </w:p>
    <w:p w14:paraId="381AA462" w14:textId="77777777" w:rsidR="008951DC" w:rsidRDefault="008951DC" w:rsidP="00D11FAA">
      <w:pPr>
        <w:spacing w:after="0" w:line="360" w:lineRule="auto"/>
        <w:ind w:left="709"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Ketiga</w:t>
      </w:r>
      <w:proofErr w:type="spellEnd"/>
      <w:r w:rsidRPr="00D11FAA">
        <w:rPr>
          <w:rFonts w:ascii="Times New Roman" w:hAnsi="Times New Roman" w:cs="Times New Roman"/>
          <w:sz w:val="24"/>
          <w:szCs w:val="24"/>
          <w:lang w:val="en-ID"/>
        </w:rPr>
        <w:t xml:space="preserve"> strategi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memiliki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hubungan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langsung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dua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sebelumnya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mendorong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meningkatkan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pembelajaran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sedangkan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mendorong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penyesuaian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sikap</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kedisiplinan</w:t>
      </w:r>
      <w:proofErr w:type="spellEnd"/>
      <w:r w:rsidRPr="00D11FAA">
        <w:rPr>
          <w:rFonts w:ascii="Times New Roman" w:hAnsi="Times New Roman" w:cs="Times New Roman"/>
          <w:sz w:val="24"/>
          <w:szCs w:val="24"/>
          <w:lang w:val="en-ID"/>
        </w:rPr>
        <w:t>.</w:t>
      </w:r>
    </w:p>
    <w:p w14:paraId="71210B75" w14:textId="77777777" w:rsidR="00F87674" w:rsidRPr="00F87674" w:rsidRDefault="00F87674" w:rsidP="00F87674">
      <w:pPr>
        <w:spacing w:after="0" w:line="360" w:lineRule="auto"/>
        <w:ind w:left="709"/>
        <w:jc w:val="both"/>
        <w:rPr>
          <w:rFonts w:ascii="Times New Roman" w:hAnsi="Times New Roman" w:cs="Times New Roman"/>
          <w:sz w:val="24"/>
          <w:szCs w:val="24"/>
          <w:lang w:val="en-ID"/>
        </w:rPr>
      </w:pPr>
      <w:r>
        <w:rPr>
          <w:rFonts w:ascii="Times New Roman" w:hAnsi="Times New Roman" w:cs="Times New Roman"/>
          <w:sz w:val="24"/>
          <w:szCs w:val="24"/>
          <w:lang w:val="en-ID"/>
        </w:rPr>
        <w:t>q</w:t>
      </w:r>
      <w:r w:rsidRPr="00F87674">
        <w:rPr>
          <w:rFonts w:ascii="Times New Roman" w:eastAsia="Times New Roman" w:hAnsi="Times New Roman" w:cs="Times New Roman"/>
          <w:sz w:val="24"/>
          <w:szCs w:val="24"/>
          <w:lang w:val="en-ID" w:eastAsia="en-ID"/>
        </w:rPr>
        <w:t xml:space="preserve"> </w:t>
      </w:r>
      <w:r w:rsidRPr="00F87674">
        <w:rPr>
          <w:rFonts w:ascii="Times New Roman" w:hAnsi="Times New Roman" w:cs="Times New Roman"/>
          <w:sz w:val="24"/>
          <w:szCs w:val="24"/>
          <w:lang w:val="en-ID"/>
        </w:rPr>
        <w:t xml:space="preserve">Pada </w:t>
      </w:r>
      <w:proofErr w:type="spellStart"/>
      <w:r w:rsidRPr="00F87674">
        <w:rPr>
          <w:rFonts w:ascii="Times New Roman" w:hAnsi="Times New Roman" w:cs="Times New Roman"/>
          <w:sz w:val="24"/>
          <w:szCs w:val="24"/>
          <w:lang w:val="en-ID"/>
        </w:rPr>
        <w:t>tahap</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kondensasi</w:t>
      </w:r>
      <w:proofErr w:type="spellEnd"/>
      <w:r w:rsidRPr="00F87674">
        <w:rPr>
          <w:rFonts w:ascii="Times New Roman" w:hAnsi="Times New Roman" w:cs="Times New Roman"/>
          <w:sz w:val="24"/>
          <w:szCs w:val="24"/>
          <w:lang w:val="en-ID"/>
        </w:rPr>
        <w:t xml:space="preserve"> data, </w:t>
      </w:r>
      <w:proofErr w:type="spellStart"/>
      <w:r w:rsidRPr="00F87674">
        <w:rPr>
          <w:rFonts w:ascii="Times New Roman" w:hAnsi="Times New Roman" w:cs="Times New Roman"/>
          <w:sz w:val="24"/>
          <w:szCs w:val="24"/>
          <w:lang w:val="en-ID"/>
        </w:rPr>
        <w:t>peneliti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menelaah</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jawaban</w:t>
      </w:r>
      <w:proofErr w:type="spellEnd"/>
      <w:r w:rsidRPr="00F87674">
        <w:rPr>
          <w:rFonts w:ascii="Times New Roman" w:hAnsi="Times New Roman" w:cs="Times New Roman"/>
          <w:sz w:val="24"/>
          <w:szCs w:val="24"/>
          <w:lang w:val="en-ID"/>
        </w:rPr>
        <w:t xml:space="preserve"> R-1 </w:t>
      </w:r>
      <w:proofErr w:type="spellStart"/>
      <w:r w:rsidRPr="00F87674">
        <w:rPr>
          <w:rFonts w:ascii="Times New Roman" w:hAnsi="Times New Roman" w:cs="Times New Roman"/>
          <w:sz w:val="24"/>
          <w:szCs w:val="24"/>
          <w:lang w:val="en-ID"/>
        </w:rPr>
        <w:t>sampai</w:t>
      </w:r>
      <w:proofErr w:type="spellEnd"/>
      <w:r w:rsidRPr="00F87674">
        <w:rPr>
          <w:rFonts w:ascii="Times New Roman" w:hAnsi="Times New Roman" w:cs="Times New Roman"/>
          <w:sz w:val="24"/>
          <w:szCs w:val="24"/>
          <w:lang w:val="en-ID"/>
        </w:rPr>
        <w:t xml:space="preserve"> R-13 </w:t>
      </w:r>
      <w:proofErr w:type="spellStart"/>
      <w:r w:rsidRPr="00F87674">
        <w:rPr>
          <w:rFonts w:ascii="Times New Roman" w:hAnsi="Times New Roman" w:cs="Times New Roman"/>
          <w:sz w:val="24"/>
          <w:szCs w:val="24"/>
          <w:lang w:val="en-ID"/>
        </w:rPr>
        <w:t>mengenai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cara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informan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mengatasi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kesulitan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bahasa</w:t>
      </w:r>
      <w:proofErr w:type="spellEnd"/>
      <w:r w:rsidRPr="00F87674">
        <w:rPr>
          <w:rFonts w:ascii="Times New Roman" w:hAnsi="Times New Roman" w:cs="Times New Roman"/>
          <w:sz w:val="24"/>
          <w:szCs w:val="24"/>
          <w:lang w:val="en-ID"/>
        </w:rPr>
        <w:t xml:space="preserve"> dan </w:t>
      </w:r>
      <w:proofErr w:type="spellStart"/>
      <w:r w:rsidRPr="00F87674">
        <w:rPr>
          <w:rFonts w:ascii="Times New Roman" w:hAnsi="Times New Roman" w:cs="Times New Roman"/>
          <w:sz w:val="24"/>
          <w:szCs w:val="24"/>
          <w:lang w:val="en-ID"/>
        </w:rPr>
        <w:t>budaya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kerja</w:t>
      </w:r>
      <w:proofErr w:type="spellEnd"/>
      <w:r w:rsidRPr="00F87674">
        <w:rPr>
          <w:rFonts w:ascii="Times New Roman" w:hAnsi="Times New Roman" w:cs="Times New Roman"/>
          <w:sz w:val="24"/>
          <w:szCs w:val="24"/>
          <w:lang w:val="en-ID"/>
        </w:rPr>
        <w:t>.</w:t>
      </w:r>
    </w:p>
    <w:p w14:paraId="1BC168C3" w14:textId="77777777" w:rsidR="00F87674" w:rsidRDefault="00F87674" w:rsidP="00F87674">
      <w:pPr>
        <w:spacing w:after="0" w:line="360" w:lineRule="auto"/>
        <w:ind w:left="709"/>
        <w:jc w:val="both"/>
        <w:rPr>
          <w:rFonts w:ascii="Times New Roman" w:hAnsi="Times New Roman" w:cs="Times New Roman"/>
          <w:sz w:val="24"/>
          <w:szCs w:val="24"/>
          <w:lang w:val="en-ID"/>
        </w:rPr>
      </w:pPr>
      <w:r w:rsidRPr="00F87674">
        <w:rPr>
          <w:rFonts w:ascii="Times New Roman" w:hAnsi="Times New Roman" w:cs="Times New Roman"/>
          <w:sz w:val="24"/>
          <w:szCs w:val="24"/>
          <w:lang w:val="en-ID"/>
        </w:rPr>
        <w:t xml:space="preserve">Coding </w:t>
      </w:r>
      <w:proofErr w:type="spellStart"/>
      <w:r w:rsidRPr="00F87674">
        <w:rPr>
          <w:rFonts w:ascii="Times New Roman" w:hAnsi="Times New Roman" w:cs="Times New Roman"/>
          <w:sz w:val="24"/>
          <w:szCs w:val="24"/>
          <w:lang w:val="en-ID"/>
        </w:rPr>
        <w:t>dilakukan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sebagai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berikut</w:t>
      </w:r>
      <w:proofErr w:type="spellEnd"/>
      <w:r w:rsidRPr="00F87674">
        <w:rPr>
          <w:rFonts w:ascii="Times New Roman" w:hAnsi="Times New Roman" w:cs="Times New Roman"/>
          <w:sz w:val="24"/>
          <w:szCs w:val="24"/>
          <w:lang w:val="en-ID"/>
        </w:rPr>
        <w:t>:</w:t>
      </w:r>
    </w:p>
    <w:p w14:paraId="65DCD1FC" w14:textId="77777777" w:rsidR="00F87674" w:rsidRPr="00F87674" w:rsidRDefault="00F87674" w:rsidP="00F87674">
      <w:pPr>
        <w:spacing w:after="0" w:line="240" w:lineRule="auto"/>
        <w:jc w:val="center"/>
        <w:rPr>
          <w:rFonts w:ascii="Times New Roman" w:hAnsi="Times New Roman" w:cs="Times New Roman"/>
          <w:b/>
          <w:bCs/>
          <w:sz w:val="24"/>
          <w:szCs w:val="24"/>
          <w:lang w:val="en-ID"/>
        </w:rPr>
      </w:pPr>
      <w:r w:rsidRPr="00F87674">
        <w:rPr>
          <w:rFonts w:ascii="Times New Roman" w:hAnsi="Times New Roman" w:cs="Times New Roman"/>
          <w:b/>
          <w:bCs/>
          <w:sz w:val="24"/>
          <w:szCs w:val="24"/>
          <w:lang w:val="en-ID"/>
        </w:rPr>
        <w:t>Tabel 4.4</w:t>
      </w:r>
    </w:p>
    <w:p w14:paraId="6370A5E2" w14:textId="77777777" w:rsidR="00F87674" w:rsidRDefault="00F87674" w:rsidP="00F87674">
      <w:pPr>
        <w:spacing w:after="0" w:line="240" w:lineRule="auto"/>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Kondensasi</w:t>
      </w:r>
      <w:proofErr w:type="spellEnd"/>
      <w:r>
        <w:rPr>
          <w:rFonts w:ascii="Times New Roman" w:hAnsi="Times New Roman" w:cs="Times New Roman"/>
          <w:sz w:val="24"/>
          <w:szCs w:val="24"/>
          <w:lang w:val="en-ID"/>
        </w:rPr>
        <w:t xml:space="preserve"> Data</w:t>
      </w:r>
    </w:p>
    <w:p w14:paraId="7398BA2C" w14:textId="77777777" w:rsidR="00F87674" w:rsidRPr="00F87674" w:rsidRDefault="00F87674" w:rsidP="00F87674">
      <w:pPr>
        <w:spacing w:after="0" w:line="240" w:lineRule="auto"/>
        <w:jc w:val="center"/>
        <w:rPr>
          <w:rFonts w:ascii="Times New Roman" w:hAnsi="Times New Roman" w:cs="Times New Roman"/>
          <w:sz w:val="24"/>
          <w:szCs w:val="24"/>
          <w:lang w:val="en-ID"/>
        </w:rPr>
      </w:pPr>
    </w:p>
    <w:tbl>
      <w:tblPr>
        <w:tblStyle w:val="TableGrid"/>
        <w:tblW w:w="0" w:type="auto"/>
        <w:tblLayout w:type="fixed"/>
        <w:tblLook w:val="04A0" w:firstRow="1" w:lastRow="0" w:firstColumn="1" w:lastColumn="0" w:noHBand="0" w:noVBand="1"/>
      </w:tblPr>
      <w:tblGrid>
        <w:gridCol w:w="4003"/>
        <w:gridCol w:w="2620"/>
        <w:gridCol w:w="1296"/>
      </w:tblGrid>
      <w:tr w:rsidR="00F87674" w:rsidRPr="00F87674" w14:paraId="0F10B153" w14:textId="77777777" w:rsidTr="00F87674">
        <w:trPr>
          <w:tblHeader/>
        </w:trPr>
        <w:tc>
          <w:tcPr>
            <w:tcW w:w="4003" w:type="dxa"/>
            <w:tcMar>
              <w:top w:w="90" w:type="dxa"/>
              <w:left w:w="100" w:type="dxa"/>
              <w:bottom w:w="90" w:type="dxa"/>
              <w:right w:w="100" w:type="dxa"/>
            </w:tcMar>
            <w:vAlign w:val="center"/>
            <w:hideMark/>
          </w:tcPr>
          <w:p w14:paraId="452B197A" w14:textId="77777777" w:rsidR="00424691" w:rsidRDefault="00800ACF">
            <w:pPr>
              <w:jc w:val="center"/>
            </w:pPr>
            <w:r>
              <w:rPr>
                <w:rFonts w:ascii="Times New Roman" w:eastAsia="Times New Roman" w:hAnsi="Times New Roman"/>
                <w:b/>
                <w:sz w:val="24"/>
              </w:rPr>
              <w:t>Indikator Pengalaman</w:t>
            </w:r>
          </w:p>
        </w:tc>
        <w:tc>
          <w:tcPr>
            <w:tcW w:w="2620" w:type="dxa"/>
            <w:tcMar>
              <w:top w:w="90" w:type="dxa"/>
              <w:left w:w="100" w:type="dxa"/>
              <w:bottom w:w="90" w:type="dxa"/>
              <w:right w:w="100" w:type="dxa"/>
            </w:tcMar>
            <w:vAlign w:val="center"/>
            <w:hideMark/>
          </w:tcPr>
          <w:p w14:paraId="217D41F4" w14:textId="77777777" w:rsidR="00424691" w:rsidRDefault="00800ACF">
            <w:pPr>
              <w:jc w:val="center"/>
            </w:pPr>
            <w:r>
              <w:rPr>
                <w:rFonts w:ascii="Times New Roman" w:eastAsia="Times New Roman" w:hAnsi="Times New Roman"/>
                <w:b/>
                <w:sz w:val="24"/>
              </w:rPr>
              <w:t>Subtema</w:t>
            </w:r>
          </w:p>
        </w:tc>
        <w:tc>
          <w:tcPr>
            <w:tcW w:w="1296" w:type="dxa"/>
            <w:tcMar>
              <w:top w:w="90" w:type="dxa"/>
              <w:left w:w="100" w:type="dxa"/>
              <w:bottom w:w="90" w:type="dxa"/>
              <w:right w:w="100" w:type="dxa"/>
            </w:tcMar>
            <w:vAlign w:val="center"/>
            <w:hideMark/>
          </w:tcPr>
          <w:p w14:paraId="5D57DEF1" w14:textId="77777777" w:rsidR="00424691" w:rsidRDefault="00800ACF">
            <w:pPr>
              <w:jc w:val="center"/>
            </w:pPr>
            <w:r>
              <w:rPr>
                <w:rFonts w:ascii="Times New Roman" w:eastAsia="Times New Roman" w:hAnsi="Times New Roman"/>
                <w:b/>
                <w:sz w:val="24"/>
              </w:rPr>
              <w:t>Kode</w:t>
            </w:r>
          </w:p>
        </w:tc>
      </w:tr>
      <w:tr w:rsidR="00F87674" w:rsidRPr="00F87674" w14:paraId="596F0A0B" w14:textId="77777777" w:rsidTr="00F87674">
        <w:tc>
          <w:tcPr>
            <w:tcW w:w="4003" w:type="dxa"/>
            <w:tcMar>
              <w:top w:w="90" w:type="dxa"/>
              <w:left w:w="100" w:type="dxa"/>
              <w:bottom w:w="90" w:type="dxa"/>
              <w:right w:w="100" w:type="dxa"/>
            </w:tcMar>
            <w:hideMark/>
          </w:tcPr>
          <w:p w14:paraId="0E6F749A" w14:textId="77777777" w:rsidR="00424691" w:rsidRDefault="00800ACF">
            <w:r>
              <w:rPr>
                <w:rFonts w:ascii="Times New Roman" w:eastAsia="Times New Roman" w:hAnsi="Times New Roman"/>
              </w:rPr>
              <w:t>4 dari 13 responden</w:t>
            </w:r>
          </w:p>
          <w:p w14:paraId="64D8FB4E" w14:textId="77777777" w:rsidR="00424691" w:rsidRDefault="00800ACF">
            <w:r>
              <w:rPr>
                <w:rFonts w:ascii="Times New Roman" w:eastAsia="Times New Roman" w:hAnsi="Times New Roman"/>
              </w:rPr>
              <w:t>Contoh :</w:t>
            </w:r>
          </w:p>
          <w:p w14:paraId="732DC47D" w14:textId="77777777" w:rsidR="00424691" w:rsidRDefault="00D3769E">
            <w:r>
              <w:rPr>
                <w:rFonts w:ascii="Times New Roman" w:eastAsia="Times New Roman" w:hAnsi="Times New Roman"/>
                <w:i/>
              </w:rPr>
              <w:t>R</w:t>
            </w:r>
            <w:r w:rsidR="00800ACF">
              <w:rPr>
                <w:rFonts w:ascii="Times New Roman" w:eastAsia="Times New Roman" w:hAnsi="Times New Roman"/>
                <w:i/>
              </w:rPr>
              <w:t xml:space="preserve">1. “Jadi saya sering </w:t>
            </w:r>
            <w:r w:rsidR="00800ACF">
              <w:rPr>
                <w:rFonts w:ascii="Times New Roman" w:eastAsia="Times New Roman" w:hAnsi="Times New Roman"/>
                <w:i/>
                <w:highlight w:val="yellow"/>
              </w:rPr>
              <w:t>mengajak</w:t>
            </w:r>
            <w:r w:rsidR="00800ACF">
              <w:rPr>
                <w:rFonts w:ascii="Times New Roman" w:eastAsia="Times New Roman" w:hAnsi="Times New Roman"/>
                <w:i/>
              </w:rPr>
              <w:t xml:space="preserve"> </w:t>
            </w:r>
            <w:r w:rsidR="00800ACF">
              <w:rPr>
                <w:rFonts w:ascii="Times New Roman" w:eastAsia="Times New Roman" w:hAnsi="Times New Roman"/>
                <w:i/>
                <w:highlight w:val="yellow"/>
              </w:rPr>
              <w:t>ngobrol</w:t>
            </w:r>
            <w:r w:rsidR="00800ACF">
              <w:rPr>
                <w:rFonts w:ascii="Times New Roman" w:eastAsia="Times New Roman" w:hAnsi="Times New Roman"/>
                <w:i/>
              </w:rPr>
              <w:t xml:space="preserve"> staff staff jepang disana agar bisa </w:t>
            </w:r>
            <w:r w:rsidR="00800ACF">
              <w:rPr>
                <w:rFonts w:ascii="Times New Roman" w:eastAsia="Times New Roman" w:hAnsi="Times New Roman"/>
                <w:i/>
                <w:highlight w:val="yellow"/>
              </w:rPr>
              <w:t>melatih</w:t>
            </w:r>
            <w:r w:rsidR="00800ACF">
              <w:rPr>
                <w:rFonts w:ascii="Times New Roman" w:eastAsia="Times New Roman" w:hAnsi="Times New Roman"/>
                <w:i/>
              </w:rPr>
              <w:t xml:space="preserve"> </w:t>
            </w:r>
            <w:r w:rsidR="00800ACF">
              <w:rPr>
                <w:rFonts w:ascii="Times New Roman" w:eastAsia="Times New Roman" w:hAnsi="Times New Roman"/>
                <w:i/>
                <w:highlight w:val="yellow"/>
              </w:rPr>
              <w:t>kaiwa</w:t>
            </w:r>
            <w:r w:rsidR="00800ACF">
              <w:rPr>
                <w:rFonts w:ascii="Times New Roman" w:eastAsia="Times New Roman" w:hAnsi="Times New Roman"/>
                <w:i/>
              </w:rPr>
              <w:t xml:space="preserve"> saya.”</w:t>
            </w:r>
          </w:p>
          <w:p w14:paraId="3DD7D17E" w14:textId="77777777" w:rsidR="00424691" w:rsidRDefault="00800ACF">
            <w:r>
              <w:rPr>
                <w:rFonts w:ascii="Times New Roman" w:eastAsia="Times New Roman" w:hAnsi="Times New Roman"/>
                <w:i/>
              </w:rPr>
              <w:t xml:space="preserve">2. “mungkin pertama kali takut </w:t>
            </w:r>
            <w:r>
              <w:rPr>
                <w:rFonts w:ascii="Times New Roman" w:eastAsia="Times New Roman" w:hAnsi="Times New Roman"/>
                <w:i/>
                <w:highlight w:val="yellow"/>
              </w:rPr>
              <w:t>ngomong</w:t>
            </w:r>
            <w:r>
              <w:rPr>
                <w:rFonts w:ascii="Times New Roman" w:eastAsia="Times New Roman" w:hAnsi="Times New Roman"/>
                <w:i/>
              </w:rPr>
              <w:t xml:space="preserve"> tapi cara mengatasi ya harus </w:t>
            </w:r>
            <w:r>
              <w:rPr>
                <w:rFonts w:ascii="Times New Roman" w:eastAsia="Times New Roman" w:hAnsi="Times New Roman"/>
                <w:i/>
                <w:highlight w:val="yellow"/>
              </w:rPr>
              <w:t>berani</w:t>
            </w:r>
            <w:r>
              <w:rPr>
                <w:rFonts w:ascii="Times New Roman" w:eastAsia="Times New Roman" w:hAnsi="Times New Roman"/>
                <w:i/>
              </w:rPr>
              <w:t xml:space="preserve"> dulu kalau salah pikir nanti aja yang penting </w:t>
            </w:r>
            <w:r>
              <w:rPr>
                <w:rFonts w:ascii="Times New Roman" w:eastAsia="Times New Roman" w:hAnsi="Times New Roman"/>
                <w:i/>
                <w:highlight w:val="yellow"/>
              </w:rPr>
              <w:t>ngomong</w:t>
            </w:r>
            <w:r>
              <w:rPr>
                <w:rFonts w:ascii="Times New Roman" w:eastAsia="Times New Roman" w:hAnsi="Times New Roman"/>
                <w:i/>
              </w:rPr>
              <w:t>.”</w:t>
            </w:r>
          </w:p>
        </w:tc>
        <w:tc>
          <w:tcPr>
            <w:tcW w:w="2620" w:type="dxa"/>
            <w:tcMar>
              <w:top w:w="90" w:type="dxa"/>
              <w:left w:w="100" w:type="dxa"/>
              <w:bottom w:w="90" w:type="dxa"/>
              <w:right w:w="100" w:type="dxa"/>
            </w:tcMar>
            <w:hideMark/>
          </w:tcPr>
          <w:p w14:paraId="1B8C9FC6" w14:textId="77777777" w:rsidR="00424691" w:rsidRDefault="00800ACF">
            <w:pPr>
              <w:jc w:val="center"/>
            </w:pPr>
            <w:r>
              <w:rPr>
                <w:rFonts w:ascii="Times New Roman" w:eastAsia="Times New Roman" w:hAnsi="Times New Roman"/>
              </w:rPr>
              <w:t>Komunikasi aktif dan interaksi sosial</w:t>
            </w:r>
          </w:p>
        </w:tc>
        <w:tc>
          <w:tcPr>
            <w:tcW w:w="1296" w:type="dxa"/>
            <w:tcMar>
              <w:top w:w="90" w:type="dxa"/>
              <w:left w:w="100" w:type="dxa"/>
              <w:bottom w:w="90" w:type="dxa"/>
              <w:right w:w="100" w:type="dxa"/>
            </w:tcMar>
            <w:hideMark/>
          </w:tcPr>
          <w:p w14:paraId="7CDA2FF7" w14:textId="77777777" w:rsidR="00424691" w:rsidRDefault="00800ACF">
            <w:pPr>
              <w:jc w:val="center"/>
            </w:pPr>
            <w:r>
              <w:rPr>
                <w:rFonts w:ascii="Times New Roman" w:eastAsia="Times New Roman" w:hAnsi="Times New Roman"/>
                <w:b/>
              </w:rPr>
              <w:t>SA-1</w:t>
            </w:r>
          </w:p>
        </w:tc>
      </w:tr>
      <w:tr w:rsidR="00F87674" w:rsidRPr="00F87674" w14:paraId="1EEE9DED" w14:textId="77777777" w:rsidTr="00F87674">
        <w:tc>
          <w:tcPr>
            <w:tcW w:w="4003" w:type="dxa"/>
            <w:tcMar>
              <w:top w:w="90" w:type="dxa"/>
              <w:left w:w="100" w:type="dxa"/>
              <w:bottom w:w="90" w:type="dxa"/>
              <w:right w:w="100" w:type="dxa"/>
            </w:tcMar>
            <w:hideMark/>
          </w:tcPr>
          <w:p w14:paraId="13E136D1" w14:textId="77777777" w:rsidR="00424691" w:rsidRDefault="00800ACF">
            <w:r>
              <w:rPr>
                <w:rFonts w:ascii="Times New Roman" w:eastAsia="Times New Roman" w:hAnsi="Times New Roman"/>
              </w:rPr>
              <w:t>1 dari 13 responden</w:t>
            </w:r>
          </w:p>
          <w:p w14:paraId="4200BC34" w14:textId="77777777" w:rsidR="00424691" w:rsidRDefault="00800ACF">
            <w:r>
              <w:rPr>
                <w:rFonts w:ascii="Times New Roman" w:eastAsia="Times New Roman" w:hAnsi="Times New Roman"/>
              </w:rPr>
              <w:t>Contoh :</w:t>
            </w:r>
          </w:p>
          <w:p w14:paraId="3140ED49" w14:textId="77777777" w:rsidR="00424691" w:rsidRDefault="00800ACF">
            <w:r>
              <w:rPr>
                <w:rFonts w:ascii="Times New Roman" w:eastAsia="Times New Roman" w:hAnsi="Times New Roman"/>
                <w:i/>
              </w:rPr>
              <w:t xml:space="preserve">1. “Ketika dapat </w:t>
            </w:r>
            <w:r>
              <w:rPr>
                <w:rFonts w:ascii="Times New Roman" w:eastAsia="Times New Roman" w:hAnsi="Times New Roman"/>
                <w:i/>
                <w:highlight w:val="green"/>
              </w:rPr>
              <w:t>kosakata</w:t>
            </w:r>
            <w:r>
              <w:rPr>
                <w:rFonts w:ascii="Times New Roman" w:eastAsia="Times New Roman" w:hAnsi="Times New Roman"/>
                <w:i/>
              </w:rPr>
              <w:t xml:space="preserve"> </w:t>
            </w:r>
            <w:r>
              <w:rPr>
                <w:rFonts w:ascii="Times New Roman" w:eastAsia="Times New Roman" w:hAnsi="Times New Roman"/>
                <w:i/>
                <w:highlight w:val="green"/>
              </w:rPr>
              <w:t>baru</w:t>
            </w:r>
            <w:r>
              <w:rPr>
                <w:rFonts w:ascii="Times New Roman" w:eastAsia="Times New Roman" w:hAnsi="Times New Roman"/>
                <w:i/>
              </w:rPr>
              <w:t xml:space="preserve"> diingat ingat terus atau </w:t>
            </w:r>
            <w:r>
              <w:rPr>
                <w:rFonts w:ascii="Times New Roman" w:eastAsia="Times New Roman" w:hAnsi="Times New Roman"/>
                <w:i/>
                <w:highlight w:val="green"/>
              </w:rPr>
              <w:t>dicatat</w:t>
            </w:r>
            <w:r>
              <w:rPr>
                <w:rFonts w:ascii="Times New Roman" w:eastAsia="Times New Roman" w:hAnsi="Times New Roman"/>
                <w:i/>
              </w:rPr>
              <w:t xml:space="preserve">. Ketika dapat </w:t>
            </w:r>
            <w:r>
              <w:rPr>
                <w:rFonts w:ascii="Times New Roman" w:eastAsia="Times New Roman" w:hAnsi="Times New Roman"/>
                <w:i/>
                <w:highlight w:val="green"/>
              </w:rPr>
              <w:t>pelajaran</w:t>
            </w:r>
            <w:r>
              <w:rPr>
                <w:rFonts w:ascii="Times New Roman" w:eastAsia="Times New Roman" w:hAnsi="Times New Roman"/>
                <w:i/>
              </w:rPr>
              <w:t xml:space="preserve"> </w:t>
            </w:r>
            <w:r>
              <w:rPr>
                <w:rFonts w:ascii="Times New Roman" w:eastAsia="Times New Roman" w:hAnsi="Times New Roman"/>
                <w:i/>
                <w:highlight w:val="green"/>
              </w:rPr>
              <w:t>penting</w:t>
            </w:r>
            <w:r>
              <w:rPr>
                <w:rFonts w:ascii="Times New Roman" w:eastAsia="Times New Roman" w:hAnsi="Times New Roman"/>
                <w:i/>
              </w:rPr>
              <w:t xml:space="preserve">, </w:t>
            </w:r>
            <w:r>
              <w:rPr>
                <w:rFonts w:ascii="Times New Roman" w:eastAsia="Times New Roman" w:hAnsi="Times New Roman"/>
                <w:i/>
                <w:highlight w:val="green"/>
              </w:rPr>
              <w:t>dicatat</w:t>
            </w:r>
            <w:r>
              <w:rPr>
                <w:rFonts w:ascii="Times New Roman" w:eastAsia="Times New Roman" w:hAnsi="Times New Roman"/>
                <w:i/>
              </w:rPr>
              <w:t>.”</w:t>
            </w:r>
          </w:p>
        </w:tc>
        <w:tc>
          <w:tcPr>
            <w:tcW w:w="2620" w:type="dxa"/>
            <w:tcMar>
              <w:top w:w="90" w:type="dxa"/>
              <w:left w:w="100" w:type="dxa"/>
              <w:bottom w:w="90" w:type="dxa"/>
              <w:right w:w="100" w:type="dxa"/>
            </w:tcMar>
            <w:hideMark/>
          </w:tcPr>
          <w:p w14:paraId="22DBCD8E" w14:textId="77777777" w:rsidR="00424691" w:rsidRDefault="00800ACF">
            <w:pPr>
              <w:jc w:val="center"/>
            </w:pPr>
            <w:r>
              <w:rPr>
                <w:rFonts w:ascii="Times New Roman" w:eastAsia="Times New Roman" w:hAnsi="Times New Roman"/>
              </w:rPr>
              <w:t>Pembelajaran mandiri</w:t>
            </w:r>
          </w:p>
        </w:tc>
        <w:tc>
          <w:tcPr>
            <w:tcW w:w="1296" w:type="dxa"/>
            <w:tcMar>
              <w:top w:w="90" w:type="dxa"/>
              <w:left w:w="100" w:type="dxa"/>
              <w:bottom w:w="90" w:type="dxa"/>
              <w:right w:w="100" w:type="dxa"/>
            </w:tcMar>
            <w:hideMark/>
          </w:tcPr>
          <w:p w14:paraId="656997BA" w14:textId="77777777" w:rsidR="00424691" w:rsidRDefault="00800ACF">
            <w:pPr>
              <w:jc w:val="center"/>
            </w:pPr>
            <w:r>
              <w:rPr>
                <w:rFonts w:ascii="Times New Roman" w:eastAsia="Times New Roman" w:hAnsi="Times New Roman"/>
                <w:b/>
              </w:rPr>
              <w:t>SA-2</w:t>
            </w:r>
          </w:p>
        </w:tc>
      </w:tr>
      <w:tr w:rsidR="00F87674" w:rsidRPr="00F87674" w14:paraId="5F8D2A1D" w14:textId="77777777" w:rsidTr="00F87674">
        <w:tc>
          <w:tcPr>
            <w:tcW w:w="4003" w:type="dxa"/>
            <w:tcMar>
              <w:top w:w="90" w:type="dxa"/>
              <w:left w:w="100" w:type="dxa"/>
              <w:bottom w:w="90" w:type="dxa"/>
              <w:right w:w="100" w:type="dxa"/>
            </w:tcMar>
            <w:hideMark/>
          </w:tcPr>
          <w:p w14:paraId="432D6164" w14:textId="77777777" w:rsidR="00424691" w:rsidRDefault="00800ACF">
            <w:r>
              <w:rPr>
                <w:rFonts w:ascii="Times New Roman" w:eastAsia="Times New Roman" w:hAnsi="Times New Roman"/>
              </w:rPr>
              <w:t>1 dari 13 responden</w:t>
            </w:r>
          </w:p>
          <w:p w14:paraId="3EFE206E" w14:textId="77777777" w:rsidR="00424691" w:rsidRDefault="00800ACF">
            <w:r>
              <w:rPr>
                <w:rFonts w:ascii="Times New Roman" w:eastAsia="Times New Roman" w:hAnsi="Times New Roman"/>
              </w:rPr>
              <w:t>Contoh :</w:t>
            </w:r>
          </w:p>
          <w:p w14:paraId="362EF367" w14:textId="77777777" w:rsidR="00424691" w:rsidRDefault="00800ACF">
            <w:r>
              <w:rPr>
                <w:rFonts w:ascii="Times New Roman" w:eastAsia="Times New Roman" w:hAnsi="Times New Roman"/>
                <w:i/>
              </w:rPr>
              <w:t xml:space="preserve">1. “bahasa baru kalau ada </w:t>
            </w:r>
            <w:r>
              <w:rPr>
                <w:rFonts w:ascii="Times New Roman" w:eastAsia="Times New Roman" w:hAnsi="Times New Roman"/>
                <w:i/>
                <w:highlight w:val="cyan"/>
              </w:rPr>
              <w:t>kesulitan</w:t>
            </w:r>
            <w:r>
              <w:rPr>
                <w:rFonts w:ascii="Times New Roman" w:eastAsia="Times New Roman" w:hAnsi="Times New Roman"/>
                <w:i/>
              </w:rPr>
              <w:t xml:space="preserve"> </w:t>
            </w:r>
            <w:r>
              <w:rPr>
                <w:rFonts w:ascii="Times New Roman" w:eastAsia="Times New Roman" w:hAnsi="Times New Roman"/>
                <w:i/>
                <w:highlight w:val="cyan"/>
              </w:rPr>
              <w:t>tanyakan</w:t>
            </w:r>
            <w:r>
              <w:rPr>
                <w:rFonts w:ascii="Times New Roman" w:eastAsia="Times New Roman" w:hAnsi="Times New Roman"/>
                <w:i/>
              </w:rPr>
              <w:t xml:space="preserve"> </w:t>
            </w:r>
            <w:r>
              <w:rPr>
                <w:rFonts w:ascii="Times New Roman" w:eastAsia="Times New Roman" w:hAnsi="Times New Roman"/>
                <w:i/>
                <w:highlight w:val="cyan"/>
              </w:rPr>
              <w:t>sekali</w:t>
            </w:r>
            <w:r>
              <w:rPr>
                <w:rFonts w:ascii="Times New Roman" w:eastAsia="Times New Roman" w:hAnsi="Times New Roman"/>
                <w:i/>
              </w:rPr>
              <w:t xml:space="preserve"> </w:t>
            </w:r>
            <w:r>
              <w:rPr>
                <w:rFonts w:ascii="Times New Roman" w:eastAsia="Times New Roman" w:hAnsi="Times New Roman"/>
                <w:i/>
                <w:highlight w:val="cyan"/>
              </w:rPr>
              <w:t>lagi</w:t>
            </w:r>
            <w:r>
              <w:rPr>
                <w:rFonts w:ascii="Times New Roman" w:eastAsia="Times New Roman" w:hAnsi="Times New Roman"/>
                <w:i/>
              </w:rPr>
              <w:t xml:space="preserve"> ke </w:t>
            </w:r>
            <w:r>
              <w:rPr>
                <w:rFonts w:ascii="Times New Roman" w:eastAsia="Times New Roman" w:hAnsi="Times New Roman"/>
                <w:i/>
                <w:highlight w:val="cyan"/>
              </w:rPr>
              <w:t>atasan</w:t>
            </w:r>
            <w:r>
              <w:rPr>
                <w:rFonts w:ascii="Times New Roman" w:eastAsia="Times New Roman" w:hAnsi="Times New Roman"/>
                <w:i/>
              </w:rPr>
              <w:t>.”</w:t>
            </w:r>
          </w:p>
        </w:tc>
        <w:tc>
          <w:tcPr>
            <w:tcW w:w="2620" w:type="dxa"/>
            <w:tcMar>
              <w:top w:w="90" w:type="dxa"/>
              <w:left w:w="100" w:type="dxa"/>
              <w:bottom w:w="90" w:type="dxa"/>
              <w:right w:w="100" w:type="dxa"/>
            </w:tcMar>
            <w:hideMark/>
          </w:tcPr>
          <w:p w14:paraId="423C8F48" w14:textId="77777777" w:rsidR="00424691" w:rsidRDefault="00800ACF">
            <w:pPr>
              <w:jc w:val="center"/>
            </w:pPr>
            <w:r>
              <w:rPr>
                <w:rFonts w:ascii="Times New Roman" w:eastAsia="Times New Roman" w:hAnsi="Times New Roman"/>
              </w:rPr>
              <w:t>Klarifikasi instruksi</w:t>
            </w:r>
          </w:p>
        </w:tc>
        <w:tc>
          <w:tcPr>
            <w:tcW w:w="1296" w:type="dxa"/>
            <w:tcMar>
              <w:top w:w="90" w:type="dxa"/>
              <w:left w:w="100" w:type="dxa"/>
              <w:bottom w:w="90" w:type="dxa"/>
              <w:right w:w="100" w:type="dxa"/>
            </w:tcMar>
            <w:hideMark/>
          </w:tcPr>
          <w:p w14:paraId="2851A755" w14:textId="77777777" w:rsidR="00424691" w:rsidRDefault="00800ACF">
            <w:pPr>
              <w:jc w:val="center"/>
            </w:pPr>
            <w:r>
              <w:rPr>
                <w:rFonts w:ascii="Times New Roman" w:eastAsia="Times New Roman" w:hAnsi="Times New Roman"/>
                <w:b/>
              </w:rPr>
              <w:t>SA-3</w:t>
            </w:r>
          </w:p>
        </w:tc>
      </w:tr>
      <w:tr w:rsidR="00F87674" w:rsidRPr="00F87674" w14:paraId="3F8492B9" w14:textId="77777777" w:rsidTr="00F87674">
        <w:tc>
          <w:tcPr>
            <w:tcW w:w="4003" w:type="dxa"/>
            <w:tcMar>
              <w:top w:w="90" w:type="dxa"/>
              <w:left w:w="100" w:type="dxa"/>
              <w:bottom w:w="90" w:type="dxa"/>
              <w:right w:w="100" w:type="dxa"/>
            </w:tcMar>
            <w:hideMark/>
          </w:tcPr>
          <w:p w14:paraId="45958A41" w14:textId="77777777" w:rsidR="00424691" w:rsidRDefault="00800ACF">
            <w:r>
              <w:rPr>
                <w:rFonts w:ascii="Times New Roman" w:eastAsia="Times New Roman" w:hAnsi="Times New Roman"/>
              </w:rPr>
              <w:t>3 dari 13 responden</w:t>
            </w:r>
          </w:p>
          <w:p w14:paraId="14E5B2C9" w14:textId="77777777" w:rsidR="00424691" w:rsidRDefault="00800ACF">
            <w:r>
              <w:rPr>
                <w:rFonts w:ascii="Times New Roman" w:eastAsia="Times New Roman" w:hAnsi="Times New Roman"/>
              </w:rPr>
              <w:t>Contoh :</w:t>
            </w:r>
          </w:p>
          <w:p w14:paraId="4B089452" w14:textId="77777777" w:rsidR="00424691" w:rsidRDefault="00800ACF">
            <w:r>
              <w:rPr>
                <w:rFonts w:ascii="Times New Roman" w:eastAsia="Times New Roman" w:hAnsi="Times New Roman"/>
                <w:i/>
              </w:rPr>
              <w:t xml:space="preserve">1. “tolong lebih dilatih bahasa jepang nya dan paling penting </w:t>
            </w:r>
            <w:r>
              <w:rPr>
                <w:rFonts w:ascii="Times New Roman" w:eastAsia="Times New Roman" w:hAnsi="Times New Roman"/>
                <w:i/>
                <w:highlight w:val="magenta"/>
              </w:rPr>
              <w:t>attitude</w:t>
            </w:r>
            <w:r>
              <w:rPr>
                <w:rFonts w:ascii="Times New Roman" w:eastAsia="Times New Roman" w:hAnsi="Times New Roman"/>
                <w:i/>
              </w:rPr>
              <w:t>.”</w:t>
            </w:r>
          </w:p>
          <w:p w14:paraId="232EFCAF" w14:textId="77777777" w:rsidR="00424691" w:rsidRDefault="00800ACF">
            <w:r>
              <w:rPr>
                <w:rFonts w:ascii="Times New Roman" w:eastAsia="Times New Roman" w:hAnsi="Times New Roman"/>
                <w:i/>
              </w:rPr>
              <w:t xml:space="preserve">2. “Bersikap </w:t>
            </w:r>
            <w:r>
              <w:rPr>
                <w:rFonts w:ascii="Times New Roman" w:eastAsia="Times New Roman" w:hAnsi="Times New Roman"/>
                <w:i/>
                <w:highlight w:val="magenta"/>
              </w:rPr>
              <w:t>profesional</w:t>
            </w:r>
            <w:r>
              <w:rPr>
                <w:rFonts w:ascii="Times New Roman" w:eastAsia="Times New Roman" w:hAnsi="Times New Roman"/>
                <w:i/>
              </w:rPr>
              <w:t xml:space="preserve"> dalam bekerja tanpa membawa masalah pribadi diluar ranah pekerjaan.”</w:t>
            </w:r>
          </w:p>
        </w:tc>
        <w:tc>
          <w:tcPr>
            <w:tcW w:w="2620" w:type="dxa"/>
            <w:tcMar>
              <w:top w:w="90" w:type="dxa"/>
              <w:left w:w="100" w:type="dxa"/>
              <w:bottom w:w="90" w:type="dxa"/>
              <w:right w:w="100" w:type="dxa"/>
            </w:tcMar>
            <w:hideMark/>
          </w:tcPr>
          <w:p w14:paraId="5CA098D1" w14:textId="77777777" w:rsidR="00424691" w:rsidRDefault="00800ACF">
            <w:pPr>
              <w:jc w:val="center"/>
            </w:pPr>
            <w:r>
              <w:rPr>
                <w:rFonts w:ascii="Times New Roman" w:eastAsia="Times New Roman" w:hAnsi="Times New Roman"/>
              </w:rPr>
              <w:t>Penyesuaian sikap dan etika profesional</w:t>
            </w:r>
          </w:p>
        </w:tc>
        <w:tc>
          <w:tcPr>
            <w:tcW w:w="1296" w:type="dxa"/>
            <w:tcMar>
              <w:top w:w="90" w:type="dxa"/>
              <w:left w:w="100" w:type="dxa"/>
              <w:bottom w:w="90" w:type="dxa"/>
              <w:right w:w="100" w:type="dxa"/>
            </w:tcMar>
            <w:hideMark/>
          </w:tcPr>
          <w:p w14:paraId="18138290" w14:textId="77777777" w:rsidR="00424691" w:rsidRDefault="00800ACF">
            <w:pPr>
              <w:jc w:val="center"/>
            </w:pPr>
            <w:r>
              <w:rPr>
                <w:rFonts w:ascii="Times New Roman" w:eastAsia="Times New Roman" w:hAnsi="Times New Roman"/>
                <w:b/>
              </w:rPr>
              <w:t>SA-4</w:t>
            </w:r>
          </w:p>
        </w:tc>
      </w:tr>
    </w:tbl>
    <w:p w14:paraId="5BFD96D3" w14:textId="77777777" w:rsidR="00F87674" w:rsidRPr="00D11FAA" w:rsidRDefault="00F87674" w:rsidP="00F87674">
      <w:pPr>
        <w:spacing w:after="0" w:line="360" w:lineRule="auto"/>
        <w:ind w:left="709" w:firstLine="567"/>
        <w:jc w:val="both"/>
        <w:rPr>
          <w:rFonts w:ascii="Times New Roman" w:hAnsi="Times New Roman" w:cs="Times New Roman"/>
          <w:sz w:val="24"/>
          <w:szCs w:val="24"/>
          <w:lang w:val="en-ID"/>
        </w:rPr>
      </w:pPr>
      <w:r w:rsidRPr="00F87674">
        <w:rPr>
          <w:rFonts w:ascii="Times New Roman" w:hAnsi="Times New Roman" w:cs="Times New Roman"/>
          <w:sz w:val="24"/>
          <w:szCs w:val="24"/>
          <w:lang w:val="en-ID"/>
        </w:rPr>
        <w:t xml:space="preserve">Hasil coding </w:t>
      </w:r>
      <w:proofErr w:type="spellStart"/>
      <w:r w:rsidRPr="00F87674">
        <w:rPr>
          <w:rFonts w:ascii="Times New Roman" w:hAnsi="Times New Roman" w:cs="Times New Roman"/>
          <w:sz w:val="24"/>
          <w:szCs w:val="24"/>
          <w:lang w:val="en-ID"/>
        </w:rPr>
        <w:t>tersebut</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menunjukkan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bahwa</w:t>
      </w:r>
      <w:proofErr w:type="spellEnd"/>
      <w:r w:rsidRPr="00F87674">
        <w:rPr>
          <w:rFonts w:ascii="Times New Roman" w:hAnsi="Times New Roman" w:cs="Times New Roman"/>
          <w:sz w:val="24"/>
          <w:szCs w:val="24"/>
          <w:lang w:val="en-ID"/>
        </w:rPr>
        <w:t xml:space="preserve"> strategi </w:t>
      </w:r>
      <w:proofErr w:type="spellStart"/>
      <w:r w:rsidRPr="00F87674">
        <w:rPr>
          <w:rFonts w:ascii="Times New Roman" w:hAnsi="Times New Roman" w:cs="Times New Roman"/>
          <w:sz w:val="24"/>
          <w:szCs w:val="24"/>
          <w:lang w:val="en-ID"/>
        </w:rPr>
        <w:t>adaptasi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memiliki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hubungan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langsung</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dengan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tantangan</w:t>
      </w:r>
      <w:proofErr w:type="spellEnd"/>
      <w:r w:rsidRPr="00F87674">
        <w:rPr>
          <w:rFonts w:ascii="Times New Roman" w:hAnsi="Times New Roman" w:cs="Times New Roman"/>
          <w:sz w:val="24"/>
          <w:szCs w:val="24"/>
          <w:lang w:val="en-ID"/>
        </w:rPr>
        <w:t xml:space="preserve"> yang </w:t>
      </w:r>
      <w:proofErr w:type="spellStart"/>
      <w:r w:rsidRPr="00F87674">
        <w:rPr>
          <w:rFonts w:ascii="Times New Roman" w:hAnsi="Times New Roman" w:cs="Times New Roman"/>
          <w:sz w:val="24"/>
          <w:szCs w:val="24"/>
          <w:lang w:val="en-ID"/>
        </w:rPr>
        <w:t>ditemukan</w:t>
      </w:r>
      <w:proofErr w:type="spellEnd"/>
      <w:r w:rsidRPr="00F87674">
        <w:rPr>
          <w:rFonts w:ascii="Times New Roman" w:hAnsi="Times New Roman" w:cs="Times New Roman"/>
          <w:sz w:val="24"/>
          <w:szCs w:val="24"/>
          <w:lang w:val="en-ID"/>
        </w:rPr>
        <w:t xml:space="preserve"> pada dua </w:t>
      </w:r>
      <w:proofErr w:type="spellStart"/>
      <w:r w:rsidRPr="00F87674">
        <w:rPr>
          <w:rFonts w:ascii="Times New Roman" w:hAnsi="Times New Roman" w:cs="Times New Roman"/>
          <w:sz w:val="24"/>
          <w:szCs w:val="24"/>
          <w:lang w:val="en-ID"/>
        </w:rPr>
        <w:t>fokus</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sebelumnya</w:t>
      </w:r>
      <w:proofErr w:type="spellEnd"/>
      <w:r w:rsidRPr="00F87674">
        <w:rPr>
          <w:rFonts w:ascii="Times New Roman" w:hAnsi="Times New Roman" w:cs="Times New Roman"/>
          <w:sz w:val="24"/>
          <w:szCs w:val="24"/>
          <w:lang w:val="en-ID"/>
        </w:rPr>
        <w:t>.</w:t>
      </w:r>
    </w:p>
    <w:p w14:paraId="2A9011C4" w14:textId="77777777" w:rsidR="008951DC" w:rsidRPr="00D11FAA" w:rsidRDefault="008951DC">
      <w:pPr>
        <w:pStyle w:val="Heading3"/>
        <w:numPr>
          <w:ilvl w:val="0"/>
          <w:numId w:val="35"/>
        </w:numPr>
        <w:spacing w:before="0" w:line="360" w:lineRule="auto"/>
        <w:ind w:left="567"/>
        <w:rPr>
          <w:rFonts w:ascii="Times New Roman" w:hAnsi="Times New Roman" w:cs="Times New Roman"/>
          <w:b w:val="0"/>
          <w:bCs w:val="0"/>
          <w:color w:val="auto"/>
          <w:sz w:val="24"/>
          <w:szCs w:val="24"/>
          <w:lang w:val="en-ID"/>
        </w:rPr>
      </w:pPr>
      <w:bookmarkStart w:id="58" w:name="_Toc238448319"/>
      <w:proofErr w:type="spellStart"/>
      <w:r w:rsidRPr="00D11FAA">
        <w:rPr>
          <w:rFonts w:ascii="Times New Roman" w:hAnsi="Times New Roman" w:cs="Times New Roman"/>
          <w:b w:val="0"/>
          <w:bCs w:val="0"/>
          <w:color w:val="auto"/>
          <w:sz w:val="24"/>
          <w:szCs w:val="24"/>
          <w:lang w:val="en-ID"/>
        </w:rPr>
        <w:t>Penyajian</w:t>
      </w:r>
      <w:proofErr w:type="spellEnd"/>
      <w:r w:rsidRPr="00D11FAA">
        <w:rPr>
          <w:rFonts w:ascii="Times New Roman" w:hAnsi="Times New Roman" w:cs="Times New Roman"/>
          <w:b w:val="0"/>
          <w:bCs w:val="0"/>
          <w:color w:val="auto"/>
          <w:sz w:val="24"/>
          <w:szCs w:val="24"/>
          <w:lang w:val="en-ID"/>
        </w:rPr>
        <w:t xml:space="preserve"> Data</w:t>
      </w:r>
      <w:bookmarkEnd w:id="58"/>
    </w:p>
    <w:p w14:paraId="7406625E" w14:textId="77777777" w:rsidR="008951DC" w:rsidRPr="00D11FAA" w:rsidRDefault="008951DC">
      <w:pPr>
        <w:pStyle w:val="ListParagraph"/>
        <w:numPr>
          <w:ilvl w:val="0"/>
          <w:numId w:val="37"/>
        </w:numPr>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aktif</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melalui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interaksi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sosial</w:t>
      </w:r>
      <w:proofErr w:type="spellEnd"/>
    </w:p>
    <w:p w14:paraId="33F8AC02"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Strategi </w:t>
      </w:r>
      <w:proofErr w:type="spellStart"/>
      <w:r w:rsidRPr="00D11FAA">
        <w:rPr>
          <w:rFonts w:ascii="Times New Roman" w:hAnsi="Times New Roman" w:cs="Times New Roman"/>
          <w:sz w:val="24"/>
          <w:szCs w:val="24"/>
          <w:lang w:val="en-ID"/>
        </w:rPr>
        <w:t>pertama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adalah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meningkatkan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interaksi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staf</w:t>
      </w:r>
      <w:proofErr w:type="spellEnd"/>
      <w:r w:rsidRPr="00D11FAA">
        <w:rPr>
          <w:rFonts w:ascii="Times New Roman" w:hAnsi="Times New Roman" w:cs="Times New Roman"/>
          <w:sz w:val="24"/>
          <w:szCs w:val="24"/>
          <w:lang w:val="en-ID"/>
        </w:rPr>
        <w:t xml:space="preserve"> Jepang.</w:t>
      </w:r>
    </w:p>
    <w:p w14:paraId="65EB85F1" w14:textId="77777777" w:rsidR="008951DC" w:rsidRPr="00D11FAA" w:rsidRDefault="008951DC" w:rsidP="00D11FAA">
      <w:pPr>
        <w:spacing w:after="0" w:line="360" w:lineRule="auto"/>
        <w:ind w:left="1134"/>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R-1 </w:t>
      </w:r>
      <w:proofErr w:type="spellStart"/>
      <w:r w:rsidRPr="00D11FAA">
        <w:rPr>
          <w:rFonts w:ascii="Times New Roman" w:hAnsi="Times New Roman" w:cs="Times New Roman"/>
          <w:sz w:val="24"/>
          <w:szCs w:val="24"/>
          <w:lang w:val="en-ID"/>
        </w:rPr>
        <w:t>menjelaskan</w:t>
      </w:r>
      <w:proofErr w:type="spellEnd"/>
      <w:r w:rsidRPr="00D11FAA">
        <w:rPr>
          <w:rFonts w:ascii="Times New Roman" w:hAnsi="Times New Roman" w:cs="Times New Roman"/>
          <w:sz w:val="24"/>
          <w:szCs w:val="24"/>
          <w:lang w:val="en-ID"/>
        </w:rPr>
        <w:t>:</w:t>
      </w:r>
    </w:p>
    <w:p w14:paraId="177E57C1" w14:textId="77777777" w:rsidR="008951DC" w:rsidRPr="00D11FAA" w:rsidRDefault="008951DC" w:rsidP="00D11FAA">
      <w:pPr>
        <w:spacing w:after="0" w:line="360" w:lineRule="auto"/>
        <w:ind w:left="1134"/>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w:t>
      </w:r>
      <w:r w:rsidRPr="00D11FAA">
        <w:rPr>
          <w:rFonts w:ascii="Times New Roman" w:hAnsi="Times New Roman" w:cs="Times New Roman"/>
          <w:i/>
          <w:iCs/>
          <w:sz w:val="24"/>
          <w:szCs w:val="24"/>
          <w:lang w:val="en-ID"/>
        </w:rPr>
        <w:t xml:space="preserve">Jadi </w:t>
      </w:r>
      <w:proofErr w:type="spellStart"/>
      <w:r w:rsidRPr="00D11FAA">
        <w:rPr>
          <w:rFonts w:ascii="Times New Roman" w:hAnsi="Times New Roman" w:cs="Times New Roman"/>
          <w:i/>
          <w:iCs/>
          <w:sz w:val="24"/>
          <w:szCs w:val="24"/>
          <w:lang w:val="en-ID"/>
        </w:rPr>
        <w:t>saya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sering</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yellow"/>
          <w:lang w:val="en-ID"/>
        </w:rPr>
        <w:t>mengajak</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yellow"/>
          <w:lang w:val="en-ID"/>
        </w:rPr>
        <w:t>ngobrol</w:t>
      </w:r>
      <w:proofErr w:type="spellEnd"/>
      <w:r w:rsidRPr="00D11FAA">
        <w:rPr>
          <w:rFonts w:ascii="Times New Roman" w:hAnsi="Times New Roman" w:cs="Times New Roman"/>
          <w:i/>
          <w:iCs/>
          <w:sz w:val="24"/>
          <w:szCs w:val="24"/>
          <w:lang w:val="en-ID"/>
        </w:rPr>
        <w:t xml:space="preserve"> staff </w:t>
      </w:r>
      <w:proofErr w:type="spellStart"/>
      <w:r w:rsidRPr="00D11FAA">
        <w:rPr>
          <w:rFonts w:ascii="Times New Roman" w:hAnsi="Times New Roman" w:cs="Times New Roman"/>
          <w:i/>
          <w:iCs/>
          <w:sz w:val="24"/>
          <w:szCs w:val="24"/>
          <w:lang w:val="en-ID"/>
        </w:rPr>
        <w:t>staff</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jepang</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disana</w:t>
      </w:r>
      <w:proofErr w:type="spellEnd"/>
      <w:r w:rsidRPr="00D11FAA">
        <w:rPr>
          <w:rFonts w:ascii="Times New Roman" w:hAnsi="Times New Roman" w:cs="Times New Roman"/>
          <w:i/>
          <w:iCs/>
          <w:sz w:val="24"/>
          <w:szCs w:val="24"/>
          <w:lang w:val="en-ID"/>
        </w:rPr>
        <w:t xml:space="preserve"> agar </w:t>
      </w:r>
      <w:proofErr w:type="spellStart"/>
      <w:r w:rsidRPr="00D11FAA">
        <w:rPr>
          <w:rFonts w:ascii="Times New Roman" w:hAnsi="Times New Roman" w:cs="Times New Roman"/>
          <w:i/>
          <w:iCs/>
          <w:sz w:val="24"/>
          <w:szCs w:val="24"/>
          <w:lang w:val="en-ID"/>
        </w:rPr>
        <w:t>bisa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yellow"/>
          <w:lang w:val="en-ID"/>
        </w:rPr>
        <w:t>melatih</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yellow"/>
          <w:lang w:val="en-ID"/>
        </w:rPr>
        <w:t>kaiwa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saya</w:t>
      </w:r>
      <w:proofErr w:type="spellEnd"/>
      <w:r w:rsidRPr="00D11FAA">
        <w:rPr>
          <w:rFonts w:ascii="Times New Roman" w:hAnsi="Times New Roman" w:cs="Times New Roman"/>
          <w:sz w:val="24"/>
          <w:szCs w:val="24"/>
          <w:lang w:val="en-ID"/>
        </w:rPr>
        <w:t xml:space="preserve">.” (R-1). </w:t>
      </w:r>
    </w:p>
    <w:p w14:paraId="64F93B7C"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R-11 juga </w:t>
      </w:r>
      <w:proofErr w:type="spellStart"/>
      <w:r w:rsidRPr="00D11FAA">
        <w:rPr>
          <w:rFonts w:ascii="Times New Roman" w:hAnsi="Times New Roman" w:cs="Times New Roman"/>
          <w:sz w:val="24"/>
          <w:szCs w:val="24"/>
          <w:lang w:val="en-ID"/>
        </w:rPr>
        <w:t>menyatakan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banyak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mengobrol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partner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sambil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tetap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belajar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mandiri</w:t>
      </w:r>
      <w:proofErr w:type="spellEnd"/>
      <w:r w:rsidRPr="00D11FAA">
        <w:rPr>
          <w:rFonts w:ascii="Times New Roman" w:hAnsi="Times New Roman" w:cs="Times New Roman"/>
          <w:sz w:val="24"/>
          <w:szCs w:val="24"/>
          <w:lang w:val="en-ID"/>
        </w:rPr>
        <w:t xml:space="preserve">. R-13 </w:t>
      </w:r>
      <w:proofErr w:type="spellStart"/>
      <w:r w:rsidRPr="00D11FAA">
        <w:rPr>
          <w:rFonts w:ascii="Times New Roman" w:hAnsi="Times New Roman" w:cs="Times New Roman"/>
          <w:sz w:val="24"/>
          <w:szCs w:val="24"/>
          <w:lang w:val="en-ID"/>
        </w:rPr>
        <w:t>menggunakan</w:t>
      </w:r>
      <w:proofErr w:type="spellEnd"/>
      <w:r w:rsidRPr="00D11FAA">
        <w:rPr>
          <w:rFonts w:ascii="Times New Roman" w:hAnsi="Times New Roman" w:cs="Times New Roman"/>
          <w:sz w:val="24"/>
          <w:szCs w:val="24"/>
          <w:lang w:val="en-ID"/>
        </w:rPr>
        <w:t xml:space="preserve"> strategi </w:t>
      </w:r>
      <w:proofErr w:type="spellStart"/>
      <w:r w:rsidRPr="00D11FAA">
        <w:rPr>
          <w:rFonts w:ascii="Times New Roman" w:hAnsi="Times New Roman" w:cs="Times New Roman"/>
          <w:sz w:val="24"/>
          <w:szCs w:val="24"/>
          <w:lang w:val="en-ID"/>
        </w:rPr>
        <w:t>membangun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pertemanan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berbicara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staf</w:t>
      </w:r>
      <w:proofErr w:type="spellEnd"/>
      <w:r w:rsidRPr="00D11FAA">
        <w:rPr>
          <w:rFonts w:ascii="Times New Roman" w:hAnsi="Times New Roman" w:cs="Times New Roman"/>
          <w:sz w:val="24"/>
          <w:szCs w:val="24"/>
          <w:lang w:val="en-ID"/>
        </w:rPr>
        <w:t xml:space="preserve"> lain. </w:t>
      </w:r>
    </w:p>
    <w:p w14:paraId="486C02FA" w14:textId="77777777" w:rsidR="008951DC" w:rsidRPr="00D11FAA" w:rsidRDefault="008951DC" w:rsidP="00D11FAA">
      <w:pPr>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Sementara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itu</w:t>
      </w:r>
      <w:proofErr w:type="spellEnd"/>
      <w:r w:rsidRPr="00D11FAA">
        <w:rPr>
          <w:rFonts w:ascii="Times New Roman" w:hAnsi="Times New Roman" w:cs="Times New Roman"/>
          <w:sz w:val="24"/>
          <w:szCs w:val="24"/>
          <w:lang w:val="en-ID"/>
        </w:rPr>
        <w:t xml:space="preserve">, R-4 </w:t>
      </w:r>
      <w:proofErr w:type="spellStart"/>
      <w:r w:rsidRPr="00D11FAA">
        <w:rPr>
          <w:rFonts w:ascii="Times New Roman" w:hAnsi="Times New Roman" w:cs="Times New Roman"/>
          <w:sz w:val="24"/>
          <w:szCs w:val="24"/>
          <w:lang w:val="en-ID"/>
        </w:rPr>
        <w:t>menjelaskan</w:t>
      </w:r>
      <w:proofErr w:type="spellEnd"/>
      <w:r w:rsidRPr="00D11FAA">
        <w:rPr>
          <w:rFonts w:ascii="Times New Roman" w:hAnsi="Times New Roman" w:cs="Times New Roman"/>
          <w:sz w:val="24"/>
          <w:szCs w:val="24"/>
          <w:lang w:val="en-ID"/>
        </w:rPr>
        <w:t>:</w:t>
      </w:r>
    </w:p>
    <w:p w14:paraId="72BAFF1E" w14:textId="77777777" w:rsidR="008951DC" w:rsidRPr="00D11FAA" w:rsidRDefault="008951DC" w:rsidP="00D11FAA">
      <w:pPr>
        <w:spacing w:after="0" w:line="360" w:lineRule="auto"/>
        <w:ind w:left="1134"/>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w:t>
      </w:r>
      <w:proofErr w:type="spellStart"/>
      <w:r w:rsidRPr="00D11FAA">
        <w:rPr>
          <w:rFonts w:ascii="Times New Roman" w:hAnsi="Times New Roman" w:cs="Times New Roman"/>
          <w:i/>
          <w:iCs/>
          <w:sz w:val="24"/>
          <w:szCs w:val="24"/>
          <w:lang w:val="en-ID"/>
        </w:rPr>
        <w:t>mungkin</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pertama</w:t>
      </w:r>
      <w:proofErr w:type="spellEnd"/>
      <w:r w:rsidRPr="00D11FAA">
        <w:rPr>
          <w:rFonts w:ascii="Times New Roman" w:hAnsi="Times New Roman" w:cs="Times New Roman"/>
          <w:i/>
          <w:iCs/>
          <w:sz w:val="24"/>
          <w:szCs w:val="24"/>
          <w:lang w:val="en-ID"/>
        </w:rPr>
        <w:t xml:space="preserve"> kali </w:t>
      </w:r>
      <w:proofErr w:type="spellStart"/>
      <w:r w:rsidRPr="00D11FAA">
        <w:rPr>
          <w:rFonts w:ascii="Times New Roman" w:hAnsi="Times New Roman" w:cs="Times New Roman"/>
          <w:i/>
          <w:iCs/>
          <w:sz w:val="24"/>
          <w:szCs w:val="24"/>
          <w:lang w:val="en-ID"/>
        </w:rPr>
        <w:t>takut</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yellow"/>
          <w:lang w:val="en-ID"/>
        </w:rPr>
        <w:t>ngomong</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tapi</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cara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mengatasi</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ya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harus</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yellow"/>
          <w:lang w:val="en-ID"/>
        </w:rPr>
        <w:t>berani</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dulu</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kalau</w:t>
      </w:r>
      <w:proofErr w:type="spellEnd"/>
      <w:r w:rsidRPr="00D11FAA">
        <w:rPr>
          <w:rFonts w:ascii="Times New Roman" w:hAnsi="Times New Roman" w:cs="Times New Roman"/>
          <w:i/>
          <w:iCs/>
          <w:sz w:val="24"/>
          <w:szCs w:val="24"/>
          <w:lang w:val="en-ID"/>
        </w:rPr>
        <w:t xml:space="preserve"> salah </w:t>
      </w:r>
      <w:proofErr w:type="spellStart"/>
      <w:r w:rsidRPr="00D11FAA">
        <w:rPr>
          <w:rFonts w:ascii="Times New Roman" w:hAnsi="Times New Roman" w:cs="Times New Roman"/>
          <w:i/>
          <w:iCs/>
          <w:sz w:val="24"/>
          <w:szCs w:val="24"/>
          <w:lang w:val="en-ID"/>
        </w:rPr>
        <w:t>pikir</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nanti</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aja</w:t>
      </w:r>
      <w:proofErr w:type="spellEnd"/>
      <w:r w:rsidRPr="00D11FAA">
        <w:rPr>
          <w:rFonts w:ascii="Times New Roman" w:hAnsi="Times New Roman" w:cs="Times New Roman"/>
          <w:i/>
          <w:iCs/>
          <w:sz w:val="24"/>
          <w:szCs w:val="24"/>
          <w:lang w:val="en-ID"/>
        </w:rPr>
        <w:t xml:space="preserve"> yang </w:t>
      </w:r>
      <w:proofErr w:type="spellStart"/>
      <w:r w:rsidRPr="00D11FAA">
        <w:rPr>
          <w:rFonts w:ascii="Times New Roman" w:hAnsi="Times New Roman" w:cs="Times New Roman"/>
          <w:i/>
          <w:iCs/>
          <w:sz w:val="24"/>
          <w:szCs w:val="24"/>
          <w:lang w:val="en-ID"/>
        </w:rPr>
        <w:t>penting</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yellow"/>
          <w:lang w:val="en-ID"/>
        </w:rPr>
        <w:t>ngomong</w:t>
      </w:r>
      <w:proofErr w:type="spellEnd"/>
      <w:r w:rsidRPr="00D11FAA">
        <w:rPr>
          <w:rFonts w:ascii="Times New Roman" w:hAnsi="Times New Roman" w:cs="Times New Roman"/>
          <w:sz w:val="24"/>
          <w:szCs w:val="24"/>
          <w:lang w:val="en-ID"/>
        </w:rPr>
        <w:t xml:space="preserve">.” (R-4). </w:t>
      </w:r>
    </w:p>
    <w:p w14:paraId="0ADA1AFC"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Data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aktif</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digunakan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meningkatkan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tetapi</w:t>
      </w:r>
      <w:proofErr w:type="spellEnd"/>
      <w:r w:rsidRPr="00D11FAA">
        <w:rPr>
          <w:rFonts w:ascii="Times New Roman" w:hAnsi="Times New Roman" w:cs="Times New Roman"/>
          <w:sz w:val="24"/>
          <w:szCs w:val="24"/>
          <w:lang w:val="en-ID"/>
        </w:rPr>
        <w:t xml:space="preserve"> juga </w:t>
      </w:r>
      <w:proofErr w:type="spellStart"/>
      <w:r w:rsidRPr="00D11FAA">
        <w:rPr>
          <w:rFonts w:ascii="Times New Roman" w:hAnsi="Times New Roman" w:cs="Times New Roman"/>
          <w:sz w:val="24"/>
          <w:szCs w:val="24"/>
          <w:lang w:val="en-ID"/>
        </w:rPr>
        <w:t>untuk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mengurangi</w:t>
      </w:r>
      <w:proofErr w:type="spellEnd"/>
      <w:r w:rsidRPr="00D11FAA">
        <w:rPr>
          <w:rFonts w:ascii="Times New Roman" w:hAnsi="Times New Roman" w:cs="Times New Roman"/>
          <w:sz w:val="24"/>
          <w:szCs w:val="24"/>
          <w:lang w:val="en-ID"/>
        </w:rPr>
        <w:t xml:space="preserve"> rasa </w:t>
      </w:r>
      <w:proofErr w:type="spellStart"/>
      <w:r w:rsidRPr="00D11FAA">
        <w:rPr>
          <w:rFonts w:ascii="Times New Roman" w:hAnsi="Times New Roman" w:cs="Times New Roman"/>
          <w:sz w:val="24"/>
          <w:szCs w:val="24"/>
          <w:lang w:val="en-ID"/>
        </w:rPr>
        <w:t>takut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melakukan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kesalahan</w:t>
      </w:r>
      <w:proofErr w:type="spellEnd"/>
      <w:r w:rsidRPr="00D11FAA">
        <w:rPr>
          <w:rFonts w:ascii="Times New Roman" w:hAnsi="Times New Roman" w:cs="Times New Roman"/>
          <w:sz w:val="24"/>
          <w:szCs w:val="24"/>
          <w:lang w:val="en-ID"/>
        </w:rPr>
        <w:t>.</w:t>
      </w:r>
    </w:p>
    <w:p w14:paraId="6C49FD67"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demikian</w:t>
      </w:r>
      <w:proofErr w:type="spellEnd"/>
      <w:r w:rsidRPr="00D11FAA">
        <w:rPr>
          <w:rFonts w:ascii="Times New Roman" w:hAnsi="Times New Roman" w:cs="Times New Roman"/>
          <w:sz w:val="24"/>
          <w:szCs w:val="24"/>
          <w:lang w:val="en-ID"/>
        </w:rPr>
        <w:t xml:space="preserve">, strategi </w:t>
      </w: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berlangsung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melalui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interaksi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langsung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melalui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pembelajaran</w:t>
      </w:r>
      <w:proofErr w:type="spellEnd"/>
      <w:r w:rsidRPr="00D11FAA">
        <w:rPr>
          <w:rFonts w:ascii="Times New Roman" w:hAnsi="Times New Roman" w:cs="Times New Roman"/>
          <w:sz w:val="24"/>
          <w:szCs w:val="24"/>
          <w:lang w:val="en-ID"/>
        </w:rPr>
        <w:t xml:space="preserve"> formal.</w:t>
      </w:r>
    </w:p>
    <w:p w14:paraId="6D8B39AC" w14:textId="77777777" w:rsidR="008951DC" w:rsidRPr="00D11FAA" w:rsidRDefault="008951DC">
      <w:pPr>
        <w:pStyle w:val="ListParagraph"/>
        <w:numPr>
          <w:ilvl w:val="0"/>
          <w:numId w:val="37"/>
        </w:numPr>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Pembelajaran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mandiri</w:t>
      </w:r>
      <w:proofErr w:type="spellEnd"/>
    </w:p>
    <w:p w14:paraId="11307300"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Strategi </w:t>
      </w:r>
      <w:proofErr w:type="spellStart"/>
      <w:r w:rsidRPr="00D11FAA">
        <w:rPr>
          <w:rFonts w:ascii="Times New Roman" w:hAnsi="Times New Roman" w:cs="Times New Roman"/>
          <w:sz w:val="24"/>
          <w:szCs w:val="24"/>
          <w:lang w:val="en-ID"/>
        </w:rPr>
        <w:t>berikutnya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adalah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pembelajaran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mandiri</w:t>
      </w:r>
      <w:proofErr w:type="spellEnd"/>
      <w:r w:rsidRPr="00D11FAA">
        <w:rPr>
          <w:rFonts w:ascii="Times New Roman" w:hAnsi="Times New Roman" w:cs="Times New Roman"/>
          <w:sz w:val="24"/>
          <w:szCs w:val="24"/>
          <w:lang w:val="en-ID"/>
        </w:rPr>
        <w:t>.</w:t>
      </w:r>
    </w:p>
    <w:p w14:paraId="0AB86FB1" w14:textId="77777777" w:rsidR="008951DC" w:rsidRPr="00D11FAA" w:rsidRDefault="008951DC" w:rsidP="00D11FAA">
      <w:pPr>
        <w:spacing w:after="0" w:line="360" w:lineRule="auto"/>
        <w:ind w:left="1134"/>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R-2 </w:t>
      </w:r>
      <w:proofErr w:type="spellStart"/>
      <w:r w:rsidRPr="00D11FAA">
        <w:rPr>
          <w:rFonts w:ascii="Times New Roman" w:hAnsi="Times New Roman" w:cs="Times New Roman"/>
          <w:sz w:val="24"/>
          <w:szCs w:val="24"/>
          <w:lang w:val="en-ID"/>
        </w:rPr>
        <w:t>menyampaikan</w:t>
      </w:r>
      <w:proofErr w:type="spellEnd"/>
      <w:r w:rsidRPr="00D11FAA">
        <w:rPr>
          <w:rFonts w:ascii="Times New Roman" w:hAnsi="Times New Roman" w:cs="Times New Roman"/>
          <w:sz w:val="24"/>
          <w:szCs w:val="24"/>
          <w:lang w:val="en-ID"/>
        </w:rPr>
        <w:t>:</w:t>
      </w:r>
    </w:p>
    <w:p w14:paraId="60A17E9D" w14:textId="77777777" w:rsidR="008951DC" w:rsidRPr="00D11FAA" w:rsidRDefault="008951DC" w:rsidP="00D11FAA">
      <w:pPr>
        <w:spacing w:after="0" w:line="360" w:lineRule="auto"/>
        <w:ind w:left="1134"/>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w:t>
      </w:r>
      <w:r w:rsidRPr="00D11FAA">
        <w:rPr>
          <w:rFonts w:ascii="Times New Roman" w:hAnsi="Times New Roman" w:cs="Times New Roman"/>
          <w:i/>
          <w:iCs/>
          <w:sz w:val="24"/>
          <w:szCs w:val="24"/>
          <w:lang w:val="en-ID"/>
        </w:rPr>
        <w:t xml:space="preserve">Ketika </w:t>
      </w:r>
      <w:proofErr w:type="spellStart"/>
      <w:r w:rsidRPr="00D11FAA">
        <w:rPr>
          <w:rFonts w:ascii="Times New Roman" w:hAnsi="Times New Roman" w:cs="Times New Roman"/>
          <w:i/>
          <w:iCs/>
          <w:sz w:val="24"/>
          <w:szCs w:val="24"/>
          <w:lang w:val="en-ID"/>
        </w:rPr>
        <w:t>dapat</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green"/>
          <w:lang w:val="en-ID"/>
        </w:rPr>
        <w:t>kosakata</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green"/>
          <w:lang w:val="en-ID"/>
        </w:rPr>
        <w:t>baru</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diingat</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ingat</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terus</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lang w:val="en-ID"/>
        </w:rPr>
        <w:t>atau</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green"/>
          <w:lang w:val="en-ID"/>
        </w:rPr>
        <w:t>dicatat</w:t>
      </w:r>
      <w:proofErr w:type="spellEnd"/>
      <w:r w:rsidRPr="00D11FAA">
        <w:rPr>
          <w:rFonts w:ascii="Times New Roman" w:hAnsi="Times New Roman" w:cs="Times New Roman"/>
          <w:i/>
          <w:iCs/>
          <w:sz w:val="24"/>
          <w:szCs w:val="24"/>
          <w:lang w:val="en-ID"/>
        </w:rPr>
        <w:t xml:space="preserve">. Ketika </w:t>
      </w:r>
      <w:proofErr w:type="spellStart"/>
      <w:r w:rsidRPr="00D11FAA">
        <w:rPr>
          <w:rFonts w:ascii="Times New Roman" w:hAnsi="Times New Roman" w:cs="Times New Roman"/>
          <w:i/>
          <w:iCs/>
          <w:sz w:val="24"/>
          <w:szCs w:val="24"/>
          <w:lang w:val="en-ID"/>
        </w:rPr>
        <w:t>dapat</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green"/>
          <w:lang w:val="en-ID"/>
        </w:rPr>
        <w:t>pelajaran</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green"/>
          <w:lang w:val="en-ID"/>
        </w:rPr>
        <w:t>penting</w:t>
      </w:r>
      <w:proofErr w:type="spellEnd"/>
      <w:r w:rsidRPr="00D11FAA">
        <w:rPr>
          <w:rFonts w:ascii="Times New Roman" w:hAnsi="Times New Roman" w:cs="Times New Roman"/>
          <w:i/>
          <w:iCs/>
          <w:sz w:val="24"/>
          <w:szCs w:val="24"/>
          <w:lang w:val="en-ID"/>
        </w:rPr>
        <w:t xml:space="preserve">, </w:t>
      </w:r>
      <w:proofErr w:type="spellStart"/>
      <w:r w:rsidRPr="00D11FAA">
        <w:rPr>
          <w:rFonts w:ascii="Times New Roman" w:hAnsi="Times New Roman" w:cs="Times New Roman"/>
          <w:i/>
          <w:iCs/>
          <w:sz w:val="24"/>
          <w:szCs w:val="24"/>
          <w:highlight w:val="green"/>
          <w:lang w:val="en-ID"/>
        </w:rPr>
        <w:t>dicatat</w:t>
      </w:r>
      <w:proofErr w:type="spellEnd"/>
      <w:r w:rsidRPr="00D11FAA">
        <w:rPr>
          <w:rFonts w:ascii="Times New Roman" w:hAnsi="Times New Roman" w:cs="Times New Roman"/>
          <w:sz w:val="24"/>
          <w:szCs w:val="24"/>
          <w:lang w:val="en-ID"/>
        </w:rPr>
        <w:t xml:space="preserve">.” (R-2). </w:t>
      </w:r>
    </w:p>
    <w:p w14:paraId="2E833869"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Strategi </w:t>
      </w:r>
      <w:proofErr w:type="spellStart"/>
      <w:r w:rsidRPr="00D11FAA">
        <w:rPr>
          <w:rFonts w:ascii="Times New Roman" w:hAnsi="Times New Roman" w:cs="Times New Roman"/>
          <w:sz w:val="24"/>
          <w:szCs w:val="24"/>
          <w:lang w:val="en-ID"/>
        </w:rPr>
        <w:t>ini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pengalaman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dijadikan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sebagai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sumber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pembelajaran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mengandalkan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telah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dimiliki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sebelum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memasuki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tetapi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terus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memperbarui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pengetahuan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berdasarkan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situasi</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mereka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temui</w:t>
      </w:r>
      <w:proofErr w:type="spellEnd"/>
      <w:r w:rsidRPr="00D11FAA">
        <w:rPr>
          <w:rFonts w:ascii="Times New Roman" w:hAnsi="Times New Roman" w:cs="Times New Roman"/>
          <w:sz w:val="24"/>
          <w:szCs w:val="24"/>
          <w:lang w:val="en-ID"/>
        </w:rPr>
        <w:t>.</w:t>
      </w:r>
    </w:p>
    <w:p w14:paraId="7B17D2C8"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Pencatatan</w:t>
      </w:r>
      <w:proofErr w:type="spellEnd"/>
      <w:r w:rsidRPr="00D11FAA">
        <w:rPr>
          <w:rFonts w:ascii="Times New Roman" w:hAnsi="Times New Roman" w:cs="Times New Roman"/>
          <w:sz w:val="24"/>
          <w:szCs w:val="24"/>
          <w:lang w:val="en-ID"/>
        </w:rPr>
        <w:t xml:space="preserve"> juga </w:t>
      </w:r>
      <w:proofErr w:type="spellStart"/>
      <w:r w:rsidRPr="00D11FAA">
        <w:rPr>
          <w:rFonts w:ascii="Times New Roman" w:hAnsi="Times New Roman" w:cs="Times New Roman"/>
          <w:sz w:val="24"/>
          <w:szCs w:val="24"/>
          <w:lang w:val="en-ID"/>
        </w:rPr>
        <w:t>membantu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mengingat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istilah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baru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sehingga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dapat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mengurangi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kemungkinan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kesalahan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sama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terjadi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kembali</w:t>
      </w:r>
      <w:proofErr w:type="spellEnd"/>
      <w:r w:rsidRPr="00D11FAA">
        <w:rPr>
          <w:rFonts w:ascii="Times New Roman" w:hAnsi="Times New Roman" w:cs="Times New Roman"/>
          <w:sz w:val="24"/>
          <w:szCs w:val="24"/>
          <w:lang w:val="en-ID"/>
        </w:rPr>
        <w:t>.</w:t>
      </w:r>
    </w:p>
    <w:p w14:paraId="5BFE3D2A" w14:textId="77777777" w:rsidR="008951DC" w:rsidRPr="00D11FAA" w:rsidRDefault="008951DC">
      <w:pPr>
        <w:pStyle w:val="ListParagraph"/>
        <w:numPr>
          <w:ilvl w:val="0"/>
          <w:numId w:val="37"/>
        </w:numPr>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Klarifikasi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instruksi</w:t>
      </w:r>
      <w:proofErr w:type="spellEnd"/>
    </w:p>
    <w:p w14:paraId="437D4D7F"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Strategi </w:t>
      </w:r>
      <w:proofErr w:type="spellStart"/>
      <w:r w:rsidRPr="00D11FAA">
        <w:rPr>
          <w:rFonts w:ascii="Times New Roman" w:hAnsi="Times New Roman" w:cs="Times New Roman"/>
          <w:sz w:val="24"/>
          <w:szCs w:val="24"/>
          <w:lang w:val="en-ID"/>
        </w:rPr>
        <w:t>selanjutnya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adalah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melakukan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klarifikasi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instruksi</w:t>
      </w:r>
      <w:proofErr w:type="spellEnd"/>
      <w:r w:rsidRPr="00D11FAA">
        <w:rPr>
          <w:rFonts w:ascii="Times New Roman" w:hAnsi="Times New Roman" w:cs="Times New Roman"/>
          <w:sz w:val="24"/>
          <w:szCs w:val="24"/>
          <w:lang w:val="en-ID"/>
        </w:rPr>
        <w:t>.</w:t>
      </w:r>
    </w:p>
    <w:p w14:paraId="3912E7CA"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Dalam data </w:t>
      </w:r>
      <w:proofErr w:type="spellStart"/>
      <w:r w:rsidRPr="00D11FAA">
        <w:rPr>
          <w:rFonts w:ascii="Times New Roman" w:hAnsi="Times New Roman" w:cs="Times New Roman"/>
          <w:sz w:val="24"/>
          <w:szCs w:val="24"/>
          <w:lang w:val="en-ID"/>
        </w:rPr>
        <w:t>penelitian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terdapat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penekanan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seharusnya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sekadar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mengatakan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atau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wakarimashita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cyan"/>
          <w:lang w:val="en-ID"/>
        </w:rPr>
        <w:t>belum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cyan"/>
          <w:lang w:val="en-ID"/>
        </w:rPr>
        <w:t>memahami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cyan"/>
          <w:lang w:val="en-ID"/>
        </w:rPr>
        <w:t>instruksi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Sebaliknya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perlu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cyan"/>
          <w:lang w:val="en-ID"/>
        </w:rPr>
        <w:t>bertanya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cyan"/>
          <w:lang w:val="en-ID"/>
        </w:rPr>
        <w:t>kembali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apabila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cyan"/>
          <w:lang w:val="en-ID"/>
        </w:rPr>
        <w:t>belum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cyan"/>
          <w:lang w:val="en-ID"/>
        </w:rPr>
        <w:t>memahami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maksud</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cyan"/>
          <w:lang w:val="en-ID"/>
        </w:rPr>
        <w:t>atasan</w:t>
      </w:r>
      <w:proofErr w:type="spellEnd"/>
      <w:r w:rsidRPr="00D11FAA">
        <w:rPr>
          <w:rFonts w:ascii="Times New Roman" w:hAnsi="Times New Roman" w:cs="Times New Roman"/>
          <w:sz w:val="24"/>
          <w:szCs w:val="24"/>
          <w:lang w:val="en-ID"/>
        </w:rPr>
        <w:t xml:space="preserve">. </w:t>
      </w:r>
    </w:p>
    <w:p w14:paraId="25530461"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Strategi </w:t>
      </w:r>
      <w:proofErr w:type="spellStart"/>
      <w:r w:rsidRPr="00D11FAA">
        <w:rPr>
          <w:rFonts w:ascii="Times New Roman" w:hAnsi="Times New Roman" w:cs="Times New Roman"/>
          <w:sz w:val="24"/>
          <w:szCs w:val="24"/>
          <w:lang w:val="en-ID"/>
        </w:rPr>
        <w:t>ini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profesional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ditunjukkan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melalui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memberikan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respons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tetapi</w:t>
      </w:r>
      <w:proofErr w:type="spellEnd"/>
      <w:r w:rsidRPr="00D11FAA">
        <w:rPr>
          <w:rFonts w:ascii="Times New Roman" w:hAnsi="Times New Roman" w:cs="Times New Roman"/>
          <w:sz w:val="24"/>
          <w:szCs w:val="24"/>
          <w:lang w:val="en-ID"/>
        </w:rPr>
        <w:t xml:space="preserve"> juga </w:t>
      </w:r>
      <w:proofErr w:type="spellStart"/>
      <w:r w:rsidRPr="00D11FAA">
        <w:rPr>
          <w:rFonts w:ascii="Times New Roman" w:hAnsi="Times New Roman" w:cs="Times New Roman"/>
          <w:sz w:val="24"/>
          <w:szCs w:val="24"/>
          <w:lang w:val="en-ID"/>
        </w:rPr>
        <w:t>melalui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memastikan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pesan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dipahami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benar</w:t>
      </w:r>
      <w:proofErr w:type="spellEnd"/>
      <w:r w:rsidRPr="00D11FAA">
        <w:rPr>
          <w:rFonts w:ascii="Times New Roman" w:hAnsi="Times New Roman" w:cs="Times New Roman"/>
          <w:sz w:val="24"/>
          <w:szCs w:val="24"/>
          <w:lang w:val="en-ID"/>
        </w:rPr>
        <w:t>.</w:t>
      </w:r>
    </w:p>
    <w:p w14:paraId="7CDBC877"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Dalam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hospitality, </w:t>
      </w:r>
      <w:proofErr w:type="spellStart"/>
      <w:r w:rsidRPr="00D11FAA">
        <w:rPr>
          <w:rFonts w:ascii="Times New Roman" w:hAnsi="Times New Roman" w:cs="Times New Roman"/>
          <w:sz w:val="24"/>
          <w:szCs w:val="24"/>
          <w:lang w:val="en-ID"/>
        </w:rPr>
        <w:t>klarifikasi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menjadi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penting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karena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kesalahan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instruksi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dapat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memengaruhi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pekerjaan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pelayanan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kepada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tamu</w:t>
      </w:r>
      <w:proofErr w:type="spellEnd"/>
      <w:r w:rsidRPr="00D11FAA">
        <w:rPr>
          <w:rFonts w:ascii="Times New Roman" w:hAnsi="Times New Roman" w:cs="Times New Roman"/>
          <w:sz w:val="24"/>
          <w:szCs w:val="24"/>
          <w:lang w:val="en-ID"/>
        </w:rPr>
        <w:t>.</w:t>
      </w:r>
    </w:p>
    <w:p w14:paraId="16A66529" w14:textId="77777777" w:rsidR="008951DC" w:rsidRPr="00D11FAA" w:rsidRDefault="008951DC">
      <w:pPr>
        <w:pStyle w:val="ListParagraph"/>
        <w:numPr>
          <w:ilvl w:val="0"/>
          <w:numId w:val="37"/>
        </w:numPr>
        <w:spacing w:after="0" w:line="360" w:lineRule="auto"/>
        <w:ind w:left="1134"/>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Penyesuaian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sikap</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profesional</w:t>
      </w:r>
      <w:proofErr w:type="spellEnd"/>
    </w:p>
    <w:p w14:paraId="088386FA"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Strategi </w:t>
      </w:r>
      <w:proofErr w:type="spellStart"/>
      <w:r w:rsidRPr="00D11FAA">
        <w:rPr>
          <w:rFonts w:ascii="Times New Roman" w:hAnsi="Times New Roman" w:cs="Times New Roman"/>
          <w:sz w:val="24"/>
          <w:szCs w:val="24"/>
          <w:lang w:val="en-ID"/>
        </w:rPr>
        <w:t>terakhir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adalah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menyesuaikan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sikap</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profesional</w:t>
      </w:r>
      <w:proofErr w:type="spellEnd"/>
      <w:r w:rsidRPr="00D11FAA">
        <w:rPr>
          <w:rFonts w:ascii="Times New Roman" w:hAnsi="Times New Roman" w:cs="Times New Roman"/>
          <w:sz w:val="24"/>
          <w:szCs w:val="24"/>
          <w:lang w:val="en-ID"/>
        </w:rPr>
        <w:t>.</w:t>
      </w:r>
    </w:p>
    <w:p w14:paraId="38DDD753"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Data </w:t>
      </w:r>
      <w:proofErr w:type="spellStart"/>
      <w:r w:rsidRPr="00D11FAA">
        <w:rPr>
          <w:rFonts w:ascii="Times New Roman" w:hAnsi="Times New Roman" w:cs="Times New Roman"/>
          <w:sz w:val="24"/>
          <w:szCs w:val="24"/>
          <w:lang w:val="en-ID"/>
        </w:rPr>
        <w:t>penelitian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adanya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penekanan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terhadap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pentingnya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penguasaan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disertai</w:t>
      </w:r>
      <w:proofErr w:type="spellEnd"/>
      <w:r w:rsidRPr="00D11FAA">
        <w:rPr>
          <w:rFonts w:ascii="Times New Roman" w:hAnsi="Times New Roman" w:cs="Times New Roman"/>
          <w:sz w:val="24"/>
          <w:szCs w:val="24"/>
          <w:highlight w:val="magenta"/>
          <w:lang w:val="en-ID"/>
        </w:rPr>
        <w:t xml:space="preserve"> attitude, </w:t>
      </w:r>
      <w:proofErr w:type="spellStart"/>
      <w:r w:rsidRPr="00D11FAA">
        <w:rPr>
          <w:rFonts w:ascii="Times New Roman" w:hAnsi="Times New Roman" w:cs="Times New Roman"/>
          <w:sz w:val="24"/>
          <w:szCs w:val="24"/>
          <w:highlight w:val="magenta"/>
          <w:lang w:val="en-ID"/>
        </w:rPr>
        <w:t>kedisiplinan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pemahaman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terhadap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magenta"/>
          <w:lang w:val="en-ID"/>
        </w:rPr>
        <w:t>standar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magenta"/>
          <w:lang w:val="en-ID"/>
        </w:rPr>
        <w:t>pelayanan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R-5 </w:t>
      </w:r>
      <w:proofErr w:type="spellStart"/>
      <w:r w:rsidRPr="00D11FAA">
        <w:rPr>
          <w:rFonts w:ascii="Times New Roman" w:hAnsi="Times New Roman" w:cs="Times New Roman"/>
          <w:sz w:val="24"/>
          <w:szCs w:val="24"/>
          <w:lang w:val="en-ID"/>
        </w:rPr>
        <w:t>menekankan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pentingnya</w:t>
      </w:r>
      <w:proofErr w:type="spellEnd"/>
      <w:r w:rsidRPr="00D11FAA">
        <w:rPr>
          <w:rFonts w:ascii="Times New Roman" w:hAnsi="Times New Roman" w:cs="Times New Roman"/>
          <w:sz w:val="24"/>
          <w:szCs w:val="24"/>
          <w:highlight w:val="magenta"/>
          <w:lang w:val="en-ID"/>
        </w:rPr>
        <w:t xml:space="preserve"> attitude, R-6 </w:t>
      </w:r>
      <w:proofErr w:type="spellStart"/>
      <w:r w:rsidRPr="00D11FAA">
        <w:rPr>
          <w:rFonts w:ascii="Times New Roman" w:hAnsi="Times New Roman" w:cs="Times New Roman"/>
          <w:sz w:val="24"/>
          <w:szCs w:val="24"/>
          <w:lang w:val="en-ID"/>
        </w:rPr>
        <w:t>menekankan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magenta"/>
          <w:lang w:val="en-ID"/>
        </w:rPr>
        <w:t>kedisiplinan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sedangkan</w:t>
      </w:r>
      <w:proofErr w:type="spellEnd"/>
      <w:r w:rsidRPr="00D11FAA">
        <w:rPr>
          <w:rFonts w:ascii="Times New Roman" w:hAnsi="Times New Roman" w:cs="Times New Roman"/>
          <w:sz w:val="24"/>
          <w:szCs w:val="24"/>
          <w:lang w:val="en-ID"/>
        </w:rPr>
        <w:t xml:space="preserve"> R-12 </w:t>
      </w:r>
      <w:proofErr w:type="spellStart"/>
      <w:r w:rsidRPr="00D11FAA">
        <w:rPr>
          <w:rFonts w:ascii="Times New Roman" w:hAnsi="Times New Roman" w:cs="Times New Roman"/>
          <w:sz w:val="24"/>
          <w:szCs w:val="24"/>
          <w:lang w:val="en-ID"/>
        </w:rPr>
        <w:t>menekankan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pentingnya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mempelajari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tenaga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memberikan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highlight w:val="magenta"/>
          <w:lang w:val="en-ID"/>
        </w:rPr>
        <w:t>pelayanan</w:t>
      </w:r>
      <w:proofErr w:type="spellEnd"/>
      <w:r w:rsidRPr="00D11FAA">
        <w:rPr>
          <w:rFonts w:ascii="Times New Roman" w:hAnsi="Times New Roman" w:cs="Times New Roman"/>
          <w:sz w:val="24"/>
          <w:szCs w:val="24"/>
          <w:lang w:val="en-ID"/>
        </w:rPr>
        <w:t xml:space="preserve">. </w:t>
      </w:r>
    </w:p>
    <w:p w14:paraId="319A4EF7" w14:textId="77777777" w:rsidR="008951DC" w:rsidRPr="00D11FAA" w:rsidRDefault="008951DC" w:rsidP="00D11FAA">
      <w:pPr>
        <w:spacing w:after="0" w:line="360" w:lineRule="auto"/>
        <w:ind w:left="113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Hal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terjadi</w:t>
      </w:r>
      <w:proofErr w:type="spellEnd"/>
      <w:r w:rsidRPr="00D11FAA">
        <w:rPr>
          <w:rFonts w:ascii="Times New Roman" w:hAnsi="Times New Roman" w:cs="Times New Roman"/>
          <w:sz w:val="24"/>
          <w:szCs w:val="24"/>
          <w:lang w:val="en-ID"/>
        </w:rPr>
        <w:t xml:space="preserve"> pada </w:t>
      </w:r>
      <w:proofErr w:type="spellStart"/>
      <w:r w:rsidRPr="00D11FAA">
        <w:rPr>
          <w:rFonts w:ascii="Times New Roman" w:hAnsi="Times New Roman" w:cs="Times New Roman"/>
          <w:sz w:val="24"/>
          <w:szCs w:val="24"/>
          <w:lang w:val="en-ID"/>
        </w:rPr>
        <w:t>aspek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tetapi</w:t>
      </w:r>
      <w:proofErr w:type="spellEnd"/>
      <w:r w:rsidRPr="00D11FAA">
        <w:rPr>
          <w:rFonts w:ascii="Times New Roman" w:hAnsi="Times New Roman" w:cs="Times New Roman"/>
          <w:sz w:val="24"/>
          <w:szCs w:val="24"/>
          <w:lang w:val="en-ID"/>
        </w:rPr>
        <w:t xml:space="preserve"> juga pada </w:t>
      </w:r>
      <w:proofErr w:type="spellStart"/>
      <w:r w:rsidRPr="00D11FAA">
        <w:rPr>
          <w:rFonts w:ascii="Times New Roman" w:hAnsi="Times New Roman" w:cs="Times New Roman"/>
          <w:sz w:val="24"/>
          <w:szCs w:val="24"/>
          <w:lang w:val="en-ID"/>
        </w:rPr>
        <w:t>perilaku</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bekerja</w:t>
      </w:r>
      <w:proofErr w:type="spellEnd"/>
      <w:r w:rsidRPr="00D11FAA">
        <w:rPr>
          <w:rFonts w:ascii="Times New Roman" w:hAnsi="Times New Roman" w:cs="Times New Roman"/>
          <w:sz w:val="24"/>
          <w:szCs w:val="24"/>
          <w:lang w:val="en-ID"/>
        </w:rPr>
        <w:t>.</w:t>
      </w:r>
    </w:p>
    <w:p w14:paraId="07D41BF9" w14:textId="77777777" w:rsidR="008951DC" w:rsidRPr="00D11FAA" w:rsidRDefault="008951DC">
      <w:pPr>
        <w:pStyle w:val="Heading3"/>
        <w:numPr>
          <w:ilvl w:val="0"/>
          <w:numId w:val="35"/>
        </w:numPr>
        <w:spacing w:before="0" w:line="360" w:lineRule="auto"/>
        <w:ind w:left="567"/>
        <w:rPr>
          <w:rFonts w:ascii="Times New Roman" w:hAnsi="Times New Roman" w:cs="Times New Roman"/>
          <w:b w:val="0"/>
          <w:bCs w:val="0"/>
          <w:color w:val="auto"/>
          <w:sz w:val="24"/>
          <w:szCs w:val="24"/>
          <w:lang w:val="en-ID"/>
        </w:rPr>
      </w:pPr>
      <w:bookmarkStart w:id="59" w:name="_Toc238448320"/>
      <w:proofErr w:type="spellStart"/>
      <w:r w:rsidRPr="00D11FAA">
        <w:rPr>
          <w:rFonts w:ascii="Times New Roman" w:hAnsi="Times New Roman" w:cs="Times New Roman"/>
          <w:b w:val="0"/>
          <w:bCs w:val="0"/>
          <w:color w:val="auto"/>
          <w:sz w:val="24"/>
          <w:szCs w:val="24"/>
          <w:lang w:val="en-ID"/>
        </w:rPr>
        <w:t>Penarikan</w:t>
      </w:r>
      <w:proofErr w:type="spellEnd"/>
      <w:r w:rsidRPr="00D11FAA">
        <w:rPr>
          <w:rFonts w:ascii="Times New Roman" w:hAnsi="Times New Roman" w:cs="Times New Roman"/>
          <w:b w:val="0"/>
          <w:bCs w:val="0"/>
          <w:color w:val="auto"/>
          <w:sz w:val="24"/>
          <w:szCs w:val="24"/>
          <w:lang w:val="en-ID"/>
        </w:rPr>
        <w:t xml:space="preserve"> Kesimpulan dan </w:t>
      </w:r>
      <w:proofErr w:type="spellStart"/>
      <w:r w:rsidRPr="00D11FAA">
        <w:rPr>
          <w:rFonts w:ascii="Times New Roman" w:hAnsi="Times New Roman" w:cs="Times New Roman"/>
          <w:b w:val="0"/>
          <w:bCs w:val="0"/>
          <w:color w:val="auto"/>
          <w:sz w:val="24"/>
          <w:szCs w:val="24"/>
          <w:lang w:val="en-ID"/>
        </w:rPr>
        <w:t>Verifikasi</w:t>
      </w:r>
      <w:bookmarkEnd w:id="59"/>
      <w:proofErr w:type="spellEnd"/>
    </w:p>
    <w:p w14:paraId="6F41C272" w14:textId="77777777" w:rsidR="008951DC" w:rsidRPr="00D11FAA" w:rsidRDefault="008951DC" w:rsidP="00D11FAA">
      <w:pPr>
        <w:spacing w:after="0" w:line="360" w:lineRule="auto"/>
        <w:ind w:left="709"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Berdasarkan</w:t>
      </w:r>
      <w:proofErr w:type="spellEnd"/>
      <w:r w:rsidRPr="00D11FAA">
        <w:rPr>
          <w:rFonts w:ascii="Times New Roman" w:hAnsi="Times New Roman" w:cs="Times New Roman"/>
          <w:sz w:val="24"/>
          <w:szCs w:val="24"/>
          <w:lang w:val="en-ID"/>
        </w:rPr>
        <w:t xml:space="preserve"> proses </w:t>
      </w:r>
      <w:proofErr w:type="spellStart"/>
      <w:r w:rsidRPr="00D11FAA">
        <w:rPr>
          <w:rFonts w:ascii="Times New Roman" w:hAnsi="Times New Roman" w:cs="Times New Roman"/>
          <w:sz w:val="24"/>
          <w:szCs w:val="24"/>
          <w:lang w:val="en-ID"/>
        </w:rPr>
        <w:t>analisis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dapat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disimpulkan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strategi </w:t>
      </w: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bersifat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aktif</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pasif</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berusaha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mengatasi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membangun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belajar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mandiri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melakukan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klarifikasi</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menyesuaikan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sikap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profesional</w:t>
      </w:r>
      <w:proofErr w:type="spellEnd"/>
      <w:r w:rsidRPr="00D11FAA">
        <w:rPr>
          <w:rFonts w:ascii="Times New Roman" w:hAnsi="Times New Roman" w:cs="Times New Roman"/>
          <w:sz w:val="24"/>
          <w:szCs w:val="24"/>
          <w:lang w:val="en-ID"/>
        </w:rPr>
        <w:t>.</w:t>
      </w:r>
    </w:p>
    <w:p w14:paraId="48CD88F3" w14:textId="77777777" w:rsidR="008951DC" w:rsidRPr="00D11FAA" w:rsidRDefault="008951DC" w:rsidP="00D11FAA">
      <w:pPr>
        <w:spacing w:after="0" w:line="360" w:lineRule="auto"/>
        <w:ind w:left="709"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Kesimpulan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diperoleh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kesesuaian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pola</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muncul</w:t>
      </w:r>
      <w:proofErr w:type="spellEnd"/>
      <w:r w:rsidRPr="00D11FAA">
        <w:rPr>
          <w:rFonts w:ascii="Times New Roman" w:hAnsi="Times New Roman" w:cs="Times New Roman"/>
          <w:sz w:val="24"/>
          <w:szCs w:val="24"/>
          <w:lang w:val="en-ID"/>
        </w:rPr>
        <w:t xml:space="preserve"> pada </w:t>
      </w:r>
      <w:proofErr w:type="spellStart"/>
      <w:r w:rsidRPr="00D11FAA">
        <w:rPr>
          <w:rFonts w:ascii="Times New Roman" w:hAnsi="Times New Roman" w:cs="Times New Roman"/>
          <w:sz w:val="24"/>
          <w:szCs w:val="24"/>
          <w:lang w:val="en-ID"/>
        </w:rPr>
        <w:t>jawaban</w:t>
      </w:r>
      <w:proofErr w:type="spellEnd"/>
      <w:r w:rsidRPr="00D11FAA">
        <w:rPr>
          <w:rFonts w:ascii="Times New Roman" w:hAnsi="Times New Roman" w:cs="Times New Roman"/>
          <w:sz w:val="24"/>
          <w:szCs w:val="24"/>
          <w:lang w:val="en-ID"/>
        </w:rPr>
        <w:t xml:space="preserve"> R-1, R-4, R-11, dan R-13 </w:t>
      </w:r>
      <w:proofErr w:type="spellStart"/>
      <w:r w:rsidRPr="00D11FAA">
        <w:rPr>
          <w:rFonts w:ascii="Times New Roman" w:hAnsi="Times New Roman" w:cs="Times New Roman"/>
          <w:sz w:val="24"/>
          <w:szCs w:val="24"/>
          <w:lang w:val="en-ID"/>
        </w:rPr>
        <w:t>mengenai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aktif</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serta</w:t>
      </w:r>
      <w:proofErr w:type="spellEnd"/>
      <w:r w:rsidRPr="00D11FAA">
        <w:rPr>
          <w:rFonts w:ascii="Times New Roman" w:hAnsi="Times New Roman" w:cs="Times New Roman"/>
          <w:sz w:val="24"/>
          <w:szCs w:val="24"/>
          <w:lang w:val="en-ID"/>
        </w:rPr>
        <w:t xml:space="preserve"> R-2 </w:t>
      </w:r>
      <w:proofErr w:type="spellStart"/>
      <w:r w:rsidRPr="00D11FAA">
        <w:rPr>
          <w:rFonts w:ascii="Times New Roman" w:hAnsi="Times New Roman" w:cs="Times New Roman"/>
          <w:sz w:val="24"/>
          <w:szCs w:val="24"/>
          <w:lang w:val="en-ID"/>
        </w:rPr>
        <w:t>mengenai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pembelajaran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mandiri</w:t>
      </w:r>
      <w:proofErr w:type="spellEnd"/>
      <w:r w:rsidRPr="00D11FAA">
        <w:rPr>
          <w:rFonts w:ascii="Times New Roman" w:hAnsi="Times New Roman" w:cs="Times New Roman"/>
          <w:sz w:val="24"/>
          <w:szCs w:val="24"/>
          <w:lang w:val="en-ID"/>
        </w:rPr>
        <w:t xml:space="preserve">. </w:t>
      </w:r>
    </w:p>
    <w:p w14:paraId="100B9DBC" w14:textId="77777777" w:rsidR="008951DC" w:rsidRPr="00D11FAA" w:rsidRDefault="008951DC" w:rsidP="00D11FAA">
      <w:pPr>
        <w:spacing w:after="0" w:line="360" w:lineRule="auto"/>
        <w:ind w:left="709"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Selanjutnya</w:t>
      </w:r>
      <w:proofErr w:type="spellEnd"/>
      <w:r w:rsidRPr="00D11FAA">
        <w:rPr>
          <w:rFonts w:ascii="Times New Roman" w:hAnsi="Times New Roman" w:cs="Times New Roman"/>
          <w:sz w:val="24"/>
          <w:szCs w:val="24"/>
          <w:lang w:val="en-ID"/>
        </w:rPr>
        <w:t xml:space="preserve">, strategi </w:t>
      </w:r>
      <w:proofErr w:type="spellStart"/>
      <w:r w:rsidRPr="00D11FAA">
        <w:rPr>
          <w:rFonts w:ascii="Times New Roman" w:hAnsi="Times New Roman" w:cs="Times New Roman"/>
          <w:sz w:val="24"/>
          <w:szCs w:val="24"/>
          <w:lang w:val="en-ID"/>
        </w:rPr>
        <w:t>klarifikasi</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penyesuaian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sikap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memperlihatkan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berusaha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tetapi</w:t>
      </w:r>
      <w:proofErr w:type="spellEnd"/>
      <w:r w:rsidRPr="00D11FAA">
        <w:rPr>
          <w:rFonts w:ascii="Times New Roman" w:hAnsi="Times New Roman" w:cs="Times New Roman"/>
          <w:sz w:val="24"/>
          <w:szCs w:val="24"/>
          <w:lang w:val="en-ID"/>
        </w:rPr>
        <w:t xml:space="preserve"> juga </w:t>
      </w:r>
      <w:proofErr w:type="spellStart"/>
      <w:r w:rsidRPr="00D11FAA">
        <w:rPr>
          <w:rFonts w:ascii="Times New Roman" w:hAnsi="Times New Roman" w:cs="Times New Roman"/>
          <w:sz w:val="24"/>
          <w:szCs w:val="24"/>
          <w:lang w:val="en-ID"/>
        </w:rPr>
        <w:t>berusaha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bekerja</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berkomunikasi</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sesuai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w:t>
      </w:r>
    </w:p>
    <w:p w14:paraId="28AEE567" w14:textId="77777777" w:rsidR="008951DC" w:rsidRPr="00D11FAA" w:rsidRDefault="008951DC">
      <w:pPr>
        <w:pStyle w:val="Heading2"/>
        <w:numPr>
          <w:ilvl w:val="1"/>
          <w:numId w:val="13"/>
        </w:numPr>
        <w:spacing w:before="0" w:line="360" w:lineRule="auto"/>
        <w:ind w:left="284"/>
        <w:rPr>
          <w:rFonts w:ascii="Times New Roman" w:hAnsi="Times New Roman" w:cs="Times New Roman"/>
          <w:color w:val="auto"/>
          <w:sz w:val="24"/>
          <w:szCs w:val="24"/>
          <w:lang w:val="en-ID"/>
        </w:rPr>
      </w:pPr>
      <w:bookmarkStart w:id="60" w:name="_Toc238448321"/>
      <w:proofErr w:type="spellStart"/>
      <w:r w:rsidRPr="00D11FAA">
        <w:rPr>
          <w:rFonts w:ascii="Times New Roman" w:hAnsi="Times New Roman" w:cs="Times New Roman"/>
          <w:color w:val="auto"/>
          <w:sz w:val="24"/>
          <w:szCs w:val="24"/>
          <w:lang w:val="en-ID"/>
        </w:rPr>
        <w:t>Keterkaitan</w:t>
      </w:r>
      <w:proofErr w:type="spellEnd"/>
      <w:r w:rsidRPr="00D11FAA">
        <w:rPr>
          <w:rFonts w:ascii="Times New Roman" w:hAnsi="Times New Roman" w:cs="Times New Roman"/>
          <w:color w:val="auto"/>
          <w:sz w:val="24"/>
          <w:szCs w:val="24"/>
          <w:lang w:val="en-ID"/>
        </w:rPr>
        <w:t xml:space="preserve"> </w:t>
      </w:r>
      <w:proofErr w:type="spellStart"/>
      <w:r w:rsidRPr="00D11FAA">
        <w:rPr>
          <w:rFonts w:ascii="Times New Roman" w:hAnsi="Times New Roman" w:cs="Times New Roman"/>
          <w:color w:val="auto"/>
          <w:sz w:val="24"/>
          <w:szCs w:val="24"/>
          <w:lang w:val="en-ID"/>
        </w:rPr>
        <w:t>Tantangan</w:t>
      </w:r>
      <w:proofErr w:type="spellEnd"/>
      <w:r w:rsidRPr="00D11FAA">
        <w:rPr>
          <w:rFonts w:ascii="Times New Roman" w:hAnsi="Times New Roman" w:cs="Times New Roman"/>
          <w:color w:val="auto"/>
          <w:sz w:val="24"/>
          <w:szCs w:val="24"/>
          <w:lang w:val="en-ID"/>
        </w:rPr>
        <w:t xml:space="preserve"> Bahasa, Etika Kerja, dan Strategi Adaptasi</w:t>
      </w:r>
      <w:bookmarkEnd w:id="60"/>
    </w:p>
    <w:p w14:paraId="58A36B6C" w14:textId="77777777" w:rsidR="00F87674" w:rsidRPr="00F87674" w:rsidRDefault="00F87674" w:rsidP="00F87674">
      <w:pPr>
        <w:spacing w:after="0" w:line="360" w:lineRule="auto"/>
        <w:ind w:left="284" w:firstLine="709"/>
        <w:jc w:val="both"/>
        <w:rPr>
          <w:rFonts w:ascii="Times New Roman" w:hAnsi="Times New Roman" w:cs="Times New Roman"/>
          <w:sz w:val="24"/>
          <w:szCs w:val="24"/>
          <w:lang w:val="en-ID"/>
        </w:rPr>
      </w:pPr>
      <w:proofErr w:type="spellStart"/>
      <w:r w:rsidRPr="00F87674">
        <w:rPr>
          <w:rFonts w:ascii="Times New Roman" w:hAnsi="Times New Roman" w:cs="Times New Roman"/>
          <w:sz w:val="24"/>
          <w:szCs w:val="24"/>
          <w:lang w:val="en-ID"/>
        </w:rPr>
        <w:t>Berdasarkan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hasil</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analisis</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terhadap</w:t>
      </w:r>
      <w:proofErr w:type="spellEnd"/>
      <w:r w:rsidRPr="00F87674">
        <w:rPr>
          <w:rFonts w:ascii="Times New Roman" w:hAnsi="Times New Roman" w:cs="Times New Roman"/>
          <w:sz w:val="24"/>
          <w:szCs w:val="24"/>
          <w:lang w:val="en-ID"/>
        </w:rPr>
        <w:t xml:space="preserve"> 13 </w:t>
      </w:r>
      <w:proofErr w:type="spellStart"/>
      <w:r w:rsidRPr="00F87674">
        <w:rPr>
          <w:rFonts w:ascii="Times New Roman" w:hAnsi="Times New Roman" w:cs="Times New Roman"/>
          <w:sz w:val="24"/>
          <w:szCs w:val="24"/>
          <w:lang w:val="en-ID"/>
        </w:rPr>
        <w:t>informan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ketiga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fokus</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penelitian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menunjukkan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hubungan</w:t>
      </w:r>
      <w:proofErr w:type="spellEnd"/>
      <w:r w:rsidRPr="00F87674">
        <w:rPr>
          <w:rFonts w:ascii="Times New Roman" w:hAnsi="Times New Roman" w:cs="Times New Roman"/>
          <w:sz w:val="24"/>
          <w:szCs w:val="24"/>
          <w:lang w:val="en-ID"/>
        </w:rPr>
        <w:t xml:space="preserve"> yang </w:t>
      </w:r>
      <w:proofErr w:type="spellStart"/>
      <w:r w:rsidRPr="00F87674">
        <w:rPr>
          <w:rFonts w:ascii="Times New Roman" w:hAnsi="Times New Roman" w:cs="Times New Roman"/>
          <w:sz w:val="24"/>
          <w:szCs w:val="24"/>
          <w:lang w:val="en-ID"/>
        </w:rPr>
        <w:t>saling</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berkaitan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Tantangan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komunikasi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bahasa</w:t>
      </w:r>
      <w:proofErr w:type="spellEnd"/>
      <w:r w:rsidRPr="00F87674">
        <w:rPr>
          <w:rFonts w:ascii="Times New Roman" w:hAnsi="Times New Roman" w:cs="Times New Roman"/>
          <w:sz w:val="24"/>
          <w:szCs w:val="24"/>
          <w:lang w:val="en-ID"/>
        </w:rPr>
        <w:t xml:space="preserve"> dan </w:t>
      </w:r>
      <w:proofErr w:type="spellStart"/>
      <w:r w:rsidRPr="00F87674">
        <w:rPr>
          <w:rFonts w:ascii="Times New Roman" w:hAnsi="Times New Roman" w:cs="Times New Roman"/>
          <w:sz w:val="24"/>
          <w:szCs w:val="24"/>
          <w:lang w:val="en-ID"/>
        </w:rPr>
        <w:t>tantangan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etika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serta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budaya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kerja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menjadi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pengalaman</w:t>
      </w:r>
      <w:proofErr w:type="spellEnd"/>
      <w:r w:rsidRPr="00F87674">
        <w:rPr>
          <w:rFonts w:ascii="Times New Roman" w:hAnsi="Times New Roman" w:cs="Times New Roman"/>
          <w:sz w:val="24"/>
          <w:szCs w:val="24"/>
          <w:lang w:val="en-ID"/>
        </w:rPr>
        <w:t xml:space="preserve"> yang </w:t>
      </w:r>
      <w:proofErr w:type="spellStart"/>
      <w:r w:rsidRPr="00F87674">
        <w:rPr>
          <w:rFonts w:ascii="Times New Roman" w:hAnsi="Times New Roman" w:cs="Times New Roman"/>
          <w:sz w:val="24"/>
          <w:szCs w:val="24"/>
          <w:lang w:val="en-ID"/>
        </w:rPr>
        <w:t>kemudian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mendorong</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informan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mengembangkan</w:t>
      </w:r>
      <w:proofErr w:type="spellEnd"/>
      <w:r w:rsidRPr="00F87674">
        <w:rPr>
          <w:rFonts w:ascii="Times New Roman" w:hAnsi="Times New Roman" w:cs="Times New Roman"/>
          <w:sz w:val="24"/>
          <w:szCs w:val="24"/>
          <w:lang w:val="en-ID"/>
        </w:rPr>
        <w:t xml:space="preserve"> strategi </w:t>
      </w:r>
      <w:proofErr w:type="spellStart"/>
      <w:r w:rsidRPr="00F87674">
        <w:rPr>
          <w:rFonts w:ascii="Times New Roman" w:hAnsi="Times New Roman" w:cs="Times New Roman"/>
          <w:sz w:val="24"/>
          <w:szCs w:val="24"/>
          <w:lang w:val="en-ID"/>
        </w:rPr>
        <w:t>adaptasi</w:t>
      </w:r>
      <w:proofErr w:type="spellEnd"/>
      <w:r w:rsidRPr="00F87674">
        <w:rPr>
          <w:rFonts w:ascii="Times New Roman" w:hAnsi="Times New Roman" w:cs="Times New Roman"/>
          <w:sz w:val="24"/>
          <w:szCs w:val="24"/>
          <w:lang w:val="en-ID"/>
        </w:rPr>
        <w:t>.</w:t>
      </w:r>
    </w:p>
    <w:p w14:paraId="105CE142" w14:textId="77777777" w:rsidR="00F87674" w:rsidRPr="00F87674" w:rsidRDefault="00F87674" w:rsidP="00F87674">
      <w:pPr>
        <w:spacing w:after="0" w:line="360" w:lineRule="auto"/>
        <w:ind w:left="284" w:firstLine="709"/>
        <w:jc w:val="both"/>
        <w:rPr>
          <w:rFonts w:ascii="Times New Roman" w:hAnsi="Times New Roman" w:cs="Times New Roman"/>
          <w:sz w:val="24"/>
          <w:szCs w:val="24"/>
          <w:lang w:val="en-ID"/>
        </w:rPr>
      </w:pPr>
      <w:r w:rsidRPr="00F87674">
        <w:rPr>
          <w:rFonts w:ascii="Times New Roman" w:hAnsi="Times New Roman" w:cs="Times New Roman"/>
          <w:sz w:val="24"/>
          <w:szCs w:val="24"/>
          <w:lang w:val="en-ID"/>
        </w:rPr>
        <w:t xml:space="preserve">Pada </w:t>
      </w:r>
      <w:proofErr w:type="spellStart"/>
      <w:r w:rsidRPr="00F87674">
        <w:rPr>
          <w:rFonts w:ascii="Times New Roman" w:hAnsi="Times New Roman" w:cs="Times New Roman"/>
          <w:sz w:val="24"/>
          <w:szCs w:val="24"/>
          <w:lang w:val="en-ID"/>
        </w:rPr>
        <w:t>tahap</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kondensasi</w:t>
      </w:r>
      <w:proofErr w:type="spellEnd"/>
      <w:r w:rsidRPr="00F87674">
        <w:rPr>
          <w:rFonts w:ascii="Times New Roman" w:hAnsi="Times New Roman" w:cs="Times New Roman"/>
          <w:sz w:val="24"/>
          <w:szCs w:val="24"/>
          <w:lang w:val="en-ID"/>
        </w:rPr>
        <w:t xml:space="preserve"> data, </w:t>
      </w:r>
      <w:proofErr w:type="spellStart"/>
      <w:r w:rsidRPr="00F87674">
        <w:rPr>
          <w:rFonts w:ascii="Times New Roman" w:hAnsi="Times New Roman" w:cs="Times New Roman"/>
          <w:sz w:val="24"/>
          <w:szCs w:val="24"/>
          <w:lang w:val="en-ID"/>
        </w:rPr>
        <w:t>jawaban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informan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dikelompokkan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menjadi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tiga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tema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utama</w:t>
      </w:r>
      <w:proofErr w:type="spellEnd"/>
      <w:r w:rsidRPr="00F87674">
        <w:rPr>
          <w:rFonts w:ascii="Times New Roman" w:hAnsi="Times New Roman" w:cs="Times New Roman"/>
          <w:sz w:val="24"/>
          <w:szCs w:val="24"/>
          <w:lang w:val="en-ID"/>
        </w:rPr>
        <w:t xml:space="preserve">. Tema </w:t>
      </w:r>
      <w:proofErr w:type="spellStart"/>
      <w:r w:rsidRPr="00F87674">
        <w:rPr>
          <w:rFonts w:ascii="Times New Roman" w:hAnsi="Times New Roman" w:cs="Times New Roman"/>
          <w:sz w:val="24"/>
          <w:szCs w:val="24"/>
          <w:lang w:val="en-ID"/>
        </w:rPr>
        <w:t>pertama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adalah</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tantangan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komunikasi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bahasa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dengan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kode</w:t>
      </w:r>
      <w:proofErr w:type="spellEnd"/>
      <w:r w:rsidRPr="00F87674">
        <w:rPr>
          <w:rFonts w:ascii="Times New Roman" w:hAnsi="Times New Roman" w:cs="Times New Roman"/>
          <w:sz w:val="24"/>
          <w:szCs w:val="24"/>
          <w:lang w:val="en-ID"/>
        </w:rPr>
        <w:t xml:space="preserve"> TB-1 </w:t>
      </w:r>
      <w:proofErr w:type="spellStart"/>
      <w:r w:rsidRPr="00F87674">
        <w:rPr>
          <w:rFonts w:ascii="Times New Roman" w:hAnsi="Times New Roman" w:cs="Times New Roman"/>
          <w:sz w:val="24"/>
          <w:szCs w:val="24"/>
          <w:lang w:val="en-ID"/>
        </w:rPr>
        <w:t>sampai</w:t>
      </w:r>
      <w:proofErr w:type="spellEnd"/>
      <w:r w:rsidRPr="00F87674">
        <w:rPr>
          <w:rFonts w:ascii="Times New Roman" w:hAnsi="Times New Roman" w:cs="Times New Roman"/>
          <w:sz w:val="24"/>
          <w:szCs w:val="24"/>
          <w:lang w:val="en-ID"/>
        </w:rPr>
        <w:t xml:space="preserve"> TB-4. Tema </w:t>
      </w:r>
      <w:proofErr w:type="spellStart"/>
      <w:r w:rsidRPr="00F87674">
        <w:rPr>
          <w:rFonts w:ascii="Times New Roman" w:hAnsi="Times New Roman" w:cs="Times New Roman"/>
          <w:sz w:val="24"/>
          <w:szCs w:val="24"/>
          <w:lang w:val="en-ID"/>
        </w:rPr>
        <w:t>kedua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adalah</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tantangan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etika</w:t>
      </w:r>
      <w:proofErr w:type="spellEnd"/>
      <w:r w:rsidRPr="00F87674">
        <w:rPr>
          <w:rFonts w:ascii="Times New Roman" w:hAnsi="Times New Roman" w:cs="Times New Roman"/>
          <w:sz w:val="24"/>
          <w:szCs w:val="24"/>
          <w:lang w:val="en-ID"/>
        </w:rPr>
        <w:t xml:space="preserve"> dan </w:t>
      </w:r>
      <w:proofErr w:type="spellStart"/>
      <w:r w:rsidRPr="00F87674">
        <w:rPr>
          <w:rFonts w:ascii="Times New Roman" w:hAnsi="Times New Roman" w:cs="Times New Roman"/>
          <w:sz w:val="24"/>
          <w:szCs w:val="24"/>
          <w:lang w:val="en-ID"/>
        </w:rPr>
        <w:t>budaya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kerja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dengan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kode</w:t>
      </w:r>
      <w:proofErr w:type="spellEnd"/>
      <w:r w:rsidRPr="00F87674">
        <w:rPr>
          <w:rFonts w:ascii="Times New Roman" w:hAnsi="Times New Roman" w:cs="Times New Roman"/>
          <w:sz w:val="24"/>
          <w:szCs w:val="24"/>
          <w:lang w:val="en-ID"/>
        </w:rPr>
        <w:t xml:space="preserve"> TEK-1 </w:t>
      </w:r>
      <w:proofErr w:type="spellStart"/>
      <w:r w:rsidRPr="00F87674">
        <w:rPr>
          <w:rFonts w:ascii="Times New Roman" w:hAnsi="Times New Roman" w:cs="Times New Roman"/>
          <w:sz w:val="24"/>
          <w:szCs w:val="24"/>
          <w:lang w:val="en-ID"/>
        </w:rPr>
        <w:t>sampai</w:t>
      </w:r>
      <w:proofErr w:type="spellEnd"/>
      <w:r w:rsidRPr="00F87674">
        <w:rPr>
          <w:rFonts w:ascii="Times New Roman" w:hAnsi="Times New Roman" w:cs="Times New Roman"/>
          <w:sz w:val="24"/>
          <w:szCs w:val="24"/>
          <w:lang w:val="en-ID"/>
        </w:rPr>
        <w:t xml:space="preserve"> TEK-3. Tema </w:t>
      </w:r>
      <w:proofErr w:type="spellStart"/>
      <w:r w:rsidRPr="00F87674">
        <w:rPr>
          <w:rFonts w:ascii="Times New Roman" w:hAnsi="Times New Roman" w:cs="Times New Roman"/>
          <w:sz w:val="24"/>
          <w:szCs w:val="24"/>
          <w:lang w:val="en-ID"/>
        </w:rPr>
        <w:t>ketiga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adalah</w:t>
      </w:r>
      <w:proofErr w:type="spellEnd"/>
      <w:r w:rsidRPr="00F87674">
        <w:rPr>
          <w:rFonts w:ascii="Times New Roman" w:hAnsi="Times New Roman" w:cs="Times New Roman"/>
          <w:sz w:val="24"/>
          <w:szCs w:val="24"/>
          <w:lang w:val="en-ID"/>
        </w:rPr>
        <w:t xml:space="preserve"> strategi </w:t>
      </w:r>
      <w:proofErr w:type="spellStart"/>
      <w:r w:rsidRPr="00F87674">
        <w:rPr>
          <w:rFonts w:ascii="Times New Roman" w:hAnsi="Times New Roman" w:cs="Times New Roman"/>
          <w:sz w:val="24"/>
          <w:szCs w:val="24"/>
          <w:lang w:val="en-ID"/>
        </w:rPr>
        <w:t>adaptasi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dengan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kode</w:t>
      </w:r>
      <w:proofErr w:type="spellEnd"/>
      <w:r w:rsidRPr="00F87674">
        <w:rPr>
          <w:rFonts w:ascii="Times New Roman" w:hAnsi="Times New Roman" w:cs="Times New Roman"/>
          <w:sz w:val="24"/>
          <w:szCs w:val="24"/>
          <w:lang w:val="en-ID"/>
        </w:rPr>
        <w:t xml:space="preserve"> SA-1 </w:t>
      </w:r>
      <w:proofErr w:type="spellStart"/>
      <w:r w:rsidRPr="00F87674">
        <w:rPr>
          <w:rFonts w:ascii="Times New Roman" w:hAnsi="Times New Roman" w:cs="Times New Roman"/>
          <w:sz w:val="24"/>
          <w:szCs w:val="24"/>
          <w:lang w:val="en-ID"/>
        </w:rPr>
        <w:t>sampai</w:t>
      </w:r>
      <w:proofErr w:type="spellEnd"/>
      <w:r w:rsidRPr="00F87674">
        <w:rPr>
          <w:rFonts w:ascii="Times New Roman" w:hAnsi="Times New Roman" w:cs="Times New Roman"/>
          <w:sz w:val="24"/>
          <w:szCs w:val="24"/>
          <w:lang w:val="en-ID"/>
        </w:rPr>
        <w:t xml:space="preserve"> SA-4.</w:t>
      </w:r>
    </w:p>
    <w:p w14:paraId="563A5E58" w14:textId="77777777" w:rsidR="00F87674" w:rsidRPr="00F87674" w:rsidRDefault="00F87674" w:rsidP="00F87674">
      <w:pPr>
        <w:spacing w:after="0" w:line="360" w:lineRule="auto"/>
        <w:ind w:left="284" w:firstLine="709"/>
        <w:jc w:val="both"/>
        <w:rPr>
          <w:rFonts w:ascii="Times New Roman" w:hAnsi="Times New Roman" w:cs="Times New Roman"/>
          <w:sz w:val="24"/>
          <w:szCs w:val="24"/>
          <w:lang w:val="en-ID"/>
        </w:rPr>
      </w:pPr>
      <w:r w:rsidRPr="00F87674">
        <w:rPr>
          <w:rFonts w:ascii="Times New Roman" w:hAnsi="Times New Roman" w:cs="Times New Roman"/>
          <w:sz w:val="24"/>
          <w:szCs w:val="24"/>
          <w:lang w:val="en-ID"/>
        </w:rPr>
        <w:t xml:space="preserve">Pada </w:t>
      </w:r>
      <w:proofErr w:type="spellStart"/>
      <w:r w:rsidRPr="00F87674">
        <w:rPr>
          <w:rFonts w:ascii="Times New Roman" w:hAnsi="Times New Roman" w:cs="Times New Roman"/>
          <w:sz w:val="24"/>
          <w:szCs w:val="24"/>
          <w:lang w:val="en-ID"/>
        </w:rPr>
        <w:t>tahap</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penyajian</w:t>
      </w:r>
      <w:proofErr w:type="spellEnd"/>
      <w:r w:rsidRPr="00F87674">
        <w:rPr>
          <w:rFonts w:ascii="Times New Roman" w:hAnsi="Times New Roman" w:cs="Times New Roman"/>
          <w:sz w:val="24"/>
          <w:szCs w:val="24"/>
          <w:lang w:val="en-ID"/>
        </w:rPr>
        <w:t xml:space="preserve"> data, </w:t>
      </w:r>
      <w:proofErr w:type="spellStart"/>
      <w:r w:rsidRPr="00F87674">
        <w:rPr>
          <w:rFonts w:ascii="Times New Roman" w:hAnsi="Times New Roman" w:cs="Times New Roman"/>
          <w:sz w:val="24"/>
          <w:szCs w:val="24"/>
          <w:lang w:val="en-ID"/>
        </w:rPr>
        <w:t>terlihat</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bahwa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ketiga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tema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tersebut</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memiliki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hubungan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Misalnya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keterbatasan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memahami</w:t>
      </w:r>
      <w:proofErr w:type="spellEnd"/>
      <w:r w:rsidRPr="00F87674">
        <w:rPr>
          <w:rFonts w:ascii="Times New Roman" w:hAnsi="Times New Roman" w:cs="Times New Roman"/>
          <w:sz w:val="24"/>
          <w:szCs w:val="24"/>
          <w:lang w:val="en-ID"/>
        </w:rPr>
        <w:t xml:space="preserve"> Keigo </w:t>
      </w:r>
      <w:proofErr w:type="spellStart"/>
      <w:r w:rsidRPr="00F87674">
        <w:rPr>
          <w:rFonts w:ascii="Times New Roman" w:hAnsi="Times New Roman" w:cs="Times New Roman"/>
          <w:sz w:val="24"/>
          <w:szCs w:val="24"/>
          <w:lang w:val="en-ID"/>
        </w:rPr>
        <w:t>atau</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kosakata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teknis</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dapat</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menyebabkan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kesulitan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ketika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menerima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instruksi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atau</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melayani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tamu</w:t>
      </w:r>
      <w:proofErr w:type="spellEnd"/>
      <w:r w:rsidRPr="00F87674">
        <w:rPr>
          <w:rFonts w:ascii="Times New Roman" w:hAnsi="Times New Roman" w:cs="Times New Roman"/>
          <w:sz w:val="24"/>
          <w:szCs w:val="24"/>
          <w:lang w:val="en-ID"/>
        </w:rPr>
        <w:t xml:space="preserve">. Pada </w:t>
      </w:r>
      <w:proofErr w:type="spellStart"/>
      <w:r w:rsidRPr="00F87674">
        <w:rPr>
          <w:rFonts w:ascii="Times New Roman" w:hAnsi="Times New Roman" w:cs="Times New Roman"/>
          <w:sz w:val="24"/>
          <w:szCs w:val="24"/>
          <w:lang w:val="en-ID"/>
        </w:rPr>
        <w:t>saat</w:t>
      </w:r>
      <w:proofErr w:type="spellEnd"/>
      <w:r w:rsidRPr="00F87674">
        <w:rPr>
          <w:rFonts w:ascii="Times New Roman" w:hAnsi="Times New Roman" w:cs="Times New Roman"/>
          <w:sz w:val="24"/>
          <w:szCs w:val="24"/>
          <w:lang w:val="en-ID"/>
        </w:rPr>
        <w:t xml:space="preserve"> yang </w:t>
      </w:r>
      <w:proofErr w:type="spellStart"/>
      <w:r w:rsidRPr="00F87674">
        <w:rPr>
          <w:rFonts w:ascii="Times New Roman" w:hAnsi="Times New Roman" w:cs="Times New Roman"/>
          <w:sz w:val="24"/>
          <w:szCs w:val="24"/>
          <w:lang w:val="en-ID"/>
        </w:rPr>
        <w:t>sama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informan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tetap</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dituntut</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bekerja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secara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cepat</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teliti</w:t>
      </w:r>
      <w:proofErr w:type="spellEnd"/>
      <w:r w:rsidRPr="00F87674">
        <w:rPr>
          <w:rFonts w:ascii="Times New Roman" w:hAnsi="Times New Roman" w:cs="Times New Roman"/>
          <w:sz w:val="24"/>
          <w:szCs w:val="24"/>
          <w:lang w:val="en-ID"/>
        </w:rPr>
        <w:t xml:space="preserve">, dan </w:t>
      </w:r>
      <w:proofErr w:type="spellStart"/>
      <w:r w:rsidRPr="00F87674">
        <w:rPr>
          <w:rFonts w:ascii="Times New Roman" w:hAnsi="Times New Roman" w:cs="Times New Roman"/>
          <w:sz w:val="24"/>
          <w:szCs w:val="24"/>
          <w:lang w:val="en-ID"/>
        </w:rPr>
        <w:t>profesional</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Kondisi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tersebut</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kemudian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mendorong</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informan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untuk</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berkomunikasi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lebih</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aktif</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belajar</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secara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mandiri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meminta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klarifikasi</w:t>
      </w:r>
      <w:proofErr w:type="spellEnd"/>
      <w:r w:rsidRPr="00F87674">
        <w:rPr>
          <w:rFonts w:ascii="Times New Roman" w:hAnsi="Times New Roman" w:cs="Times New Roman"/>
          <w:sz w:val="24"/>
          <w:szCs w:val="24"/>
          <w:lang w:val="en-ID"/>
        </w:rPr>
        <w:t xml:space="preserve">, dan </w:t>
      </w:r>
      <w:proofErr w:type="spellStart"/>
      <w:r w:rsidRPr="00F87674">
        <w:rPr>
          <w:rFonts w:ascii="Times New Roman" w:hAnsi="Times New Roman" w:cs="Times New Roman"/>
          <w:sz w:val="24"/>
          <w:szCs w:val="24"/>
          <w:lang w:val="en-ID"/>
        </w:rPr>
        <w:t>menyesuaikan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sikap</w:t>
      </w:r>
      <w:proofErr w:type="spellEnd"/>
      <w:r w:rsidRPr="00F87674">
        <w:rPr>
          <w:rFonts w:ascii="Times New Roman" w:hAnsi="Times New Roman" w:cs="Times New Roman"/>
          <w:sz w:val="24"/>
          <w:szCs w:val="24"/>
          <w:lang w:val="en-ID"/>
        </w:rPr>
        <w:t>.</w:t>
      </w:r>
    </w:p>
    <w:p w14:paraId="184226BF" w14:textId="77777777" w:rsidR="00F87674" w:rsidRPr="00F87674" w:rsidRDefault="00F87674" w:rsidP="00F87674">
      <w:pPr>
        <w:spacing w:after="0" w:line="360" w:lineRule="auto"/>
        <w:ind w:left="284" w:firstLine="709"/>
        <w:jc w:val="both"/>
        <w:rPr>
          <w:rFonts w:ascii="Times New Roman" w:hAnsi="Times New Roman" w:cs="Times New Roman"/>
          <w:sz w:val="24"/>
          <w:szCs w:val="24"/>
          <w:lang w:val="en-ID"/>
        </w:rPr>
      </w:pPr>
      <w:r w:rsidRPr="00F87674">
        <w:rPr>
          <w:rFonts w:ascii="Times New Roman" w:hAnsi="Times New Roman" w:cs="Times New Roman"/>
          <w:sz w:val="24"/>
          <w:szCs w:val="24"/>
          <w:lang w:val="en-ID"/>
        </w:rPr>
        <w:t xml:space="preserve">Pada </w:t>
      </w:r>
      <w:proofErr w:type="spellStart"/>
      <w:r w:rsidRPr="00F87674">
        <w:rPr>
          <w:rFonts w:ascii="Times New Roman" w:hAnsi="Times New Roman" w:cs="Times New Roman"/>
          <w:sz w:val="24"/>
          <w:szCs w:val="24"/>
          <w:lang w:val="en-ID"/>
        </w:rPr>
        <w:t>tahap</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penarikan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kesimpulan</w:t>
      </w:r>
      <w:proofErr w:type="spellEnd"/>
      <w:r w:rsidRPr="00F87674">
        <w:rPr>
          <w:rFonts w:ascii="Times New Roman" w:hAnsi="Times New Roman" w:cs="Times New Roman"/>
          <w:sz w:val="24"/>
          <w:szCs w:val="24"/>
          <w:lang w:val="en-ID"/>
        </w:rPr>
        <w:t xml:space="preserve"> dan </w:t>
      </w:r>
      <w:proofErr w:type="spellStart"/>
      <w:r w:rsidRPr="00F87674">
        <w:rPr>
          <w:rFonts w:ascii="Times New Roman" w:hAnsi="Times New Roman" w:cs="Times New Roman"/>
          <w:sz w:val="24"/>
          <w:szCs w:val="24"/>
          <w:lang w:val="en-ID"/>
        </w:rPr>
        <w:t>verifikasi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pola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tersebut</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diperiksa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kembali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melalui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perbandingan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jawaban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antar-informan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Hasilnya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menunjukkan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bahwa</w:t>
      </w:r>
      <w:proofErr w:type="spellEnd"/>
      <w:r w:rsidRPr="00F87674">
        <w:rPr>
          <w:rFonts w:ascii="Times New Roman" w:hAnsi="Times New Roman" w:cs="Times New Roman"/>
          <w:sz w:val="24"/>
          <w:szCs w:val="24"/>
          <w:lang w:val="en-ID"/>
        </w:rPr>
        <w:t xml:space="preserve"> strategi </w:t>
      </w:r>
      <w:proofErr w:type="spellStart"/>
      <w:r w:rsidRPr="00F87674">
        <w:rPr>
          <w:rFonts w:ascii="Times New Roman" w:hAnsi="Times New Roman" w:cs="Times New Roman"/>
          <w:sz w:val="24"/>
          <w:szCs w:val="24"/>
          <w:lang w:val="en-ID"/>
        </w:rPr>
        <w:t>adaptasi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muncul</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sebagai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respons</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terhadap</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tantangan</w:t>
      </w:r>
      <w:proofErr w:type="spellEnd"/>
      <w:r w:rsidRPr="00F87674">
        <w:rPr>
          <w:rFonts w:ascii="Times New Roman" w:hAnsi="Times New Roman" w:cs="Times New Roman"/>
          <w:sz w:val="24"/>
          <w:szCs w:val="24"/>
          <w:lang w:val="en-ID"/>
        </w:rPr>
        <w:t xml:space="preserve"> yang </w:t>
      </w:r>
      <w:proofErr w:type="spellStart"/>
      <w:r w:rsidRPr="00F87674">
        <w:rPr>
          <w:rFonts w:ascii="Times New Roman" w:hAnsi="Times New Roman" w:cs="Times New Roman"/>
          <w:sz w:val="24"/>
          <w:szCs w:val="24"/>
          <w:lang w:val="en-ID"/>
        </w:rPr>
        <w:t>dialami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informan</w:t>
      </w:r>
      <w:proofErr w:type="spellEnd"/>
      <w:r w:rsidRPr="00F87674">
        <w:rPr>
          <w:rFonts w:ascii="Times New Roman" w:hAnsi="Times New Roman" w:cs="Times New Roman"/>
          <w:sz w:val="24"/>
          <w:szCs w:val="24"/>
          <w:lang w:val="en-ID"/>
        </w:rPr>
        <w:t>.</w:t>
      </w:r>
    </w:p>
    <w:p w14:paraId="3CD51985" w14:textId="77777777" w:rsidR="008951DC" w:rsidRPr="00D11FAA" w:rsidRDefault="00F87674" w:rsidP="00F87674">
      <w:pPr>
        <w:spacing w:after="0" w:line="360" w:lineRule="auto"/>
        <w:ind w:left="284" w:firstLine="709"/>
        <w:jc w:val="both"/>
        <w:rPr>
          <w:rFonts w:ascii="Times New Roman" w:hAnsi="Times New Roman" w:cs="Times New Roman"/>
          <w:sz w:val="24"/>
          <w:szCs w:val="24"/>
          <w:lang w:val="en-ID"/>
        </w:rPr>
      </w:pPr>
      <w:proofErr w:type="spellStart"/>
      <w:r w:rsidRPr="00F87674">
        <w:rPr>
          <w:rFonts w:ascii="Times New Roman" w:hAnsi="Times New Roman" w:cs="Times New Roman"/>
          <w:sz w:val="24"/>
          <w:szCs w:val="24"/>
          <w:lang w:val="en-ID"/>
        </w:rPr>
        <w:t>Hubungan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ketiga</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fokus</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tersebut</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dapat</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digambarkan</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sebagai</w:t>
      </w:r>
      <w:proofErr w:type="spellEnd"/>
      <w:r w:rsidRPr="00F87674">
        <w:rPr>
          <w:rFonts w:ascii="Times New Roman" w:hAnsi="Times New Roman" w:cs="Times New Roman"/>
          <w:sz w:val="24"/>
          <w:szCs w:val="24"/>
          <w:lang w:val="en-ID"/>
        </w:rPr>
        <w:t xml:space="preserve"> </w:t>
      </w:r>
      <w:proofErr w:type="spellStart"/>
      <w:r w:rsidRPr="00F87674">
        <w:rPr>
          <w:rFonts w:ascii="Times New Roman" w:hAnsi="Times New Roman" w:cs="Times New Roman"/>
          <w:sz w:val="24"/>
          <w:szCs w:val="24"/>
          <w:lang w:val="en-ID"/>
        </w:rPr>
        <w:t>berikut</w:t>
      </w:r>
      <w:proofErr w:type="spellEnd"/>
      <w:r w:rsidRPr="00F87674">
        <w:rPr>
          <w:rFonts w:ascii="Times New Roman" w:hAnsi="Times New Roman" w:cs="Times New Roman"/>
          <w:sz w:val="24"/>
          <w:szCs w:val="24"/>
          <w:lang w:val="en-ID"/>
        </w:rPr>
        <w:t>:</w:t>
      </w:r>
    </w:p>
    <w:p w14:paraId="5640DCA1" w14:textId="77777777" w:rsidR="008951DC" w:rsidRPr="00D11FAA" w:rsidRDefault="00F74D77" w:rsidP="00F74D77">
      <w:pPr>
        <w:spacing w:after="0" w:line="360" w:lineRule="auto"/>
        <w:jc w:val="center"/>
        <w:rPr>
          <w:rFonts w:ascii="Times New Roman" w:hAnsi="Times New Roman" w:cs="Times New Roman"/>
          <w:sz w:val="24"/>
          <w:szCs w:val="24"/>
          <w:lang w:val="en-ID"/>
        </w:rPr>
      </w:pPr>
      <w:r>
        <w:rPr>
          <w:rFonts w:ascii="Times New Roman" w:hAnsi="Times New Roman" w:cs="Times New Roman"/>
          <w:noProof/>
          <w:sz w:val="24"/>
          <w:szCs w:val="24"/>
          <w:lang w:val="en-ID"/>
        </w:rPr>
        <w:drawing>
          <wp:inline distT="0" distB="0" distL="0" distR="0" wp14:anchorId="4700339F" wp14:editId="307DC388">
            <wp:extent cx="5041265" cy="2940685"/>
            <wp:effectExtent l="0" t="12700" r="0" b="5715"/>
            <wp:docPr id="140476831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15CFA1D" w14:textId="77777777" w:rsidR="008951DC" w:rsidRPr="00D11FAA" w:rsidRDefault="00AA5E2F" w:rsidP="007D5590">
      <w:pPr>
        <w:spacing w:after="0" w:line="360" w:lineRule="auto"/>
        <w:ind w:left="284" w:firstLine="709"/>
        <w:jc w:val="both"/>
        <w:rPr>
          <w:rFonts w:ascii="Times New Roman" w:hAnsi="Times New Roman" w:cs="Times New Roman"/>
          <w:sz w:val="24"/>
          <w:szCs w:val="24"/>
          <w:lang w:val="en-ID"/>
        </w:rPr>
      </w:pPr>
      <w:proofErr w:type="spellStart"/>
      <w:r w:rsidRPr="00AA5E2F">
        <w:rPr>
          <w:rFonts w:ascii="Times New Roman" w:hAnsi="Times New Roman" w:cs="Times New Roman"/>
          <w:sz w:val="24"/>
          <w:szCs w:val="24"/>
        </w:rPr>
        <w:t>Hubungan</w:t>
      </w:r>
      <w:proofErr w:type="spellEnd"/>
      <w:r w:rsidRPr="00AA5E2F">
        <w:rPr>
          <w:rFonts w:ascii="Times New Roman" w:hAnsi="Times New Roman" w:cs="Times New Roman"/>
          <w:sz w:val="24"/>
          <w:szCs w:val="24"/>
        </w:rPr>
        <w:t xml:space="preserve"> </w:t>
      </w:r>
      <w:proofErr w:type="spellStart"/>
      <w:r w:rsidRPr="00AA5E2F">
        <w:rPr>
          <w:rFonts w:ascii="Times New Roman" w:hAnsi="Times New Roman" w:cs="Times New Roman"/>
          <w:sz w:val="24"/>
          <w:szCs w:val="24"/>
        </w:rPr>
        <w:t>tersebut</w:t>
      </w:r>
      <w:proofErr w:type="spellEnd"/>
      <w:r w:rsidRPr="00AA5E2F">
        <w:rPr>
          <w:rFonts w:ascii="Times New Roman" w:hAnsi="Times New Roman" w:cs="Times New Roman"/>
          <w:sz w:val="24"/>
          <w:szCs w:val="24"/>
        </w:rPr>
        <w:t xml:space="preserve"> </w:t>
      </w:r>
      <w:proofErr w:type="spellStart"/>
      <w:r w:rsidRPr="00AA5E2F">
        <w:rPr>
          <w:rFonts w:ascii="Times New Roman" w:hAnsi="Times New Roman" w:cs="Times New Roman"/>
          <w:sz w:val="24"/>
          <w:szCs w:val="24"/>
        </w:rPr>
        <w:t>menunjukkan</w:t>
      </w:r>
      <w:proofErr w:type="spellEnd"/>
      <w:r w:rsidRPr="00AA5E2F">
        <w:rPr>
          <w:rFonts w:ascii="Times New Roman" w:hAnsi="Times New Roman" w:cs="Times New Roman"/>
          <w:sz w:val="24"/>
          <w:szCs w:val="24"/>
        </w:rPr>
        <w:t xml:space="preserve"> </w:t>
      </w:r>
      <w:proofErr w:type="spellStart"/>
      <w:r w:rsidRPr="00AA5E2F">
        <w:rPr>
          <w:rFonts w:ascii="Times New Roman" w:hAnsi="Times New Roman" w:cs="Times New Roman"/>
          <w:sz w:val="24"/>
          <w:szCs w:val="24"/>
        </w:rPr>
        <w:t>bahwa</w:t>
      </w:r>
      <w:proofErr w:type="spellEnd"/>
      <w:r w:rsidRPr="00AA5E2F">
        <w:rPr>
          <w:rFonts w:ascii="Times New Roman" w:hAnsi="Times New Roman" w:cs="Times New Roman"/>
          <w:sz w:val="24"/>
          <w:szCs w:val="24"/>
        </w:rPr>
        <w:t xml:space="preserve"> </w:t>
      </w:r>
      <w:proofErr w:type="spellStart"/>
      <w:r w:rsidRPr="00AA5E2F">
        <w:rPr>
          <w:rFonts w:ascii="Times New Roman" w:hAnsi="Times New Roman" w:cs="Times New Roman"/>
          <w:sz w:val="24"/>
          <w:szCs w:val="24"/>
        </w:rPr>
        <w:t>tantangan</w:t>
      </w:r>
      <w:proofErr w:type="spellEnd"/>
      <w:r w:rsidRPr="00AA5E2F">
        <w:rPr>
          <w:rFonts w:ascii="Times New Roman" w:hAnsi="Times New Roman" w:cs="Times New Roman"/>
          <w:sz w:val="24"/>
          <w:szCs w:val="24"/>
        </w:rPr>
        <w:t xml:space="preserve"> </w:t>
      </w:r>
      <w:proofErr w:type="spellStart"/>
      <w:r w:rsidRPr="00AA5E2F">
        <w:rPr>
          <w:rFonts w:ascii="Times New Roman" w:hAnsi="Times New Roman" w:cs="Times New Roman"/>
          <w:sz w:val="24"/>
          <w:szCs w:val="24"/>
        </w:rPr>
        <w:t>bukan</w:t>
      </w:r>
      <w:proofErr w:type="spellEnd"/>
      <w:r w:rsidRPr="00AA5E2F">
        <w:rPr>
          <w:rFonts w:ascii="Times New Roman" w:hAnsi="Times New Roman" w:cs="Times New Roman"/>
          <w:sz w:val="24"/>
          <w:szCs w:val="24"/>
        </w:rPr>
        <w:t xml:space="preserve"> </w:t>
      </w:r>
      <w:proofErr w:type="spellStart"/>
      <w:r w:rsidRPr="00AA5E2F">
        <w:rPr>
          <w:rFonts w:ascii="Times New Roman" w:hAnsi="Times New Roman" w:cs="Times New Roman"/>
          <w:sz w:val="24"/>
          <w:szCs w:val="24"/>
        </w:rPr>
        <w:t>hanya</w:t>
      </w:r>
      <w:proofErr w:type="spellEnd"/>
      <w:r w:rsidRPr="00AA5E2F">
        <w:rPr>
          <w:rFonts w:ascii="Times New Roman" w:hAnsi="Times New Roman" w:cs="Times New Roman"/>
          <w:sz w:val="24"/>
          <w:szCs w:val="24"/>
        </w:rPr>
        <w:t xml:space="preserve"> </w:t>
      </w:r>
      <w:proofErr w:type="spellStart"/>
      <w:r w:rsidRPr="00AA5E2F">
        <w:rPr>
          <w:rFonts w:ascii="Times New Roman" w:hAnsi="Times New Roman" w:cs="Times New Roman"/>
          <w:sz w:val="24"/>
          <w:szCs w:val="24"/>
        </w:rPr>
        <w:t>menjadi</w:t>
      </w:r>
      <w:proofErr w:type="spellEnd"/>
      <w:r w:rsidRPr="00AA5E2F">
        <w:rPr>
          <w:rFonts w:ascii="Times New Roman" w:hAnsi="Times New Roman" w:cs="Times New Roman"/>
          <w:sz w:val="24"/>
          <w:szCs w:val="24"/>
        </w:rPr>
        <w:t xml:space="preserve"> </w:t>
      </w:r>
      <w:proofErr w:type="spellStart"/>
      <w:r w:rsidRPr="00AA5E2F">
        <w:rPr>
          <w:rFonts w:ascii="Times New Roman" w:hAnsi="Times New Roman" w:cs="Times New Roman"/>
          <w:sz w:val="24"/>
          <w:szCs w:val="24"/>
        </w:rPr>
        <w:t>hambatan</w:t>
      </w:r>
      <w:proofErr w:type="spellEnd"/>
      <w:r w:rsidRPr="00AA5E2F">
        <w:rPr>
          <w:rFonts w:ascii="Times New Roman" w:hAnsi="Times New Roman" w:cs="Times New Roman"/>
          <w:sz w:val="24"/>
          <w:szCs w:val="24"/>
        </w:rPr>
        <w:t xml:space="preserve">, </w:t>
      </w:r>
      <w:proofErr w:type="spellStart"/>
      <w:r w:rsidRPr="00AA5E2F">
        <w:rPr>
          <w:rFonts w:ascii="Times New Roman" w:hAnsi="Times New Roman" w:cs="Times New Roman"/>
          <w:sz w:val="24"/>
          <w:szCs w:val="24"/>
        </w:rPr>
        <w:t>tetapi</w:t>
      </w:r>
      <w:proofErr w:type="spellEnd"/>
      <w:r w:rsidRPr="00AA5E2F">
        <w:rPr>
          <w:rFonts w:ascii="Times New Roman" w:hAnsi="Times New Roman" w:cs="Times New Roman"/>
          <w:sz w:val="24"/>
          <w:szCs w:val="24"/>
        </w:rPr>
        <w:t xml:space="preserve"> juga </w:t>
      </w:r>
      <w:proofErr w:type="spellStart"/>
      <w:r w:rsidRPr="00AA5E2F">
        <w:rPr>
          <w:rFonts w:ascii="Times New Roman" w:hAnsi="Times New Roman" w:cs="Times New Roman"/>
          <w:sz w:val="24"/>
          <w:szCs w:val="24"/>
        </w:rPr>
        <w:t>menjadi</w:t>
      </w:r>
      <w:proofErr w:type="spellEnd"/>
      <w:r w:rsidRPr="00AA5E2F">
        <w:rPr>
          <w:rFonts w:ascii="Times New Roman" w:hAnsi="Times New Roman" w:cs="Times New Roman"/>
          <w:sz w:val="24"/>
          <w:szCs w:val="24"/>
        </w:rPr>
        <w:t xml:space="preserve"> </w:t>
      </w:r>
      <w:proofErr w:type="spellStart"/>
      <w:r w:rsidRPr="00AA5E2F">
        <w:rPr>
          <w:rFonts w:ascii="Times New Roman" w:hAnsi="Times New Roman" w:cs="Times New Roman"/>
          <w:sz w:val="24"/>
          <w:szCs w:val="24"/>
        </w:rPr>
        <w:t>pengalaman</w:t>
      </w:r>
      <w:proofErr w:type="spellEnd"/>
      <w:r w:rsidRPr="00AA5E2F">
        <w:rPr>
          <w:rFonts w:ascii="Times New Roman" w:hAnsi="Times New Roman" w:cs="Times New Roman"/>
          <w:sz w:val="24"/>
          <w:szCs w:val="24"/>
        </w:rPr>
        <w:t xml:space="preserve"> yang </w:t>
      </w:r>
      <w:proofErr w:type="spellStart"/>
      <w:r w:rsidRPr="00AA5E2F">
        <w:rPr>
          <w:rFonts w:ascii="Times New Roman" w:hAnsi="Times New Roman" w:cs="Times New Roman"/>
          <w:sz w:val="24"/>
          <w:szCs w:val="24"/>
        </w:rPr>
        <w:t>mendorong</w:t>
      </w:r>
      <w:proofErr w:type="spellEnd"/>
      <w:r w:rsidRPr="00AA5E2F">
        <w:rPr>
          <w:rFonts w:ascii="Times New Roman" w:hAnsi="Times New Roman" w:cs="Times New Roman"/>
          <w:sz w:val="24"/>
          <w:szCs w:val="24"/>
        </w:rPr>
        <w:t xml:space="preserve"> proses </w:t>
      </w:r>
      <w:proofErr w:type="spellStart"/>
      <w:r w:rsidRPr="00AA5E2F">
        <w:rPr>
          <w:rFonts w:ascii="Times New Roman" w:hAnsi="Times New Roman" w:cs="Times New Roman"/>
          <w:sz w:val="24"/>
          <w:szCs w:val="24"/>
        </w:rPr>
        <w:t>pembelajaran</w:t>
      </w:r>
      <w:proofErr w:type="spellEnd"/>
      <w:r w:rsidRPr="00AA5E2F">
        <w:rPr>
          <w:rFonts w:ascii="Times New Roman" w:hAnsi="Times New Roman" w:cs="Times New Roman"/>
          <w:sz w:val="24"/>
          <w:szCs w:val="24"/>
        </w:rPr>
        <w:t xml:space="preserve"> dan </w:t>
      </w:r>
      <w:proofErr w:type="spellStart"/>
      <w:r w:rsidRPr="00AA5E2F">
        <w:rPr>
          <w:rFonts w:ascii="Times New Roman" w:hAnsi="Times New Roman" w:cs="Times New Roman"/>
          <w:sz w:val="24"/>
          <w:szCs w:val="24"/>
        </w:rPr>
        <w:t>penyesuaian</w:t>
      </w:r>
      <w:proofErr w:type="spellEnd"/>
      <w:r w:rsidRPr="00AA5E2F">
        <w:rPr>
          <w:rFonts w:ascii="Times New Roman" w:hAnsi="Times New Roman" w:cs="Times New Roman"/>
          <w:sz w:val="24"/>
          <w:szCs w:val="24"/>
        </w:rPr>
        <w:t xml:space="preserve"> </w:t>
      </w:r>
      <w:proofErr w:type="spellStart"/>
      <w:r w:rsidRPr="00AA5E2F">
        <w:rPr>
          <w:rFonts w:ascii="Times New Roman" w:hAnsi="Times New Roman" w:cs="Times New Roman"/>
          <w:sz w:val="24"/>
          <w:szCs w:val="24"/>
        </w:rPr>
        <w:t>diri</w:t>
      </w:r>
      <w:proofErr w:type="spellEnd"/>
      <w:r w:rsidRPr="00AA5E2F">
        <w:rPr>
          <w:rFonts w:ascii="Times New Roman" w:hAnsi="Times New Roman" w:cs="Times New Roman"/>
          <w:sz w:val="24"/>
          <w:szCs w:val="24"/>
        </w:rPr>
        <w:t>.</w:t>
      </w:r>
    </w:p>
    <w:p w14:paraId="36F3D40C" w14:textId="77777777" w:rsidR="008951DC" w:rsidRPr="00F74D77" w:rsidRDefault="008951DC">
      <w:pPr>
        <w:pStyle w:val="Heading2"/>
        <w:numPr>
          <w:ilvl w:val="1"/>
          <w:numId w:val="13"/>
        </w:numPr>
        <w:spacing w:before="0" w:line="360" w:lineRule="auto"/>
        <w:ind w:left="284"/>
        <w:rPr>
          <w:rFonts w:ascii="Times New Roman" w:hAnsi="Times New Roman" w:cs="Times New Roman"/>
          <w:color w:val="auto"/>
          <w:sz w:val="24"/>
          <w:szCs w:val="24"/>
          <w:lang w:val="en-ID"/>
        </w:rPr>
      </w:pPr>
      <w:bookmarkStart w:id="61" w:name="_Toc238448323"/>
      <w:proofErr w:type="spellStart"/>
      <w:r w:rsidRPr="00F74D77">
        <w:rPr>
          <w:rFonts w:ascii="Times New Roman" w:hAnsi="Times New Roman" w:cs="Times New Roman"/>
          <w:color w:val="auto"/>
          <w:sz w:val="24"/>
          <w:szCs w:val="24"/>
          <w:lang w:val="en-ID"/>
        </w:rPr>
        <w:t>Verifikasi</w:t>
      </w:r>
      <w:proofErr w:type="spellEnd"/>
      <w:r w:rsidRPr="00F74D77">
        <w:rPr>
          <w:rFonts w:ascii="Times New Roman" w:hAnsi="Times New Roman" w:cs="Times New Roman"/>
          <w:color w:val="auto"/>
          <w:sz w:val="24"/>
          <w:szCs w:val="24"/>
          <w:lang w:val="en-ID"/>
        </w:rPr>
        <w:t xml:space="preserve"> </w:t>
      </w:r>
      <w:proofErr w:type="spellStart"/>
      <w:r w:rsidRPr="00F74D77">
        <w:rPr>
          <w:rFonts w:ascii="Times New Roman" w:hAnsi="Times New Roman" w:cs="Times New Roman"/>
          <w:color w:val="auto"/>
          <w:sz w:val="24"/>
          <w:szCs w:val="24"/>
          <w:lang w:val="en-ID"/>
        </w:rPr>
        <w:t>Temuan</w:t>
      </w:r>
      <w:proofErr w:type="spellEnd"/>
      <w:r w:rsidRPr="00F74D77">
        <w:rPr>
          <w:rFonts w:ascii="Times New Roman" w:hAnsi="Times New Roman" w:cs="Times New Roman"/>
          <w:color w:val="auto"/>
          <w:sz w:val="24"/>
          <w:szCs w:val="24"/>
          <w:lang w:val="en-ID"/>
        </w:rPr>
        <w:t xml:space="preserve"> </w:t>
      </w:r>
      <w:proofErr w:type="spellStart"/>
      <w:r w:rsidRPr="00F74D77">
        <w:rPr>
          <w:rFonts w:ascii="Times New Roman" w:hAnsi="Times New Roman" w:cs="Times New Roman"/>
          <w:color w:val="auto"/>
          <w:sz w:val="24"/>
          <w:szCs w:val="24"/>
          <w:lang w:val="en-ID"/>
        </w:rPr>
        <w:t>Penelitian</w:t>
      </w:r>
      <w:bookmarkEnd w:id="61"/>
      <w:proofErr w:type="spellEnd"/>
    </w:p>
    <w:p w14:paraId="431A9BF6" w14:textId="77777777" w:rsidR="008951DC" w:rsidRDefault="008951DC" w:rsidP="00F74D77">
      <w:pPr>
        <w:spacing w:after="0" w:line="360" w:lineRule="auto"/>
        <w:ind w:left="28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Verifikasi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dilakukan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membandingkan</w:t>
      </w:r>
      <w:proofErr w:type="spellEnd"/>
      <w:r w:rsidRPr="00D11FAA">
        <w:rPr>
          <w:rFonts w:ascii="Times New Roman" w:hAnsi="Times New Roman" w:cs="Times New Roman"/>
          <w:sz w:val="24"/>
          <w:szCs w:val="24"/>
          <w:lang w:val="en-ID"/>
        </w:rPr>
        <w:t xml:space="preserve"> data </w:t>
      </w:r>
      <w:proofErr w:type="spellStart"/>
      <w:r w:rsidRPr="00D11FAA">
        <w:rPr>
          <w:rFonts w:ascii="Times New Roman" w:hAnsi="Times New Roman" w:cs="Times New Roman"/>
          <w:sz w:val="24"/>
          <w:szCs w:val="24"/>
          <w:lang w:val="en-ID"/>
        </w:rPr>
        <w:t>antar-informan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melihat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konsistensi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informasi</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muncul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setiap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tema</w:t>
      </w:r>
      <w:proofErr w:type="spellEnd"/>
      <w:r w:rsidRPr="00D11FAA">
        <w:rPr>
          <w:rFonts w:ascii="Times New Roman" w:hAnsi="Times New Roman" w:cs="Times New Roman"/>
          <w:sz w:val="24"/>
          <w:szCs w:val="24"/>
          <w:lang w:val="en-ID"/>
        </w:rPr>
        <w:t>.</w:t>
      </w:r>
    </w:p>
    <w:p w14:paraId="6EDE10C5" w14:textId="77777777" w:rsidR="00F74D77" w:rsidRPr="003A768D" w:rsidRDefault="00F74D77" w:rsidP="003A768D">
      <w:pPr>
        <w:spacing w:after="0" w:line="240" w:lineRule="auto"/>
        <w:jc w:val="center"/>
        <w:rPr>
          <w:rFonts w:ascii="Times New Roman" w:hAnsi="Times New Roman" w:cs="Times New Roman"/>
          <w:b/>
          <w:bCs/>
          <w:sz w:val="24"/>
          <w:szCs w:val="24"/>
          <w:lang w:val="en-ID"/>
        </w:rPr>
      </w:pPr>
      <w:r w:rsidRPr="003A768D">
        <w:rPr>
          <w:rFonts w:ascii="Times New Roman" w:hAnsi="Times New Roman" w:cs="Times New Roman"/>
          <w:b/>
          <w:bCs/>
          <w:sz w:val="24"/>
          <w:szCs w:val="24"/>
          <w:lang w:val="en-ID"/>
        </w:rPr>
        <w:t>Tabel 4.1</w:t>
      </w:r>
    </w:p>
    <w:p w14:paraId="58363EB1" w14:textId="77777777" w:rsidR="00F74D77" w:rsidRDefault="003A768D" w:rsidP="003A768D">
      <w:pPr>
        <w:spacing w:after="0" w:line="240" w:lineRule="auto"/>
        <w:jc w:val="center"/>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Verifikasi</w:t>
      </w:r>
      <w:proofErr w:type="spellEnd"/>
      <w:r>
        <w:rPr>
          <w:rFonts w:ascii="Times New Roman" w:hAnsi="Times New Roman" w:cs="Times New Roman"/>
          <w:sz w:val="24"/>
          <w:szCs w:val="24"/>
          <w:lang w:val="en-ID"/>
        </w:rPr>
        <w:t xml:space="preserve"> </w:t>
      </w:r>
      <w:proofErr w:type="spellStart"/>
      <w:r w:rsidRPr="00F74D77">
        <w:rPr>
          <w:rFonts w:ascii="Times New Roman" w:hAnsi="Times New Roman" w:cs="Times New Roman"/>
          <w:sz w:val="24"/>
          <w:szCs w:val="24"/>
          <w:lang w:val="en-ID"/>
        </w:rPr>
        <w:t>Temuan</w:t>
      </w:r>
      <w:proofErr w:type="spellEnd"/>
      <w:r w:rsidRPr="00F74D77">
        <w:rPr>
          <w:rFonts w:ascii="Times New Roman" w:hAnsi="Times New Roman" w:cs="Times New Roman"/>
          <w:sz w:val="24"/>
          <w:szCs w:val="24"/>
          <w:lang w:val="en-ID"/>
        </w:rPr>
        <w:t xml:space="preserve"> </w:t>
      </w:r>
      <w:proofErr w:type="spellStart"/>
      <w:r w:rsidRPr="00F74D77">
        <w:rPr>
          <w:rFonts w:ascii="Times New Roman" w:hAnsi="Times New Roman" w:cs="Times New Roman"/>
          <w:sz w:val="24"/>
          <w:szCs w:val="24"/>
          <w:lang w:val="en-ID"/>
        </w:rPr>
        <w:t>Penelitian</w:t>
      </w:r>
      <w:proofErr w:type="spellEnd"/>
    </w:p>
    <w:p w14:paraId="340FE026" w14:textId="77777777" w:rsidR="003A768D" w:rsidRPr="00D11FAA" w:rsidRDefault="003A768D" w:rsidP="003A768D">
      <w:pPr>
        <w:spacing w:after="0" w:line="240" w:lineRule="auto"/>
        <w:jc w:val="center"/>
        <w:rPr>
          <w:rFonts w:ascii="Times New Roman" w:hAnsi="Times New Roman" w:cs="Times New Roman"/>
          <w:sz w:val="24"/>
          <w:szCs w:val="24"/>
          <w:lang w:val="en-ID"/>
        </w:rPr>
      </w:pPr>
    </w:p>
    <w:tbl>
      <w:tblPr>
        <w:tblStyle w:val="TableGrid"/>
        <w:tblW w:w="0" w:type="auto"/>
        <w:jc w:val="center"/>
        <w:tblLook w:val="04A0" w:firstRow="1" w:lastRow="0" w:firstColumn="1" w:lastColumn="0" w:noHBand="0" w:noVBand="1"/>
      </w:tblPr>
      <w:tblGrid>
        <w:gridCol w:w="1364"/>
        <w:gridCol w:w="2400"/>
        <w:gridCol w:w="1599"/>
        <w:gridCol w:w="2566"/>
      </w:tblGrid>
      <w:tr w:rsidR="008951DC" w:rsidRPr="00D11FAA" w14:paraId="2D998BD2" w14:textId="77777777" w:rsidTr="00F74D77">
        <w:trPr>
          <w:jc w:val="center"/>
        </w:trPr>
        <w:tc>
          <w:tcPr>
            <w:tcW w:w="0" w:type="auto"/>
            <w:hideMark/>
          </w:tcPr>
          <w:p w14:paraId="6016CF18" w14:textId="77777777" w:rsidR="008951DC" w:rsidRPr="00F74D77" w:rsidRDefault="008951DC" w:rsidP="00F74D77">
            <w:pPr>
              <w:spacing w:line="360" w:lineRule="auto"/>
              <w:jc w:val="center"/>
              <w:rPr>
                <w:rFonts w:ascii="Times New Roman" w:hAnsi="Times New Roman" w:cs="Times New Roman"/>
                <w:b/>
                <w:bCs/>
                <w:sz w:val="24"/>
                <w:szCs w:val="24"/>
                <w:lang w:val="en-ID"/>
              </w:rPr>
            </w:pPr>
            <w:proofErr w:type="spellStart"/>
            <w:r w:rsidRPr="00F74D77">
              <w:rPr>
                <w:rFonts w:ascii="Times New Roman" w:hAnsi="Times New Roman" w:cs="Times New Roman"/>
                <w:b/>
                <w:bCs/>
                <w:sz w:val="24"/>
                <w:szCs w:val="24"/>
                <w:lang w:val="en-ID"/>
              </w:rPr>
              <w:t>Fokus</w:t>
            </w:r>
            <w:proofErr w:type="spellEnd"/>
          </w:p>
        </w:tc>
        <w:tc>
          <w:tcPr>
            <w:tcW w:w="0" w:type="auto"/>
            <w:hideMark/>
          </w:tcPr>
          <w:p w14:paraId="6613BBE2" w14:textId="77777777" w:rsidR="008951DC" w:rsidRPr="00F74D77" w:rsidRDefault="008951DC" w:rsidP="00F74D77">
            <w:pPr>
              <w:spacing w:line="360" w:lineRule="auto"/>
              <w:jc w:val="center"/>
              <w:rPr>
                <w:rFonts w:ascii="Times New Roman" w:hAnsi="Times New Roman" w:cs="Times New Roman"/>
                <w:b/>
                <w:bCs/>
                <w:sz w:val="24"/>
                <w:szCs w:val="24"/>
                <w:lang w:val="en-ID"/>
              </w:rPr>
            </w:pPr>
            <w:r w:rsidRPr="00F74D77">
              <w:rPr>
                <w:rFonts w:ascii="Times New Roman" w:hAnsi="Times New Roman" w:cs="Times New Roman"/>
                <w:b/>
                <w:bCs/>
                <w:sz w:val="24"/>
                <w:szCs w:val="24"/>
                <w:lang w:val="en-ID"/>
              </w:rPr>
              <w:t xml:space="preserve">Hasil </w:t>
            </w:r>
            <w:proofErr w:type="spellStart"/>
            <w:r w:rsidRPr="00F74D77">
              <w:rPr>
                <w:rFonts w:ascii="Times New Roman" w:hAnsi="Times New Roman" w:cs="Times New Roman"/>
                <w:b/>
                <w:bCs/>
                <w:sz w:val="24"/>
                <w:szCs w:val="24"/>
                <w:lang w:val="en-ID"/>
              </w:rPr>
              <w:t>Kondensasi</w:t>
            </w:r>
            <w:proofErr w:type="spellEnd"/>
          </w:p>
        </w:tc>
        <w:tc>
          <w:tcPr>
            <w:tcW w:w="0" w:type="auto"/>
            <w:hideMark/>
          </w:tcPr>
          <w:p w14:paraId="1E1BCA16" w14:textId="77777777" w:rsidR="008951DC" w:rsidRPr="00F74D77" w:rsidRDefault="008951DC" w:rsidP="00F74D77">
            <w:pPr>
              <w:spacing w:line="360" w:lineRule="auto"/>
              <w:jc w:val="center"/>
              <w:rPr>
                <w:rFonts w:ascii="Times New Roman" w:hAnsi="Times New Roman" w:cs="Times New Roman"/>
                <w:b/>
                <w:bCs/>
                <w:sz w:val="24"/>
                <w:szCs w:val="24"/>
                <w:lang w:val="en-ID"/>
              </w:rPr>
            </w:pPr>
            <w:r w:rsidRPr="00F74D77">
              <w:rPr>
                <w:rFonts w:ascii="Times New Roman" w:hAnsi="Times New Roman" w:cs="Times New Roman"/>
                <w:b/>
                <w:bCs/>
                <w:sz w:val="24"/>
                <w:szCs w:val="24"/>
                <w:lang w:val="en-ID"/>
              </w:rPr>
              <w:t xml:space="preserve">Hasil </w:t>
            </w:r>
            <w:proofErr w:type="spellStart"/>
            <w:r w:rsidRPr="00F74D77">
              <w:rPr>
                <w:rFonts w:ascii="Times New Roman" w:hAnsi="Times New Roman" w:cs="Times New Roman"/>
                <w:b/>
                <w:bCs/>
                <w:sz w:val="24"/>
                <w:szCs w:val="24"/>
                <w:lang w:val="en-ID"/>
              </w:rPr>
              <w:t>Penyajian</w:t>
            </w:r>
            <w:proofErr w:type="spellEnd"/>
          </w:p>
        </w:tc>
        <w:tc>
          <w:tcPr>
            <w:tcW w:w="0" w:type="auto"/>
            <w:hideMark/>
          </w:tcPr>
          <w:p w14:paraId="2B246092" w14:textId="77777777" w:rsidR="008951DC" w:rsidRPr="00F74D77" w:rsidRDefault="008951DC" w:rsidP="00F74D77">
            <w:pPr>
              <w:spacing w:line="360" w:lineRule="auto"/>
              <w:jc w:val="center"/>
              <w:rPr>
                <w:rFonts w:ascii="Times New Roman" w:hAnsi="Times New Roman" w:cs="Times New Roman"/>
                <w:b/>
                <w:bCs/>
                <w:sz w:val="24"/>
                <w:szCs w:val="24"/>
                <w:lang w:val="en-ID"/>
              </w:rPr>
            </w:pPr>
            <w:r w:rsidRPr="00F74D77">
              <w:rPr>
                <w:rFonts w:ascii="Times New Roman" w:hAnsi="Times New Roman" w:cs="Times New Roman"/>
                <w:b/>
                <w:bCs/>
                <w:sz w:val="24"/>
                <w:szCs w:val="24"/>
                <w:lang w:val="en-ID"/>
              </w:rPr>
              <w:t xml:space="preserve">Hasil </w:t>
            </w:r>
            <w:proofErr w:type="spellStart"/>
            <w:r w:rsidRPr="00F74D77">
              <w:rPr>
                <w:rFonts w:ascii="Times New Roman" w:hAnsi="Times New Roman" w:cs="Times New Roman"/>
                <w:b/>
                <w:bCs/>
                <w:sz w:val="24"/>
                <w:szCs w:val="24"/>
                <w:lang w:val="en-ID"/>
              </w:rPr>
              <w:t>Verifikasi</w:t>
            </w:r>
            <w:proofErr w:type="spellEnd"/>
          </w:p>
        </w:tc>
      </w:tr>
      <w:tr w:rsidR="008951DC" w:rsidRPr="00D11FAA" w14:paraId="6FF10B1C" w14:textId="77777777" w:rsidTr="00F74D77">
        <w:trPr>
          <w:jc w:val="center"/>
        </w:trPr>
        <w:tc>
          <w:tcPr>
            <w:tcW w:w="0" w:type="auto"/>
            <w:hideMark/>
          </w:tcPr>
          <w:p w14:paraId="7695B567" w14:textId="77777777" w:rsidR="008951DC" w:rsidRPr="00D11FAA" w:rsidRDefault="008951DC" w:rsidP="00D11FAA">
            <w:pPr>
              <w:spacing w:line="360" w:lineRule="auto"/>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Bahasa</w:t>
            </w:r>
          </w:p>
        </w:tc>
        <w:tc>
          <w:tcPr>
            <w:tcW w:w="0" w:type="auto"/>
            <w:hideMark/>
          </w:tcPr>
          <w:p w14:paraId="685D2082" w14:textId="77777777" w:rsidR="008951DC" w:rsidRPr="00D11FAA" w:rsidRDefault="008951DC" w:rsidP="00D11FAA">
            <w:pPr>
              <w:spacing w:line="360" w:lineRule="auto"/>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Keigo/</w:t>
            </w:r>
            <w:proofErr w:type="spellStart"/>
            <w:r w:rsidRPr="00D11FAA">
              <w:rPr>
                <w:rFonts w:ascii="Times New Roman" w:hAnsi="Times New Roman" w:cs="Times New Roman"/>
                <w:sz w:val="24"/>
                <w:szCs w:val="24"/>
                <w:lang w:val="en-ID"/>
              </w:rPr>
              <w:t>Teineigo</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kosakata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teknis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dialek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situasi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p>
        </w:tc>
        <w:tc>
          <w:tcPr>
            <w:tcW w:w="0" w:type="auto"/>
            <w:hideMark/>
          </w:tcPr>
          <w:p w14:paraId="57B5113D" w14:textId="77777777" w:rsidR="008951DC" w:rsidRPr="00D11FAA" w:rsidRDefault="008951DC" w:rsidP="00D11FAA">
            <w:pPr>
              <w:spacing w:line="360" w:lineRule="auto"/>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R-2, R-3, R-9, R-11, R-12, R-13</w:t>
            </w:r>
          </w:p>
        </w:tc>
        <w:tc>
          <w:tcPr>
            <w:tcW w:w="0" w:type="auto"/>
            <w:hideMark/>
          </w:tcPr>
          <w:p w14:paraId="58632E38" w14:textId="77777777" w:rsidR="008951DC" w:rsidRPr="00D11FAA" w:rsidRDefault="008951DC" w:rsidP="00D11FAA">
            <w:pPr>
              <w:spacing w:line="360" w:lineRule="auto"/>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muncul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tamu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rekan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p>
        </w:tc>
      </w:tr>
      <w:tr w:rsidR="008951DC" w:rsidRPr="00D11FAA" w14:paraId="63EE81E3" w14:textId="77777777" w:rsidTr="00F74D77">
        <w:trPr>
          <w:jc w:val="center"/>
        </w:trPr>
        <w:tc>
          <w:tcPr>
            <w:tcW w:w="0" w:type="auto"/>
            <w:hideMark/>
          </w:tcPr>
          <w:p w14:paraId="0D44192D" w14:textId="77777777" w:rsidR="008951DC" w:rsidRPr="00D11FAA" w:rsidRDefault="008951DC" w:rsidP="00D11FAA">
            <w:pPr>
              <w:spacing w:line="360" w:lineRule="auto"/>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Etika </w:t>
            </w:r>
            <w:proofErr w:type="spellStart"/>
            <w:r w:rsidRPr="00D11FAA">
              <w:rPr>
                <w:rFonts w:ascii="Times New Roman" w:hAnsi="Times New Roman" w:cs="Times New Roman"/>
                <w:sz w:val="24"/>
                <w:szCs w:val="24"/>
                <w:lang w:val="en-ID"/>
              </w:rPr>
              <w:t>Kerja</w:t>
            </w:r>
            <w:proofErr w:type="spellEnd"/>
          </w:p>
        </w:tc>
        <w:tc>
          <w:tcPr>
            <w:tcW w:w="0" w:type="auto"/>
            <w:hideMark/>
          </w:tcPr>
          <w:p w14:paraId="08868B53" w14:textId="77777777" w:rsidR="008951DC" w:rsidRPr="00D11FAA" w:rsidRDefault="008951DC" w:rsidP="00D11FAA">
            <w:pPr>
              <w:spacing w:line="360" w:lineRule="auto"/>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Kecepatan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ketelitian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kedisiplinan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p>
        </w:tc>
        <w:tc>
          <w:tcPr>
            <w:tcW w:w="0" w:type="auto"/>
            <w:hideMark/>
          </w:tcPr>
          <w:p w14:paraId="2C9B9691" w14:textId="77777777" w:rsidR="008951DC" w:rsidRPr="00D11FAA" w:rsidRDefault="008951DC" w:rsidP="00D11FAA">
            <w:pPr>
              <w:spacing w:line="360" w:lineRule="auto"/>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R-2, R-6, R-8, R-9, R-10, R-13</w:t>
            </w:r>
          </w:p>
        </w:tc>
        <w:tc>
          <w:tcPr>
            <w:tcW w:w="0" w:type="auto"/>
            <w:hideMark/>
          </w:tcPr>
          <w:p w14:paraId="67EC00FB" w14:textId="77777777" w:rsidR="008951DC" w:rsidRPr="00D11FAA" w:rsidRDefault="008951DC" w:rsidP="00D11FAA">
            <w:pPr>
              <w:spacing w:line="360" w:lineRule="auto"/>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perlu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menyesuaikan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ritme</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ketepatan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waktu</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standar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p>
        </w:tc>
      </w:tr>
      <w:tr w:rsidR="008951DC" w:rsidRPr="00D11FAA" w14:paraId="6E8872FE" w14:textId="77777777" w:rsidTr="00F74D77">
        <w:trPr>
          <w:jc w:val="center"/>
        </w:trPr>
        <w:tc>
          <w:tcPr>
            <w:tcW w:w="0" w:type="auto"/>
            <w:hideMark/>
          </w:tcPr>
          <w:p w14:paraId="4FF9C019" w14:textId="77777777" w:rsidR="008951DC" w:rsidRPr="00D11FAA" w:rsidRDefault="008951DC" w:rsidP="00D11FAA">
            <w:pPr>
              <w:spacing w:line="360" w:lineRule="auto"/>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Strategi </w:t>
            </w:r>
            <w:proofErr w:type="spellStart"/>
            <w:r w:rsidRPr="00D11FAA">
              <w:rPr>
                <w:rFonts w:ascii="Times New Roman" w:hAnsi="Times New Roman" w:cs="Times New Roman"/>
                <w:sz w:val="24"/>
                <w:szCs w:val="24"/>
                <w:lang w:val="en-ID"/>
              </w:rPr>
              <w:t>Adaptasi</w:t>
            </w:r>
            <w:proofErr w:type="spellEnd"/>
          </w:p>
        </w:tc>
        <w:tc>
          <w:tcPr>
            <w:tcW w:w="0" w:type="auto"/>
            <w:hideMark/>
          </w:tcPr>
          <w:p w14:paraId="3B4B68BB" w14:textId="77777777" w:rsidR="008951DC" w:rsidRPr="00D11FAA" w:rsidRDefault="008951DC" w:rsidP="00D11FAA">
            <w:pPr>
              <w:spacing w:line="360" w:lineRule="auto"/>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aktif</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pembelajaran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mandiri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klarifikasi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penyesuaian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sikap</w:t>
            </w:r>
            <w:proofErr w:type="spellEnd"/>
          </w:p>
        </w:tc>
        <w:tc>
          <w:tcPr>
            <w:tcW w:w="0" w:type="auto"/>
            <w:hideMark/>
          </w:tcPr>
          <w:p w14:paraId="56FDAC1E" w14:textId="77777777" w:rsidR="008951DC" w:rsidRPr="00D11FAA" w:rsidRDefault="008951DC" w:rsidP="00D11FAA">
            <w:pPr>
              <w:spacing w:line="360" w:lineRule="auto"/>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R-1, R-2, R-4, R-5, R-6, R-11, R-12, R-13</w:t>
            </w:r>
          </w:p>
        </w:tc>
        <w:tc>
          <w:tcPr>
            <w:tcW w:w="0" w:type="auto"/>
            <w:hideMark/>
          </w:tcPr>
          <w:p w14:paraId="5CC0E119" w14:textId="77777777" w:rsidR="008951DC" w:rsidRPr="00D11FAA" w:rsidRDefault="008951DC" w:rsidP="00D11FAA">
            <w:pPr>
              <w:spacing w:line="360" w:lineRule="auto"/>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dilakukan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aktif</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melalui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interaksi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pembelajaran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klarifikasi</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penyesuaian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perilaku</w:t>
            </w:r>
            <w:proofErr w:type="spellEnd"/>
          </w:p>
        </w:tc>
      </w:tr>
    </w:tbl>
    <w:p w14:paraId="03B05E3B" w14:textId="77777777" w:rsidR="007D5590" w:rsidRDefault="008951DC" w:rsidP="007D5590">
      <w:pPr>
        <w:spacing w:before="240" w:after="0" w:line="360" w:lineRule="auto"/>
        <w:ind w:left="28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Berdasarkan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tabel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proses </w:t>
      </w:r>
      <w:proofErr w:type="spellStart"/>
      <w:r w:rsidRPr="00D11FAA">
        <w:rPr>
          <w:rFonts w:ascii="Times New Roman" w:hAnsi="Times New Roman" w:cs="Times New Roman"/>
          <w:sz w:val="24"/>
          <w:szCs w:val="24"/>
          <w:lang w:val="en-ID"/>
        </w:rPr>
        <w:t>analisis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ketiga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fokus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penelitian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memiliki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hubungan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jelas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ditemukan</w:t>
      </w:r>
      <w:proofErr w:type="spellEnd"/>
      <w:r w:rsidRPr="00D11FAA">
        <w:rPr>
          <w:rFonts w:ascii="Times New Roman" w:hAnsi="Times New Roman" w:cs="Times New Roman"/>
          <w:sz w:val="24"/>
          <w:szCs w:val="24"/>
          <w:lang w:val="en-ID"/>
        </w:rPr>
        <w:t xml:space="preserve"> pada </w:t>
      </w:r>
      <w:proofErr w:type="spellStart"/>
      <w:r w:rsidRPr="00D11FAA">
        <w:rPr>
          <w:rFonts w:ascii="Times New Roman" w:hAnsi="Times New Roman" w:cs="Times New Roman"/>
          <w:sz w:val="24"/>
          <w:szCs w:val="24"/>
          <w:lang w:val="en-ID"/>
        </w:rPr>
        <w:t>tahap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kondensasi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menjadi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dasar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penyajian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sedangkan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kesamaan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hubungan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antartema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menjadi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dasar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penarikan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kesimpulan</w:t>
      </w:r>
      <w:proofErr w:type="spellEnd"/>
      <w:r w:rsidRPr="00D11FAA">
        <w:rPr>
          <w:rFonts w:ascii="Times New Roman" w:hAnsi="Times New Roman" w:cs="Times New Roman"/>
          <w:sz w:val="24"/>
          <w:szCs w:val="24"/>
          <w:lang w:val="en-ID"/>
        </w:rPr>
        <w:t>.</w:t>
      </w:r>
    </w:p>
    <w:p w14:paraId="201BBCE6" w14:textId="77777777" w:rsidR="007D5590" w:rsidRPr="00F74D77" w:rsidRDefault="007D5590" w:rsidP="007D5590">
      <w:pPr>
        <w:pStyle w:val="Heading2"/>
        <w:numPr>
          <w:ilvl w:val="1"/>
          <w:numId w:val="13"/>
        </w:numPr>
        <w:tabs>
          <w:tab w:val="num" w:pos="360"/>
        </w:tabs>
        <w:spacing w:before="0" w:line="360" w:lineRule="auto"/>
        <w:ind w:left="284"/>
        <w:rPr>
          <w:rFonts w:ascii="Times New Roman" w:hAnsi="Times New Roman" w:cs="Times New Roman"/>
          <w:color w:val="auto"/>
          <w:sz w:val="24"/>
          <w:szCs w:val="24"/>
          <w:lang w:val="en-ID"/>
        </w:rPr>
      </w:pPr>
      <w:bookmarkStart w:id="62" w:name="_Toc238448322"/>
      <w:proofErr w:type="spellStart"/>
      <w:r w:rsidRPr="00F74D77">
        <w:rPr>
          <w:rFonts w:ascii="Times New Roman" w:hAnsi="Times New Roman" w:cs="Times New Roman"/>
          <w:color w:val="auto"/>
          <w:sz w:val="24"/>
          <w:szCs w:val="24"/>
          <w:lang w:val="en-ID"/>
        </w:rPr>
        <w:t>Pembahasan</w:t>
      </w:r>
      <w:bookmarkEnd w:id="62"/>
      <w:proofErr w:type="spellEnd"/>
    </w:p>
    <w:p w14:paraId="632A979F" w14:textId="77777777" w:rsidR="007D5590" w:rsidRPr="00D11FAA" w:rsidRDefault="007D5590" w:rsidP="001C3292">
      <w:pPr>
        <w:spacing w:after="0" w:line="360" w:lineRule="auto"/>
        <w:ind w:left="28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Hasil </w:t>
      </w:r>
      <w:proofErr w:type="spellStart"/>
      <w:r w:rsidRPr="00D11FAA">
        <w:rPr>
          <w:rFonts w:ascii="Times New Roman" w:hAnsi="Times New Roman" w:cs="Times New Roman"/>
          <w:sz w:val="24"/>
          <w:szCs w:val="24"/>
          <w:lang w:val="en-ID"/>
        </w:rPr>
        <w:t>penelitian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antarbudaya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industri</w:t>
      </w:r>
      <w:proofErr w:type="spellEnd"/>
      <w:r w:rsidRPr="00D11FAA">
        <w:rPr>
          <w:rFonts w:ascii="Times New Roman" w:hAnsi="Times New Roman" w:cs="Times New Roman"/>
          <w:sz w:val="24"/>
          <w:szCs w:val="24"/>
          <w:lang w:val="en-ID"/>
        </w:rPr>
        <w:t xml:space="preserve"> </w:t>
      </w:r>
      <w:r w:rsidRPr="00122875">
        <w:rPr>
          <w:rFonts w:ascii="Times New Roman" w:hAnsi="Times New Roman" w:cs="Times New Roman"/>
          <w:i/>
          <w:iCs/>
          <w:sz w:val="24"/>
          <w:szCs w:val="24"/>
          <w:lang w:val="en-ID"/>
        </w:rPr>
        <w:t>hospitality</w:t>
      </w:r>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merupakan</w:t>
      </w:r>
      <w:proofErr w:type="spellEnd"/>
      <w:r w:rsidRPr="00D11FAA">
        <w:rPr>
          <w:rFonts w:ascii="Times New Roman" w:hAnsi="Times New Roman" w:cs="Times New Roman"/>
          <w:sz w:val="24"/>
          <w:szCs w:val="24"/>
          <w:lang w:val="en-ID"/>
        </w:rPr>
        <w:t xml:space="preserve"> proses yang </w:t>
      </w:r>
      <w:proofErr w:type="spellStart"/>
      <w:r w:rsidRPr="00D11FAA">
        <w:rPr>
          <w:rFonts w:ascii="Times New Roman" w:hAnsi="Times New Roman" w:cs="Times New Roman"/>
          <w:sz w:val="24"/>
          <w:szCs w:val="24"/>
          <w:lang w:val="en-ID"/>
        </w:rPr>
        <w:t>melibatkan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sekaligus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memahami</w:t>
      </w:r>
      <w:proofErr w:type="spellEnd"/>
      <w:r w:rsidRPr="00D11FAA">
        <w:rPr>
          <w:rFonts w:ascii="Times New Roman" w:hAnsi="Times New Roman" w:cs="Times New Roman"/>
          <w:sz w:val="24"/>
          <w:szCs w:val="24"/>
          <w:lang w:val="en-ID"/>
        </w:rPr>
        <w:t xml:space="preserve"> norma dan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r w:rsidR="00D3769E">
        <w:rPr>
          <w:rFonts w:ascii="Times New Roman" w:hAnsi="Times New Roman" w:cs="Times New Roman"/>
          <w:sz w:val="24"/>
          <w:szCs w:val="24"/>
          <w:lang w:val="en-ID"/>
        </w:rPr>
        <w:t xml:space="preserve">Hal </w:t>
      </w:r>
      <w:proofErr w:type="spellStart"/>
      <w:r w:rsidR="00D3769E">
        <w:rPr>
          <w:rFonts w:ascii="Times New Roman" w:hAnsi="Times New Roman" w:cs="Times New Roman"/>
          <w:sz w:val="24"/>
          <w:szCs w:val="24"/>
          <w:lang w:val="en-ID"/>
        </w:rPr>
        <w:t>ini</w:t>
      </w:r>
      <w:proofErr w:type="spellEnd"/>
      <w:r w:rsidR="00D3769E">
        <w:rPr>
          <w:rFonts w:ascii="Times New Roman" w:hAnsi="Times New Roman" w:cs="Times New Roman"/>
          <w:sz w:val="24"/>
          <w:szCs w:val="24"/>
          <w:lang w:val="en-ID"/>
        </w:rPr>
        <w:t xml:space="preserve"> </w:t>
      </w:r>
      <w:proofErr w:type="spellStart"/>
      <w:r w:rsidR="00D3769E">
        <w:rPr>
          <w:rFonts w:ascii="Times New Roman" w:hAnsi="Times New Roman" w:cs="Times New Roman"/>
          <w:sz w:val="24"/>
          <w:szCs w:val="24"/>
          <w:lang w:val="en-ID"/>
        </w:rPr>
        <w:t>berkaitan</w:t>
      </w:r>
      <w:proofErr w:type="spellEnd"/>
      <w:r w:rsidR="00D3769E">
        <w:rPr>
          <w:rFonts w:ascii="Times New Roman" w:hAnsi="Times New Roman" w:cs="Times New Roman"/>
          <w:sz w:val="24"/>
          <w:szCs w:val="24"/>
          <w:lang w:val="en-ID"/>
        </w:rPr>
        <w:t xml:space="preserve"> </w:t>
      </w:r>
      <w:proofErr w:type="spellStart"/>
      <w:r w:rsidR="00D3769E">
        <w:rPr>
          <w:rFonts w:ascii="Times New Roman" w:hAnsi="Times New Roman" w:cs="Times New Roman"/>
          <w:sz w:val="24"/>
          <w:szCs w:val="24"/>
          <w:lang w:val="en-ID"/>
        </w:rPr>
        <w:t>dengan</w:t>
      </w:r>
      <w:proofErr w:type="spellEnd"/>
      <w:r w:rsidR="00D3769E">
        <w:rPr>
          <w:rFonts w:ascii="Times New Roman" w:hAnsi="Times New Roman" w:cs="Times New Roman"/>
          <w:sz w:val="24"/>
          <w:szCs w:val="24"/>
          <w:lang w:val="en-ID"/>
        </w:rPr>
        <w:t xml:space="preserve"> </w:t>
      </w:r>
      <w:r w:rsidR="00D3769E" w:rsidRPr="00EE4DF6">
        <w:rPr>
          <w:rFonts w:ascii="Times New Roman" w:hAnsi="Times New Roman" w:cs="Times New Roman"/>
          <w:color w:val="000000" w:themeColor="text1"/>
          <w:sz w:val="24"/>
          <w:szCs w:val="24"/>
        </w:rPr>
        <w:t>Neuliep (2021)</w:t>
      </w:r>
      <w:r w:rsidR="00D3769E">
        <w:rPr>
          <w:rFonts w:ascii="Times New Roman" w:hAnsi="Times New Roman" w:cs="Times New Roman"/>
          <w:color w:val="000000" w:themeColor="text1"/>
          <w:sz w:val="24"/>
          <w:szCs w:val="24"/>
        </w:rPr>
        <w:t xml:space="preserve"> yang</w:t>
      </w:r>
      <w:r w:rsidR="00D3769E" w:rsidRPr="00EE4DF6">
        <w:rPr>
          <w:rFonts w:ascii="Times New Roman" w:hAnsi="Times New Roman" w:cs="Times New Roman"/>
          <w:color w:val="000000" w:themeColor="text1"/>
          <w:sz w:val="24"/>
          <w:szCs w:val="24"/>
        </w:rPr>
        <w:t xml:space="preserve"> </w:t>
      </w:r>
      <w:proofErr w:type="spellStart"/>
      <w:r w:rsidR="00D3769E" w:rsidRPr="00EE4DF6">
        <w:rPr>
          <w:rFonts w:ascii="Times New Roman" w:hAnsi="Times New Roman" w:cs="Times New Roman"/>
          <w:color w:val="000000" w:themeColor="text1"/>
          <w:sz w:val="24"/>
          <w:szCs w:val="24"/>
        </w:rPr>
        <w:t>menjelaskan</w:t>
      </w:r>
      <w:proofErr w:type="spellEnd"/>
      <w:r w:rsidR="00D3769E" w:rsidRPr="00EE4DF6">
        <w:rPr>
          <w:rFonts w:ascii="Times New Roman" w:hAnsi="Times New Roman" w:cs="Times New Roman"/>
          <w:color w:val="000000" w:themeColor="text1"/>
          <w:sz w:val="24"/>
          <w:szCs w:val="24"/>
        </w:rPr>
        <w:t xml:space="preserve"> </w:t>
      </w:r>
      <w:proofErr w:type="spellStart"/>
      <w:r w:rsidR="00D3769E" w:rsidRPr="00EE4DF6">
        <w:rPr>
          <w:rFonts w:ascii="Times New Roman" w:hAnsi="Times New Roman" w:cs="Times New Roman"/>
          <w:color w:val="000000" w:themeColor="text1"/>
          <w:sz w:val="24"/>
          <w:szCs w:val="24"/>
        </w:rPr>
        <w:t>bahwa</w:t>
      </w:r>
      <w:proofErr w:type="spellEnd"/>
      <w:r w:rsidR="00D3769E" w:rsidRPr="00EE4DF6">
        <w:rPr>
          <w:rFonts w:ascii="Times New Roman" w:hAnsi="Times New Roman" w:cs="Times New Roman"/>
          <w:color w:val="000000" w:themeColor="text1"/>
          <w:sz w:val="24"/>
          <w:szCs w:val="24"/>
        </w:rPr>
        <w:t xml:space="preserve"> </w:t>
      </w:r>
      <w:proofErr w:type="spellStart"/>
      <w:r w:rsidR="00D3769E" w:rsidRPr="00EE4DF6">
        <w:rPr>
          <w:rFonts w:ascii="Times New Roman" w:hAnsi="Times New Roman" w:cs="Times New Roman"/>
          <w:color w:val="000000" w:themeColor="text1"/>
          <w:sz w:val="24"/>
          <w:szCs w:val="24"/>
        </w:rPr>
        <w:t>komunikasi</w:t>
      </w:r>
      <w:proofErr w:type="spellEnd"/>
      <w:r w:rsidR="00D3769E" w:rsidRPr="00EE4DF6">
        <w:rPr>
          <w:rFonts w:ascii="Times New Roman" w:hAnsi="Times New Roman" w:cs="Times New Roman"/>
          <w:color w:val="000000" w:themeColor="text1"/>
          <w:sz w:val="24"/>
          <w:szCs w:val="24"/>
        </w:rPr>
        <w:t xml:space="preserve"> </w:t>
      </w:r>
      <w:proofErr w:type="spellStart"/>
      <w:r w:rsidR="00D3769E" w:rsidRPr="00EE4DF6">
        <w:rPr>
          <w:rFonts w:ascii="Times New Roman" w:hAnsi="Times New Roman" w:cs="Times New Roman"/>
          <w:color w:val="000000" w:themeColor="text1"/>
          <w:sz w:val="24"/>
          <w:szCs w:val="24"/>
        </w:rPr>
        <w:t>antar</w:t>
      </w:r>
      <w:proofErr w:type="spellEnd"/>
      <w:r w:rsidR="00D3769E" w:rsidRPr="00EE4DF6">
        <w:rPr>
          <w:rFonts w:ascii="Times New Roman" w:hAnsi="Times New Roman" w:cs="Times New Roman"/>
          <w:color w:val="000000" w:themeColor="text1"/>
          <w:sz w:val="24"/>
          <w:szCs w:val="24"/>
        </w:rPr>
        <w:t xml:space="preserve"> </w:t>
      </w:r>
      <w:proofErr w:type="spellStart"/>
      <w:r w:rsidR="00D3769E" w:rsidRPr="00EE4DF6">
        <w:rPr>
          <w:rFonts w:ascii="Times New Roman" w:hAnsi="Times New Roman" w:cs="Times New Roman"/>
          <w:color w:val="000000" w:themeColor="text1"/>
          <w:sz w:val="24"/>
          <w:szCs w:val="24"/>
        </w:rPr>
        <w:t>budaya</w:t>
      </w:r>
      <w:proofErr w:type="spellEnd"/>
      <w:r w:rsidR="00D3769E" w:rsidRPr="00EE4DF6">
        <w:rPr>
          <w:rFonts w:ascii="Times New Roman" w:hAnsi="Times New Roman" w:cs="Times New Roman"/>
          <w:color w:val="000000" w:themeColor="text1"/>
          <w:sz w:val="24"/>
          <w:szCs w:val="24"/>
        </w:rPr>
        <w:t xml:space="preserve"> </w:t>
      </w:r>
      <w:proofErr w:type="spellStart"/>
      <w:r w:rsidR="00D3769E" w:rsidRPr="00EE4DF6">
        <w:rPr>
          <w:rFonts w:ascii="Times New Roman" w:hAnsi="Times New Roman" w:cs="Times New Roman"/>
          <w:color w:val="000000" w:themeColor="text1"/>
          <w:sz w:val="24"/>
          <w:szCs w:val="24"/>
        </w:rPr>
        <w:t>merupakan</w:t>
      </w:r>
      <w:proofErr w:type="spellEnd"/>
      <w:r w:rsidR="00D3769E" w:rsidRPr="00EE4DF6">
        <w:rPr>
          <w:rFonts w:ascii="Times New Roman" w:hAnsi="Times New Roman" w:cs="Times New Roman"/>
          <w:color w:val="000000" w:themeColor="text1"/>
          <w:sz w:val="24"/>
          <w:szCs w:val="24"/>
        </w:rPr>
        <w:t xml:space="preserve"> proses </w:t>
      </w:r>
      <w:proofErr w:type="spellStart"/>
      <w:r w:rsidR="00D3769E" w:rsidRPr="00EE4DF6">
        <w:rPr>
          <w:rFonts w:ascii="Times New Roman" w:hAnsi="Times New Roman" w:cs="Times New Roman"/>
          <w:color w:val="000000" w:themeColor="text1"/>
          <w:sz w:val="24"/>
          <w:szCs w:val="24"/>
        </w:rPr>
        <w:t>pertukaran</w:t>
      </w:r>
      <w:proofErr w:type="spellEnd"/>
      <w:r w:rsidR="00D3769E" w:rsidRPr="00EE4DF6">
        <w:rPr>
          <w:rFonts w:ascii="Times New Roman" w:hAnsi="Times New Roman" w:cs="Times New Roman"/>
          <w:color w:val="000000" w:themeColor="text1"/>
          <w:sz w:val="24"/>
          <w:szCs w:val="24"/>
        </w:rPr>
        <w:t xml:space="preserve"> </w:t>
      </w:r>
      <w:proofErr w:type="spellStart"/>
      <w:r w:rsidR="00D3769E" w:rsidRPr="00EE4DF6">
        <w:rPr>
          <w:rFonts w:ascii="Times New Roman" w:hAnsi="Times New Roman" w:cs="Times New Roman"/>
          <w:color w:val="000000" w:themeColor="text1"/>
          <w:sz w:val="24"/>
          <w:szCs w:val="24"/>
        </w:rPr>
        <w:t>pesan</w:t>
      </w:r>
      <w:proofErr w:type="spellEnd"/>
      <w:r w:rsidR="00D3769E" w:rsidRPr="00EE4DF6">
        <w:rPr>
          <w:rFonts w:ascii="Times New Roman" w:hAnsi="Times New Roman" w:cs="Times New Roman"/>
          <w:color w:val="000000" w:themeColor="text1"/>
          <w:sz w:val="24"/>
          <w:szCs w:val="24"/>
        </w:rPr>
        <w:t xml:space="preserve"> </w:t>
      </w:r>
      <w:proofErr w:type="spellStart"/>
      <w:r w:rsidR="00D3769E" w:rsidRPr="00EE4DF6">
        <w:rPr>
          <w:rFonts w:ascii="Times New Roman" w:hAnsi="Times New Roman" w:cs="Times New Roman"/>
          <w:color w:val="000000" w:themeColor="text1"/>
          <w:sz w:val="24"/>
          <w:szCs w:val="24"/>
        </w:rPr>
        <w:t>atau</w:t>
      </w:r>
      <w:proofErr w:type="spellEnd"/>
      <w:r w:rsidR="00D3769E" w:rsidRPr="00EE4DF6">
        <w:rPr>
          <w:rFonts w:ascii="Times New Roman" w:hAnsi="Times New Roman" w:cs="Times New Roman"/>
          <w:color w:val="000000" w:themeColor="text1"/>
          <w:sz w:val="24"/>
          <w:szCs w:val="24"/>
        </w:rPr>
        <w:t xml:space="preserve"> </w:t>
      </w:r>
      <w:proofErr w:type="spellStart"/>
      <w:r w:rsidR="00D3769E" w:rsidRPr="00EE4DF6">
        <w:rPr>
          <w:rFonts w:ascii="Times New Roman" w:hAnsi="Times New Roman" w:cs="Times New Roman"/>
          <w:color w:val="000000" w:themeColor="text1"/>
          <w:sz w:val="24"/>
          <w:szCs w:val="24"/>
        </w:rPr>
        <w:t>informasi</w:t>
      </w:r>
      <w:proofErr w:type="spellEnd"/>
      <w:r w:rsidR="00D3769E" w:rsidRPr="00EE4DF6">
        <w:rPr>
          <w:rFonts w:ascii="Times New Roman" w:hAnsi="Times New Roman" w:cs="Times New Roman"/>
          <w:color w:val="000000" w:themeColor="text1"/>
          <w:sz w:val="24"/>
          <w:szCs w:val="24"/>
        </w:rPr>
        <w:t xml:space="preserve"> </w:t>
      </w:r>
      <w:proofErr w:type="spellStart"/>
      <w:r w:rsidR="00D3769E" w:rsidRPr="00EE4DF6">
        <w:rPr>
          <w:rFonts w:ascii="Times New Roman" w:hAnsi="Times New Roman" w:cs="Times New Roman"/>
          <w:color w:val="000000" w:themeColor="text1"/>
          <w:sz w:val="24"/>
          <w:szCs w:val="24"/>
        </w:rPr>
        <w:t>antara</w:t>
      </w:r>
      <w:proofErr w:type="spellEnd"/>
      <w:r w:rsidR="00D3769E" w:rsidRPr="00EE4DF6">
        <w:rPr>
          <w:rFonts w:ascii="Times New Roman" w:hAnsi="Times New Roman" w:cs="Times New Roman"/>
          <w:color w:val="000000" w:themeColor="text1"/>
          <w:sz w:val="24"/>
          <w:szCs w:val="24"/>
        </w:rPr>
        <w:t xml:space="preserve"> </w:t>
      </w:r>
      <w:proofErr w:type="spellStart"/>
      <w:r w:rsidR="00D3769E" w:rsidRPr="00EE4DF6">
        <w:rPr>
          <w:rFonts w:ascii="Times New Roman" w:hAnsi="Times New Roman" w:cs="Times New Roman"/>
          <w:color w:val="000000" w:themeColor="text1"/>
          <w:sz w:val="24"/>
          <w:szCs w:val="24"/>
        </w:rPr>
        <w:t>individu-individu</w:t>
      </w:r>
      <w:proofErr w:type="spellEnd"/>
      <w:r w:rsidR="00D3769E" w:rsidRPr="00EE4DF6">
        <w:rPr>
          <w:rFonts w:ascii="Times New Roman" w:hAnsi="Times New Roman" w:cs="Times New Roman"/>
          <w:color w:val="000000" w:themeColor="text1"/>
          <w:sz w:val="24"/>
          <w:szCs w:val="24"/>
        </w:rPr>
        <w:t xml:space="preserve"> yang </w:t>
      </w:r>
      <w:proofErr w:type="spellStart"/>
      <w:r w:rsidR="00D3769E" w:rsidRPr="00EE4DF6">
        <w:rPr>
          <w:rFonts w:ascii="Times New Roman" w:hAnsi="Times New Roman" w:cs="Times New Roman"/>
          <w:color w:val="000000" w:themeColor="text1"/>
          <w:sz w:val="24"/>
          <w:szCs w:val="24"/>
        </w:rPr>
        <w:t>memiliki</w:t>
      </w:r>
      <w:proofErr w:type="spellEnd"/>
      <w:r w:rsidR="00D3769E" w:rsidRPr="00EE4DF6">
        <w:rPr>
          <w:rFonts w:ascii="Times New Roman" w:hAnsi="Times New Roman" w:cs="Times New Roman"/>
          <w:color w:val="000000" w:themeColor="text1"/>
          <w:sz w:val="24"/>
          <w:szCs w:val="24"/>
        </w:rPr>
        <w:t xml:space="preserve"> </w:t>
      </w:r>
      <w:proofErr w:type="spellStart"/>
      <w:r w:rsidR="00D3769E" w:rsidRPr="00EE4DF6">
        <w:rPr>
          <w:rFonts w:ascii="Times New Roman" w:hAnsi="Times New Roman" w:cs="Times New Roman"/>
          <w:color w:val="000000" w:themeColor="text1"/>
          <w:sz w:val="24"/>
          <w:szCs w:val="24"/>
        </w:rPr>
        <w:t>perbedaan</w:t>
      </w:r>
      <w:proofErr w:type="spellEnd"/>
      <w:r w:rsidR="00D3769E" w:rsidRPr="00EE4DF6">
        <w:rPr>
          <w:rFonts w:ascii="Times New Roman" w:hAnsi="Times New Roman" w:cs="Times New Roman"/>
          <w:color w:val="000000" w:themeColor="text1"/>
          <w:sz w:val="24"/>
          <w:szCs w:val="24"/>
        </w:rPr>
        <w:t xml:space="preserve"> </w:t>
      </w:r>
      <w:proofErr w:type="spellStart"/>
      <w:r w:rsidR="00D3769E" w:rsidRPr="00EE4DF6">
        <w:rPr>
          <w:rFonts w:ascii="Times New Roman" w:hAnsi="Times New Roman" w:cs="Times New Roman"/>
          <w:color w:val="000000" w:themeColor="text1"/>
          <w:sz w:val="24"/>
          <w:szCs w:val="24"/>
        </w:rPr>
        <w:t>latar</w:t>
      </w:r>
      <w:proofErr w:type="spellEnd"/>
      <w:r w:rsidR="00D3769E" w:rsidRPr="00EE4DF6">
        <w:rPr>
          <w:rFonts w:ascii="Times New Roman" w:hAnsi="Times New Roman" w:cs="Times New Roman"/>
          <w:color w:val="000000" w:themeColor="text1"/>
          <w:sz w:val="24"/>
          <w:szCs w:val="24"/>
        </w:rPr>
        <w:t xml:space="preserve"> </w:t>
      </w:r>
      <w:proofErr w:type="spellStart"/>
      <w:r w:rsidR="00D3769E" w:rsidRPr="00EE4DF6">
        <w:rPr>
          <w:rFonts w:ascii="Times New Roman" w:hAnsi="Times New Roman" w:cs="Times New Roman"/>
          <w:color w:val="000000" w:themeColor="text1"/>
          <w:sz w:val="24"/>
          <w:szCs w:val="24"/>
        </w:rPr>
        <w:t>belakang</w:t>
      </w:r>
      <w:proofErr w:type="spellEnd"/>
      <w:r w:rsidR="00D3769E" w:rsidRPr="00EE4DF6">
        <w:rPr>
          <w:rFonts w:ascii="Times New Roman" w:hAnsi="Times New Roman" w:cs="Times New Roman"/>
          <w:color w:val="000000" w:themeColor="text1"/>
          <w:sz w:val="24"/>
          <w:szCs w:val="24"/>
        </w:rPr>
        <w:t xml:space="preserve"> </w:t>
      </w:r>
      <w:proofErr w:type="spellStart"/>
      <w:r w:rsidR="00D3769E" w:rsidRPr="00EE4DF6">
        <w:rPr>
          <w:rFonts w:ascii="Times New Roman" w:hAnsi="Times New Roman" w:cs="Times New Roman"/>
          <w:color w:val="000000" w:themeColor="text1"/>
          <w:sz w:val="24"/>
          <w:szCs w:val="24"/>
        </w:rPr>
        <w:t>nilai</w:t>
      </w:r>
      <w:proofErr w:type="spellEnd"/>
      <w:r w:rsidR="00D3769E" w:rsidRPr="00EE4DF6">
        <w:rPr>
          <w:rFonts w:ascii="Times New Roman" w:hAnsi="Times New Roman" w:cs="Times New Roman"/>
          <w:color w:val="000000" w:themeColor="text1"/>
          <w:sz w:val="24"/>
          <w:szCs w:val="24"/>
        </w:rPr>
        <w:t xml:space="preserve">, norma, </w:t>
      </w:r>
      <w:proofErr w:type="spellStart"/>
      <w:r w:rsidR="00D3769E" w:rsidRPr="00EE4DF6">
        <w:rPr>
          <w:rFonts w:ascii="Times New Roman" w:hAnsi="Times New Roman" w:cs="Times New Roman"/>
          <w:color w:val="000000" w:themeColor="text1"/>
          <w:sz w:val="24"/>
          <w:szCs w:val="24"/>
        </w:rPr>
        <w:t>sosial</w:t>
      </w:r>
      <w:proofErr w:type="spellEnd"/>
      <w:r w:rsidR="00D3769E" w:rsidRPr="00EE4DF6">
        <w:rPr>
          <w:rFonts w:ascii="Times New Roman" w:hAnsi="Times New Roman" w:cs="Times New Roman"/>
          <w:color w:val="000000" w:themeColor="text1"/>
          <w:sz w:val="24"/>
          <w:szCs w:val="24"/>
        </w:rPr>
        <w:t xml:space="preserve">, dan </w:t>
      </w:r>
      <w:r w:rsidR="00D3769E">
        <w:rPr>
          <w:rFonts w:ascii="Times New Roman" w:hAnsi="Times New Roman" w:cs="Times New Roman"/>
          <w:color w:val="000000" w:themeColor="text1"/>
          <w:sz w:val="24"/>
          <w:szCs w:val="24"/>
        </w:rPr>
        <w:t xml:space="preserve">Bahasa. </w:t>
      </w:r>
      <w:proofErr w:type="spellStart"/>
      <w:r w:rsidRPr="00D11FAA">
        <w:rPr>
          <w:rFonts w:ascii="Times New Roman" w:hAnsi="Times New Roman" w:cs="Times New Roman"/>
          <w:sz w:val="24"/>
          <w:szCs w:val="24"/>
          <w:lang w:val="en-ID"/>
        </w:rPr>
        <w:t>Temuan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penelitian</w:t>
      </w:r>
      <w:proofErr w:type="spellEnd"/>
      <w:r w:rsidR="00D3769E">
        <w:rPr>
          <w:rFonts w:ascii="Times New Roman" w:hAnsi="Times New Roman" w:cs="Times New Roman"/>
          <w:sz w:val="24"/>
          <w:szCs w:val="24"/>
          <w:lang w:val="en-ID"/>
        </w:rPr>
        <w:t xml:space="preserve"> </w:t>
      </w:r>
      <w:proofErr w:type="spellStart"/>
      <w:r w:rsidR="00D3769E">
        <w:rPr>
          <w:rFonts w:ascii="Times New Roman" w:hAnsi="Times New Roman" w:cs="Times New Roman"/>
          <w:sz w:val="24"/>
          <w:szCs w:val="24"/>
          <w:lang w:val="en-ID"/>
        </w:rPr>
        <w:t>ini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mendukung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fokus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penelitian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sejak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awal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diarahkan</w:t>
      </w:r>
      <w:proofErr w:type="spellEnd"/>
      <w:r w:rsidRPr="00D11FAA">
        <w:rPr>
          <w:rFonts w:ascii="Times New Roman" w:hAnsi="Times New Roman" w:cs="Times New Roman"/>
          <w:sz w:val="24"/>
          <w:szCs w:val="24"/>
          <w:lang w:val="en-ID"/>
        </w:rPr>
        <w:t xml:space="preserve"> pada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dan strategi </w:t>
      </w: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w:t>
      </w:r>
      <w:r w:rsidRPr="00122875">
        <w:rPr>
          <w:rFonts w:ascii="Times New Roman" w:hAnsi="Times New Roman" w:cs="Times New Roman"/>
          <w:i/>
          <w:iCs/>
          <w:sz w:val="24"/>
          <w:szCs w:val="24"/>
          <w:lang w:val="en-ID"/>
        </w:rPr>
        <w:t>hospitality</w:t>
      </w:r>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
    <w:p w14:paraId="7407A752" w14:textId="77777777" w:rsidR="007D5590" w:rsidRPr="00D11FAA" w:rsidRDefault="007D5590" w:rsidP="001C3292">
      <w:pPr>
        <w:spacing w:after="0" w:line="360" w:lineRule="auto"/>
        <w:ind w:left="28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Dari </w:t>
      </w:r>
      <w:proofErr w:type="spellStart"/>
      <w:r w:rsidRPr="00D11FAA">
        <w:rPr>
          <w:rFonts w:ascii="Times New Roman" w:hAnsi="Times New Roman" w:cs="Times New Roman"/>
          <w:sz w:val="24"/>
          <w:szCs w:val="24"/>
          <w:lang w:val="en-ID"/>
        </w:rPr>
        <w:t>sisi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mengalami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kesulitan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umum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lebih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spesifik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muncul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mereka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harus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menggunakan</w:t>
      </w:r>
      <w:proofErr w:type="spellEnd"/>
      <w:r w:rsidRPr="00D11FAA">
        <w:rPr>
          <w:rFonts w:ascii="Times New Roman" w:hAnsi="Times New Roman" w:cs="Times New Roman"/>
          <w:sz w:val="24"/>
          <w:szCs w:val="24"/>
          <w:lang w:val="en-ID"/>
        </w:rPr>
        <w:t xml:space="preserve"> </w:t>
      </w:r>
      <w:r w:rsidRPr="00D3769E">
        <w:rPr>
          <w:rFonts w:ascii="Times New Roman" w:hAnsi="Times New Roman" w:cs="Times New Roman"/>
          <w:i/>
          <w:iCs/>
          <w:sz w:val="24"/>
          <w:szCs w:val="24"/>
          <w:lang w:val="en-ID"/>
        </w:rPr>
        <w:t>Keigo</w:t>
      </w:r>
      <w:r w:rsidRPr="00D11FAA">
        <w:rPr>
          <w:rFonts w:ascii="Times New Roman" w:hAnsi="Times New Roman" w:cs="Times New Roman"/>
          <w:sz w:val="24"/>
          <w:szCs w:val="24"/>
          <w:lang w:val="en-ID"/>
        </w:rPr>
        <w:t xml:space="preserve"> dan </w:t>
      </w:r>
      <w:proofErr w:type="spellStart"/>
      <w:r w:rsidRPr="00D3769E">
        <w:rPr>
          <w:rFonts w:ascii="Times New Roman" w:hAnsi="Times New Roman" w:cs="Times New Roman"/>
          <w:i/>
          <w:iCs/>
          <w:sz w:val="24"/>
          <w:szCs w:val="24"/>
          <w:lang w:val="en-ID"/>
        </w:rPr>
        <w:t>Teineigo</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istilah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teknis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perhotelan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serta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menghadapi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tamu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situasi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tertentu</w:t>
      </w:r>
      <w:proofErr w:type="spellEnd"/>
      <w:r w:rsidRPr="00D11FAA">
        <w:rPr>
          <w:rFonts w:ascii="Times New Roman" w:hAnsi="Times New Roman" w:cs="Times New Roman"/>
          <w:sz w:val="24"/>
          <w:szCs w:val="24"/>
          <w:lang w:val="en-ID"/>
        </w:rPr>
        <w:t xml:space="preserve">. </w:t>
      </w:r>
    </w:p>
    <w:p w14:paraId="64AAD897" w14:textId="77777777" w:rsidR="007D5590" w:rsidRPr="00D11FAA" w:rsidRDefault="007D5590" w:rsidP="001C3292">
      <w:pPr>
        <w:spacing w:after="0" w:line="360" w:lineRule="auto"/>
        <w:ind w:left="28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Temuan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memperlihatkan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dalam</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w:t>
      </w:r>
      <w:r w:rsidRPr="00122875">
        <w:rPr>
          <w:rFonts w:ascii="Times New Roman" w:hAnsi="Times New Roman" w:cs="Times New Roman"/>
          <w:i/>
          <w:iCs/>
          <w:sz w:val="24"/>
          <w:szCs w:val="24"/>
          <w:lang w:val="en-ID"/>
        </w:rPr>
        <w:t xml:space="preserve">hospitality </w:t>
      </w:r>
      <w:proofErr w:type="spellStart"/>
      <w:r w:rsidRPr="00D11FAA">
        <w:rPr>
          <w:rFonts w:ascii="Times New Roman" w:hAnsi="Times New Roman" w:cs="Times New Roman"/>
          <w:sz w:val="24"/>
          <w:szCs w:val="24"/>
          <w:lang w:val="en-ID"/>
        </w:rPr>
        <w:t>memiliki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fungsi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profesional</w:t>
      </w:r>
      <w:proofErr w:type="spellEnd"/>
      <w:r w:rsidRPr="00D11FAA">
        <w:rPr>
          <w:rFonts w:ascii="Times New Roman" w:hAnsi="Times New Roman" w:cs="Times New Roman"/>
          <w:sz w:val="24"/>
          <w:szCs w:val="24"/>
          <w:lang w:val="en-ID"/>
        </w:rPr>
        <w:t xml:space="preserve">. </w:t>
      </w:r>
      <w:r w:rsidR="00D3769E">
        <w:rPr>
          <w:rFonts w:ascii="Times New Roman" w:hAnsi="Times New Roman" w:cs="Times New Roman"/>
          <w:sz w:val="24"/>
          <w:szCs w:val="24"/>
          <w:lang w:val="en-ID"/>
        </w:rPr>
        <w:t xml:space="preserve">Selain </w:t>
      </w:r>
      <w:proofErr w:type="spellStart"/>
      <w:r w:rsidR="00D3769E">
        <w:rPr>
          <w:rFonts w:ascii="Times New Roman" w:hAnsi="Times New Roman" w:cs="Times New Roman"/>
          <w:sz w:val="24"/>
          <w:szCs w:val="24"/>
          <w:lang w:val="en-ID"/>
        </w:rPr>
        <w:t>itu</w:t>
      </w:r>
      <w:proofErr w:type="spellEnd"/>
      <w:r w:rsidR="00D3769E">
        <w:rPr>
          <w:rFonts w:ascii="Times New Roman" w:hAnsi="Times New Roman" w:cs="Times New Roman"/>
          <w:sz w:val="24"/>
          <w:szCs w:val="24"/>
          <w:lang w:val="en-ID"/>
        </w:rPr>
        <w:t xml:space="preserve"> </w:t>
      </w:r>
      <w:proofErr w:type="spellStart"/>
      <w:r w:rsidR="00D3769E">
        <w:rPr>
          <w:rFonts w:ascii="Times New Roman" w:hAnsi="Times New Roman" w:cs="Times New Roman"/>
          <w:sz w:val="24"/>
          <w:szCs w:val="24"/>
          <w:lang w:val="en-ID"/>
        </w:rPr>
        <w:t>menurut</w:t>
      </w:r>
      <w:proofErr w:type="spellEnd"/>
      <w:r w:rsidR="00D3769E">
        <w:rPr>
          <w:rFonts w:ascii="Times New Roman" w:hAnsi="Times New Roman" w:cs="Times New Roman"/>
          <w:sz w:val="24"/>
          <w:szCs w:val="24"/>
          <w:lang w:val="en-ID"/>
        </w:rPr>
        <w:t xml:space="preserve"> </w:t>
      </w:r>
      <w:r w:rsidR="00D3769E" w:rsidRPr="00D4006E">
        <w:rPr>
          <w:rFonts w:ascii="Times New Roman" w:hAnsi="Times New Roman" w:cs="Times New Roman"/>
          <w:color w:val="000000" w:themeColor="text1"/>
          <w:sz w:val="24"/>
          <w:szCs w:val="24"/>
        </w:rPr>
        <w:t xml:space="preserve">Gibson, Tarrant, dan </w:t>
      </w:r>
      <w:proofErr w:type="spellStart"/>
      <w:r w:rsidR="00D3769E" w:rsidRPr="00D4006E">
        <w:rPr>
          <w:rFonts w:ascii="Times New Roman" w:hAnsi="Times New Roman" w:cs="Times New Roman"/>
          <w:color w:val="000000" w:themeColor="text1"/>
          <w:sz w:val="24"/>
          <w:szCs w:val="24"/>
        </w:rPr>
        <w:t>Sgoutas</w:t>
      </w:r>
      <w:proofErr w:type="spellEnd"/>
      <w:r w:rsidR="00D3769E" w:rsidRPr="00D4006E">
        <w:rPr>
          <w:rFonts w:ascii="Times New Roman" w:hAnsi="Times New Roman" w:cs="Times New Roman"/>
          <w:color w:val="000000" w:themeColor="text1"/>
          <w:sz w:val="24"/>
          <w:szCs w:val="24"/>
        </w:rPr>
        <w:t xml:space="preserve"> (2022) </w:t>
      </w:r>
      <w:proofErr w:type="spellStart"/>
      <w:r w:rsidR="00D3769E" w:rsidRPr="00D4006E">
        <w:rPr>
          <w:rFonts w:ascii="Times New Roman" w:hAnsi="Times New Roman" w:cs="Times New Roman"/>
          <w:color w:val="000000" w:themeColor="text1"/>
          <w:sz w:val="24"/>
          <w:szCs w:val="24"/>
        </w:rPr>
        <w:t>bahwa</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perbedaan</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bahasa</w:t>
      </w:r>
      <w:proofErr w:type="spellEnd"/>
      <w:r w:rsidR="00D3769E" w:rsidRPr="00D4006E">
        <w:rPr>
          <w:rFonts w:ascii="Times New Roman" w:hAnsi="Times New Roman" w:cs="Times New Roman"/>
          <w:color w:val="000000" w:themeColor="text1"/>
          <w:sz w:val="24"/>
          <w:szCs w:val="24"/>
        </w:rPr>
        <w:t xml:space="preserve"> dan </w:t>
      </w:r>
      <w:proofErr w:type="spellStart"/>
      <w:r w:rsidR="00D3769E" w:rsidRPr="00D4006E">
        <w:rPr>
          <w:rFonts w:ascii="Times New Roman" w:hAnsi="Times New Roman" w:cs="Times New Roman"/>
          <w:color w:val="000000" w:themeColor="text1"/>
          <w:sz w:val="24"/>
          <w:szCs w:val="24"/>
        </w:rPr>
        <w:t>sistem</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komunikasi</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merupakan</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kendala</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utama</w:t>
      </w:r>
      <w:proofErr w:type="spellEnd"/>
      <w:r w:rsidR="00D3769E" w:rsidRPr="00D4006E">
        <w:rPr>
          <w:rFonts w:ascii="Times New Roman" w:hAnsi="Times New Roman" w:cs="Times New Roman"/>
          <w:color w:val="000000" w:themeColor="text1"/>
          <w:sz w:val="24"/>
          <w:szCs w:val="24"/>
        </w:rPr>
        <w:t xml:space="preserve"> yang </w:t>
      </w:r>
      <w:proofErr w:type="spellStart"/>
      <w:r w:rsidR="00D3769E" w:rsidRPr="00D4006E">
        <w:rPr>
          <w:rFonts w:ascii="Times New Roman" w:hAnsi="Times New Roman" w:cs="Times New Roman"/>
          <w:color w:val="000000" w:themeColor="text1"/>
          <w:sz w:val="24"/>
          <w:szCs w:val="24"/>
        </w:rPr>
        <w:t>sering</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dihadapi</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dalam</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operasional</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sehari-hari</w:t>
      </w:r>
      <w:proofErr w:type="spellEnd"/>
      <w:r w:rsidR="00D3769E" w:rsidRPr="00D4006E">
        <w:rPr>
          <w:rFonts w:ascii="Times New Roman" w:hAnsi="Times New Roman" w:cs="Times New Roman"/>
          <w:color w:val="000000" w:themeColor="text1"/>
          <w:sz w:val="24"/>
          <w:szCs w:val="24"/>
        </w:rPr>
        <w:t xml:space="preserve">. Hal </w:t>
      </w:r>
      <w:proofErr w:type="spellStart"/>
      <w:r w:rsidR="00D3769E" w:rsidRPr="00D4006E">
        <w:rPr>
          <w:rFonts w:ascii="Times New Roman" w:hAnsi="Times New Roman" w:cs="Times New Roman"/>
          <w:color w:val="000000" w:themeColor="text1"/>
          <w:sz w:val="24"/>
          <w:szCs w:val="24"/>
        </w:rPr>
        <w:t>ini</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menunjukkan</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bahwa</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perbedaan</w:t>
      </w:r>
      <w:proofErr w:type="spellEnd"/>
      <w:r w:rsidR="00D3769E" w:rsidRPr="00D4006E">
        <w:rPr>
          <w:rFonts w:ascii="Times New Roman" w:hAnsi="Times New Roman" w:cs="Times New Roman"/>
          <w:color w:val="000000" w:themeColor="text1"/>
          <w:sz w:val="24"/>
          <w:szCs w:val="24"/>
        </w:rPr>
        <w:t xml:space="preserve"> yang </w:t>
      </w:r>
      <w:proofErr w:type="spellStart"/>
      <w:r w:rsidR="00D3769E" w:rsidRPr="00D4006E">
        <w:rPr>
          <w:rFonts w:ascii="Times New Roman" w:hAnsi="Times New Roman" w:cs="Times New Roman"/>
          <w:color w:val="000000" w:themeColor="text1"/>
          <w:sz w:val="24"/>
          <w:szCs w:val="24"/>
        </w:rPr>
        <w:t>mendasar</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ini</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berdampak</w:t>
      </w:r>
      <w:proofErr w:type="spellEnd"/>
      <w:r w:rsidR="00D3769E" w:rsidRPr="00AE1560">
        <w:rPr>
          <w:rFonts w:ascii="Times New Roman" w:hAnsi="Times New Roman" w:cs="Times New Roman"/>
          <w:sz w:val="24"/>
          <w:szCs w:val="24"/>
        </w:rPr>
        <w:t xml:space="preserve"> </w:t>
      </w:r>
      <w:proofErr w:type="spellStart"/>
      <w:r w:rsidR="00D3769E" w:rsidRPr="00AE1560">
        <w:rPr>
          <w:rFonts w:ascii="Times New Roman" w:hAnsi="Times New Roman" w:cs="Times New Roman"/>
          <w:sz w:val="24"/>
          <w:szCs w:val="24"/>
        </w:rPr>
        <w:t>langsung</w:t>
      </w:r>
      <w:proofErr w:type="spellEnd"/>
      <w:r w:rsidR="00D3769E" w:rsidRPr="00AE1560">
        <w:rPr>
          <w:rFonts w:ascii="Times New Roman" w:hAnsi="Times New Roman" w:cs="Times New Roman"/>
          <w:sz w:val="24"/>
          <w:szCs w:val="24"/>
        </w:rPr>
        <w:t xml:space="preserve"> pada </w:t>
      </w:r>
      <w:proofErr w:type="spellStart"/>
      <w:r w:rsidR="00D3769E" w:rsidRPr="00AE1560">
        <w:rPr>
          <w:rFonts w:ascii="Times New Roman" w:hAnsi="Times New Roman" w:cs="Times New Roman"/>
          <w:sz w:val="24"/>
          <w:szCs w:val="24"/>
        </w:rPr>
        <w:t>interaksi</w:t>
      </w:r>
      <w:proofErr w:type="spellEnd"/>
      <w:r w:rsidR="00D3769E" w:rsidRPr="00AE1560">
        <w:rPr>
          <w:rFonts w:ascii="Times New Roman" w:hAnsi="Times New Roman" w:cs="Times New Roman"/>
          <w:sz w:val="24"/>
          <w:szCs w:val="24"/>
        </w:rPr>
        <w:t xml:space="preserve"> </w:t>
      </w:r>
      <w:proofErr w:type="spellStart"/>
      <w:r w:rsidR="00D3769E" w:rsidRPr="00AE1560">
        <w:rPr>
          <w:rFonts w:ascii="Times New Roman" w:hAnsi="Times New Roman" w:cs="Times New Roman"/>
          <w:sz w:val="24"/>
          <w:szCs w:val="24"/>
        </w:rPr>
        <w:t>sehari-hari</w:t>
      </w:r>
      <w:proofErr w:type="spellEnd"/>
      <w:r w:rsidR="00D3769E" w:rsidRPr="00AE1560">
        <w:rPr>
          <w:rFonts w:ascii="Times New Roman" w:hAnsi="Times New Roman" w:cs="Times New Roman"/>
          <w:sz w:val="24"/>
          <w:szCs w:val="24"/>
        </w:rPr>
        <w:t xml:space="preserve"> </w:t>
      </w:r>
      <w:proofErr w:type="spellStart"/>
      <w:r w:rsidR="00D3769E" w:rsidRPr="00AE1560">
        <w:rPr>
          <w:rFonts w:ascii="Times New Roman" w:hAnsi="Times New Roman" w:cs="Times New Roman"/>
          <w:sz w:val="24"/>
          <w:szCs w:val="24"/>
        </w:rPr>
        <w:t>melalui</w:t>
      </w:r>
      <w:proofErr w:type="spellEnd"/>
      <w:r w:rsidR="00D3769E" w:rsidRPr="00AE1560">
        <w:rPr>
          <w:rFonts w:ascii="Times New Roman" w:hAnsi="Times New Roman" w:cs="Times New Roman"/>
          <w:sz w:val="24"/>
          <w:szCs w:val="24"/>
        </w:rPr>
        <w:t xml:space="preserve"> </w:t>
      </w:r>
      <w:proofErr w:type="spellStart"/>
      <w:r w:rsidR="00D3769E" w:rsidRPr="00AE1560">
        <w:rPr>
          <w:rFonts w:ascii="Times New Roman" w:hAnsi="Times New Roman" w:cs="Times New Roman"/>
          <w:sz w:val="24"/>
          <w:szCs w:val="24"/>
        </w:rPr>
        <w:t>gesekan</w:t>
      </w:r>
      <w:proofErr w:type="spellEnd"/>
      <w:r w:rsidR="00D3769E" w:rsidRPr="00AE1560">
        <w:rPr>
          <w:rFonts w:ascii="Times New Roman" w:hAnsi="Times New Roman" w:cs="Times New Roman"/>
          <w:sz w:val="24"/>
          <w:szCs w:val="24"/>
        </w:rPr>
        <w:t xml:space="preserve"> verbal </w:t>
      </w:r>
      <w:proofErr w:type="spellStart"/>
      <w:r w:rsidR="00D3769E" w:rsidRPr="00AE1560">
        <w:rPr>
          <w:rFonts w:ascii="Times New Roman" w:hAnsi="Times New Roman" w:cs="Times New Roman"/>
          <w:sz w:val="24"/>
          <w:szCs w:val="24"/>
        </w:rPr>
        <w:t>maupun</w:t>
      </w:r>
      <w:proofErr w:type="spellEnd"/>
      <w:r w:rsidR="00D3769E" w:rsidRPr="00AE1560">
        <w:rPr>
          <w:rFonts w:ascii="Times New Roman" w:hAnsi="Times New Roman" w:cs="Times New Roman"/>
          <w:sz w:val="24"/>
          <w:szCs w:val="24"/>
        </w:rPr>
        <w:t xml:space="preserve"> </w:t>
      </w:r>
      <w:proofErr w:type="spellStart"/>
      <w:r w:rsidR="00D3769E" w:rsidRPr="00AE1560">
        <w:rPr>
          <w:rFonts w:ascii="Times New Roman" w:hAnsi="Times New Roman" w:cs="Times New Roman"/>
          <w:sz w:val="24"/>
          <w:szCs w:val="24"/>
        </w:rPr>
        <w:t>ketidakselarasan</w:t>
      </w:r>
      <w:proofErr w:type="spellEnd"/>
      <w:r w:rsidR="00D3769E" w:rsidRPr="00AE1560">
        <w:rPr>
          <w:rFonts w:ascii="Times New Roman" w:hAnsi="Times New Roman" w:cs="Times New Roman"/>
          <w:sz w:val="24"/>
          <w:szCs w:val="24"/>
        </w:rPr>
        <w:t xml:space="preserve"> non-verbal.</w:t>
      </w:r>
      <w:r w:rsidR="00D3769E">
        <w:rPr>
          <w:rFonts w:ascii="Times New Roman" w:hAnsi="Times New Roman" w:cs="Times New Roman"/>
          <w:sz w:val="24"/>
          <w:szCs w:val="24"/>
        </w:rPr>
        <w:t xml:space="preserve"> </w:t>
      </w:r>
      <w:r w:rsidRPr="00D11FAA">
        <w:rPr>
          <w:rFonts w:ascii="Times New Roman" w:hAnsi="Times New Roman" w:cs="Times New Roman"/>
          <w:sz w:val="24"/>
          <w:szCs w:val="24"/>
          <w:lang w:val="en-ID"/>
        </w:rPr>
        <w:t xml:space="preserve">Bahasa </w:t>
      </w:r>
      <w:r w:rsidR="00D3769E">
        <w:rPr>
          <w:rFonts w:ascii="Times New Roman" w:hAnsi="Times New Roman" w:cs="Times New Roman"/>
          <w:sz w:val="24"/>
          <w:szCs w:val="24"/>
          <w:lang w:val="en-ID"/>
        </w:rPr>
        <w:t xml:space="preserve">yang </w:t>
      </w:r>
      <w:proofErr w:type="spellStart"/>
      <w:r w:rsidRPr="00D11FAA">
        <w:rPr>
          <w:rFonts w:ascii="Times New Roman" w:hAnsi="Times New Roman" w:cs="Times New Roman"/>
          <w:sz w:val="24"/>
          <w:szCs w:val="24"/>
          <w:lang w:val="en-ID"/>
        </w:rPr>
        <w:t>digunakan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menyampaikan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tetapi</w:t>
      </w:r>
      <w:proofErr w:type="spellEnd"/>
      <w:r w:rsidRPr="00D11FAA">
        <w:rPr>
          <w:rFonts w:ascii="Times New Roman" w:hAnsi="Times New Roman" w:cs="Times New Roman"/>
          <w:sz w:val="24"/>
          <w:szCs w:val="24"/>
          <w:lang w:val="en-ID"/>
        </w:rPr>
        <w:t xml:space="preserve"> juga </w:t>
      </w:r>
      <w:proofErr w:type="spellStart"/>
      <w:r w:rsidRPr="00D11FAA">
        <w:rPr>
          <w:rFonts w:ascii="Times New Roman" w:hAnsi="Times New Roman" w:cs="Times New Roman"/>
          <w:sz w:val="24"/>
          <w:szCs w:val="24"/>
          <w:lang w:val="en-ID"/>
        </w:rPr>
        <w:t>untuk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rasa </w:t>
      </w:r>
      <w:proofErr w:type="spellStart"/>
      <w:r w:rsidRPr="00D11FAA">
        <w:rPr>
          <w:rFonts w:ascii="Times New Roman" w:hAnsi="Times New Roman" w:cs="Times New Roman"/>
          <w:sz w:val="24"/>
          <w:szCs w:val="24"/>
          <w:lang w:val="en-ID"/>
        </w:rPr>
        <w:t>hormat</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memberikan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sesuai</w:t>
      </w:r>
      <w:proofErr w:type="spellEnd"/>
      <w:r w:rsidRPr="00D11FAA">
        <w:rPr>
          <w:rFonts w:ascii="Times New Roman" w:hAnsi="Times New Roman" w:cs="Times New Roman"/>
          <w:sz w:val="24"/>
          <w:szCs w:val="24"/>
          <w:lang w:val="en-ID"/>
        </w:rPr>
        <w:t>.</w:t>
      </w:r>
    </w:p>
    <w:p w14:paraId="094416F7" w14:textId="77777777" w:rsidR="007D5590" w:rsidRPr="00D11FAA" w:rsidRDefault="007D5590" w:rsidP="001C3292">
      <w:pPr>
        <w:spacing w:after="0" w:line="360" w:lineRule="auto"/>
        <w:ind w:left="284" w:firstLine="709"/>
        <w:jc w:val="both"/>
        <w:rPr>
          <w:rFonts w:ascii="Times New Roman" w:hAnsi="Times New Roman" w:cs="Times New Roman"/>
          <w:sz w:val="24"/>
          <w:szCs w:val="24"/>
          <w:lang w:val="en-ID"/>
        </w:rPr>
      </w:pPr>
      <w:r w:rsidRPr="00D11FAA">
        <w:rPr>
          <w:rFonts w:ascii="Times New Roman" w:hAnsi="Times New Roman" w:cs="Times New Roman"/>
          <w:sz w:val="24"/>
          <w:szCs w:val="24"/>
          <w:lang w:val="en-ID"/>
        </w:rPr>
        <w:t xml:space="preserve">Pada </w:t>
      </w:r>
      <w:proofErr w:type="spellStart"/>
      <w:r w:rsidRPr="00D11FAA">
        <w:rPr>
          <w:rFonts w:ascii="Times New Roman" w:hAnsi="Times New Roman" w:cs="Times New Roman"/>
          <w:sz w:val="24"/>
          <w:szCs w:val="24"/>
          <w:lang w:val="en-ID"/>
        </w:rPr>
        <w:t>aspek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menghadapi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tuntutan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cepat</w:t>
      </w:r>
      <w:proofErr w:type="spellEnd"/>
      <w:r w:rsidRPr="00D11FAA">
        <w:rPr>
          <w:rFonts w:ascii="Times New Roman" w:hAnsi="Times New Roman" w:cs="Times New Roman"/>
          <w:sz w:val="24"/>
          <w:szCs w:val="24"/>
          <w:lang w:val="en-ID"/>
        </w:rPr>
        <w:t xml:space="preserve"> dan detail, </w:t>
      </w:r>
      <w:proofErr w:type="spellStart"/>
      <w:r w:rsidRPr="00D11FAA">
        <w:rPr>
          <w:rFonts w:ascii="Times New Roman" w:hAnsi="Times New Roman" w:cs="Times New Roman"/>
          <w:sz w:val="24"/>
          <w:szCs w:val="24"/>
          <w:lang w:val="en-ID"/>
        </w:rPr>
        <w:t>disiplin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terhadap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waktu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serta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memberikan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memperhatikan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kebutuhan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tamu</w:t>
      </w:r>
      <w:proofErr w:type="spellEnd"/>
      <w:r w:rsidRPr="00D11FAA">
        <w:rPr>
          <w:rFonts w:ascii="Times New Roman" w:hAnsi="Times New Roman" w:cs="Times New Roman"/>
          <w:sz w:val="24"/>
          <w:szCs w:val="24"/>
          <w:lang w:val="en-ID"/>
        </w:rPr>
        <w:t xml:space="preserve">. </w:t>
      </w:r>
      <w:proofErr w:type="spellStart"/>
      <w:r w:rsidR="00D3769E">
        <w:rPr>
          <w:rFonts w:ascii="Times New Roman" w:hAnsi="Times New Roman" w:cs="Times New Roman"/>
          <w:sz w:val="24"/>
          <w:szCs w:val="24"/>
          <w:lang w:val="en-ID"/>
        </w:rPr>
        <w:t>Menurut</w:t>
      </w:r>
      <w:proofErr w:type="spellEnd"/>
      <w:r w:rsidR="00D3769E">
        <w:rPr>
          <w:rFonts w:ascii="Times New Roman" w:hAnsi="Times New Roman" w:cs="Times New Roman"/>
          <w:sz w:val="24"/>
          <w:szCs w:val="24"/>
          <w:lang w:val="en-ID"/>
        </w:rPr>
        <w:t xml:space="preserve"> </w:t>
      </w:r>
      <w:r w:rsidR="00D3769E" w:rsidRPr="00D4006E">
        <w:rPr>
          <w:rFonts w:ascii="Times New Roman" w:hAnsi="Times New Roman" w:cs="Times New Roman"/>
          <w:color w:val="000000" w:themeColor="text1"/>
          <w:sz w:val="24"/>
          <w:szCs w:val="24"/>
        </w:rPr>
        <w:t xml:space="preserve">Sugimoto (2021) </w:t>
      </w:r>
      <w:proofErr w:type="spellStart"/>
      <w:r w:rsidR="00D3769E" w:rsidRPr="00D4006E">
        <w:rPr>
          <w:rFonts w:ascii="Times New Roman" w:hAnsi="Times New Roman" w:cs="Times New Roman"/>
          <w:color w:val="000000" w:themeColor="text1"/>
          <w:sz w:val="24"/>
          <w:szCs w:val="24"/>
        </w:rPr>
        <w:t>menjelaskan</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bahwa</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budaya</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perusahaan</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Jepang</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secara</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struktural</w:t>
      </w:r>
      <w:proofErr w:type="spellEnd"/>
      <w:r w:rsidR="00D3769E" w:rsidRPr="00D4006E">
        <w:rPr>
          <w:rFonts w:ascii="Times New Roman" w:hAnsi="Times New Roman" w:cs="Times New Roman"/>
          <w:color w:val="000000" w:themeColor="text1"/>
          <w:sz w:val="24"/>
          <w:szCs w:val="24"/>
        </w:rPr>
        <w:t xml:space="preserve"> </w:t>
      </w:r>
      <w:proofErr w:type="spellStart"/>
      <w:r w:rsidR="00D3769E" w:rsidRPr="00D4006E">
        <w:rPr>
          <w:rFonts w:ascii="Times New Roman" w:hAnsi="Times New Roman" w:cs="Times New Roman"/>
          <w:color w:val="000000" w:themeColor="text1"/>
          <w:sz w:val="24"/>
          <w:szCs w:val="24"/>
        </w:rPr>
        <w:t>didefinisikan</w:t>
      </w:r>
      <w:proofErr w:type="spellEnd"/>
      <w:r w:rsidR="00D3769E" w:rsidRPr="00D4006E">
        <w:rPr>
          <w:rFonts w:ascii="Times New Roman" w:hAnsi="Times New Roman" w:cs="Times New Roman"/>
          <w:color w:val="000000" w:themeColor="text1"/>
          <w:sz w:val="24"/>
          <w:szCs w:val="24"/>
        </w:rPr>
        <w:t xml:space="preserve"> </w:t>
      </w:r>
      <w:r w:rsidR="00D3769E" w:rsidRPr="00AE1560">
        <w:rPr>
          <w:rFonts w:ascii="Times New Roman" w:hAnsi="Times New Roman" w:cs="Times New Roman"/>
          <w:sz w:val="24"/>
          <w:szCs w:val="24"/>
        </w:rPr>
        <w:t xml:space="preserve">oleh </w:t>
      </w:r>
      <w:proofErr w:type="spellStart"/>
      <w:r w:rsidR="00D3769E" w:rsidRPr="00AE1560">
        <w:rPr>
          <w:rFonts w:ascii="Times New Roman" w:hAnsi="Times New Roman" w:cs="Times New Roman"/>
          <w:sz w:val="24"/>
          <w:szCs w:val="24"/>
        </w:rPr>
        <w:t>perpaduan</w:t>
      </w:r>
      <w:proofErr w:type="spellEnd"/>
      <w:r w:rsidR="00D3769E" w:rsidRPr="00AE1560">
        <w:rPr>
          <w:rFonts w:ascii="Times New Roman" w:hAnsi="Times New Roman" w:cs="Times New Roman"/>
          <w:sz w:val="24"/>
          <w:szCs w:val="24"/>
        </w:rPr>
        <w:t xml:space="preserve"> </w:t>
      </w:r>
      <w:proofErr w:type="spellStart"/>
      <w:r w:rsidR="00D3769E" w:rsidRPr="00AE1560">
        <w:rPr>
          <w:rFonts w:ascii="Times New Roman" w:hAnsi="Times New Roman" w:cs="Times New Roman"/>
          <w:sz w:val="24"/>
          <w:szCs w:val="24"/>
        </w:rPr>
        <w:t>nilai-nilai</w:t>
      </w:r>
      <w:proofErr w:type="spellEnd"/>
      <w:r w:rsidR="00D3769E" w:rsidRPr="00AE1560">
        <w:rPr>
          <w:rFonts w:ascii="Times New Roman" w:hAnsi="Times New Roman" w:cs="Times New Roman"/>
          <w:sz w:val="24"/>
          <w:szCs w:val="24"/>
        </w:rPr>
        <w:t xml:space="preserve"> </w:t>
      </w:r>
      <w:proofErr w:type="spellStart"/>
      <w:r w:rsidR="00D3769E" w:rsidRPr="00AE1560">
        <w:rPr>
          <w:rFonts w:ascii="Times New Roman" w:hAnsi="Times New Roman" w:cs="Times New Roman"/>
          <w:sz w:val="24"/>
          <w:szCs w:val="24"/>
        </w:rPr>
        <w:t>tradisional</w:t>
      </w:r>
      <w:proofErr w:type="spellEnd"/>
      <w:r w:rsidR="00D3769E" w:rsidRPr="00AE1560">
        <w:rPr>
          <w:rFonts w:ascii="Times New Roman" w:hAnsi="Times New Roman" w:cs="Times New Roman"/>
          <w:sz w:val="24"/>
          <w:szCs w:val="24"/>
        </w:rPr>
        <w:t xml:space="preserve"> </w:t>
      </w:r>
      <w:proofErr w:type="spellStart"/>
      <w:r w:rsidR="00D3769E" w:rsidRPr="00AE1560">
        <w:rPr>
          <w:rFonts w:ascii="Times New Roman" w:hAnsi="Times New Roman" w:cs="Times New Roman"/>
          <w:sz w:val="24"/>
          <w:szCs w:val="24"/>
        </w:rPr>
        <w:t>seperti</w:t>
      </w:r>
      <w:proofErr w:type="spellEnd"/>
      <w:r w:rsidR="00D3769E" w:rsidRPr="00AE1560">
        <w:rPr>
          <w:rFonts w:ascii="Times New Roman" w:hAnsi="Times New Roman" w:cs="Times New Roman"/>
          <w:sz w:val="24"/>
          <w:szCs w:val="24"/>
        </w:rPr>
        <w:t xml:space="preserve"> </w:t>
      </w:r>
      <w:proofErr w:type="spellStart"/>
      <w:r w:rsidR="00D3769E" w:rsidRPr="00AE1560">
        <w:rPr>
          <w:rFonts w:ascii="Times New Roman" w:hAnsi="Times New Roman" w:cs="Times New Roman"/>
          <w:sz w:val="24"/>
          <w:szCs w:val="24"/>
        </w:rPr>
        <w:t>harmoni</w:t>
      </w:r>
      <w:proofErr w:type="spellEnd"/>
      <w:r w:rsidR="00D3769E" w:rsidRPr="00AE1560">
        <w:rPr>
          <w:rFonts w:ascii="Times New Roman" w:hAnsi="Times New Roman" w:cs="Times New Roman"/>
          <w:sz w:val="24"/>
          <w:szCs w:val="24"/>
        </w:rPr>
        <w:t xml:space="preserve"> </w:t>
      </w:r>
      <w:proofErr w:type="spellStart"/>
      <w:r w:rsidR="00D3769E" w:rsidRPr="00AE1560">
        <w:rPr>
          <w:rFonts w:ascii="Times New Roman" w:hAnsi="Times New Roman" w:cs="Times New Roman"/>
          <w:sz w:val="24"/>
          <w:szCs w:val="24"/>
        </w:rPr>
        <w:t>kelompok</w:t>
      </w:r>
      <w:proofErr w:type="spellEnd"/>
      <w:r w:rsidR="00D3769E" w:rsidRPr="00AE1560">
        <w:rPr>
          <w:rFonts w:ascii="Times New Roman" w:hAnsi="Times New Roman" w:cs="Times New Roman"/>
          <w:sz w:val="24"/>
          <w:szCs w:val="24"/>
        </w:rPr>
        <w:t xml:space="preserve">, </w:t>
      </w:r>
      <w:proofErr w:type="spellStart"/>
      <w:r w:rsidR="00D3769E" w:rsidRPr="00AE1560">
        <w:rPr>
          <w:rFonts w:ascii="Times New Roman" w:hAnsi="Times New Roman" w:cs="Times New Roman"/>
          <w:sz w:val="24"/>
          <w:szCs w:val="24"/>
        </w:rPr>
        <w:t>loyalitas</w:t>
      </w:r>
      <w:proofErr w:type="spellEnd"/>
      <w:r w:rsidR="00D3769E" w:rsidRPr="00AE1560">
        <w:rPr>
          <w:rFonts w:ascii="Times New Roman" w:hAnsi="Times New Roman" w:cs="Times New Roman"/>
          <w:sz w:val="24"/>
          <w:szCs w:val="24"/>
        </w:rPr>
        <w:t xml:space="preserve"> </w:t>
      </w:r>
      <w:proofErr w:type="spellStart"/>
      <w:r w:rsidR="00D3769E" w:rsidRPr="00AE1560">
        <w:rPr>
          <w:rFonts w:ascii="Times New Roman" w:hAnsi="Times New Roman" w:cs="Times New Roman"/>
          <w:sz w:val="24"/>
          <w:szCs w:val="24"/>
        </w:rPr>
        <w:t>institusional</w:t>
      </w:r>
      <w:proofErr w:type="spellEnd"/>
      <w:r w:rsidR="00D3769E" w:rsidRPr="00AE1560">
        <w:rPr>
          <w:rFonts w:ascii="Times New Roman" w:hAnsi="Times New Roman" w:cs="Times New Roman"/>
          <w:sz w:val="24"/>
          <w:szCs w:val="24"/>
        </w:rPr>
        <w:t xml:space="preserve">, dan </w:t>
      </w:r>
      <w:proofErr w:type="spellStart"/>
      <w:r w:rsidR="00D3769E" w:rsidRPr="00AE1560">
        <w:rPr>
          <w:rFonts w:ascii="Times New Roman" w:hAnsi="Times New Roman" w:cs="Times New Roman"/>
          <w:sz w:val="24"/>
          <w:szCs w:val="24"/>
        </w:rPr>
        <w:t>pembagian</w:t>
      </w:r>
      <w:proofErr w:type="spellEnd"/>
      <w:r w:rsidR="00D3769E" w:rsidRPr="00AE1560">
        <w:rPr>
          <w:rFonts w:ascii="Times New Roman" w:hAnsi="Times New Roman" w:cs="Times New Roman"/>
          <w:sz w:val="24"/>
          <w:szCs w:val="24"/>
        </w:rPr>
        <w:t xml:space="preserve"> </w:t>
      </w:r>
      <w:proofErr w:type="spellStart"/>
      <w:r w:rsidR="00D3769E" w:rsidRPr="00AE1560">
        <w:rPr>
          <w:rFonts w:ascii="Times New Roman" w:hAnsi="Times New Roman" w:cs="Times New Roman"/>
          <w:sz w:val="24"/>
          <w:szCs w:val="24"/>
        </w:rPr>
        <w:t>hierarki</w:t>
      </w:r>
      <w:proofErr w:type="spellEnd"/>
      <w:r w:rsidR="00D3769E" w:rsidRPr="00AE1560">
        <w:rPr>
          <w:rFonts w:ascii="Times New Roman" w:hAnsi="Times New Roman" w:cs="Times New Roman"/>
          <w:sz w:val="24"/>
          <w:szCs w:val="24"/>
        </w:rPr>
        <w:t xml:space="preserve"> yang </w:t>
      </w:r>
      <w:proofErr w:type="spellStart"/>
      <w:r w:rsidR="00D3769E" w:rsidRPr="00AE1560">
        <w:rPr>
          <w:rFonts w:ascii="Times New Roman" w:hAnsi="Times New Roman" w:cs="Times New Roman"/>
          <w:sz w:val="24"/>
          <w:szCs w:val="24"/>
        </w:rPr>
        <w:t>jelas</w:t>
      </w:r>
      <w:proofErr w:type="spellEnd"/>
      <w:r w:rsidR="00D3769E" w:rsidRPr="00AE1560">
        <w:rPr>
          <w:rFonts w:ascii="Times New Roman" w:hAnsi="Times New Roman" w:cs="Times New Roman"/>
          <w:sz w:val="24"/>
          <w:szCs w:val="24"/>
        </w:rPr>
        <w:t>.</w:t>
      </w:r>
    </w:p>
    <w:p w14:paraId="1431A9BF" w14:textId="77777777" w:rsidR="007D5590" w:rsidRPr="00D11FAA" w:rsidRDefault="007D5590" w:rsidP="001C3292">
      <w:pPr>
        <w:spacing w:after="0" w:line="360" w:lineRule="auto"/>
        <w:ind w:left="28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Kondisi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tenaga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asing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cukup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dilakukan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melalui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peningkatan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Mereka</w:t>
      </w:r>
      <w:proofErr w:type="spellEnd"/>
      <w:r w:rsidRPr="00D11FAA">
        <w:rPr>
          <w:rFonts w:ascii="Times New Roman" w:hAnsi="Times New Roman" w:cs="Times New Roman"/>
          <w:sz w:val="24"/>
          <w:szCs w:val="24"/>
          <w:lang w:val="en-ID"/>
        </w:rPr>
        <w:t xml:space="preserve"> juga </w:t>
      </w:r>
      <w:proofErr w:type="spellStart"/>
      <w:r w:rsidRPr="00D11FAA">
        <w:rPr>
          <w:rFonts w:ascii="Times New Roman" w:hAnsi="Times New Roman" w:cs="Times New Roman"/>
          <w:sz w:val="24"/>
          <w:szCs w:val="24"/>
          <w:lang w:val="en-ID"/>
        </w:rPr>
        <w:t>perlu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menyesuaikan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kebiasaan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sikap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profesional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standar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tempat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mereka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bekerja</w:t>
      </w:r>
      <w:proofErr w:type="spellEnd"/>
      <w:r w:rsidRPr="00D11FAA">
        <w:rPr>
          <w:rFonts w:ascii="Times New Roman" w:hAnsi="Times New Roman" w:cs="Times New Roman"/>
          <w:sz w:val="24"/>
          <w:szCs w:val="24"/>
          <w:lang w:val="en-ID"/>
        </w:rPr>
        <w:t>.</w:t>
      </w:r>
    </w:p>
    <w:p w14:paraId="5049B7B6" w14:textId="77777777" w:rsidR="007D5590" w:rsidRPr="00D11FAA" w:rsidRDefault="007D5590" w:rsidP="001C3292">
      <w:pPr>
        <w:spacing w:after="0" w:line="360" w:lineRule="auto"/>
        <w:ind w:left="28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Menariknya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hasil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penelitian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menunjukkan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menerima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pasif</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Mereka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mengembangkan</w:t>
      </w:r>
      <w:proofErr w:type="spellEnd"/>
      <w:r w:rsidRPr="00D11FAA">
        <w:rPr>
          <w:rFonts w:ascii="Times New Roman" w:hAnsi="Times New Roman" w:cs="Times New Roman"/>
          <w:sz w:val="24"/>
          <w:szCs w:val="24"/>
          <w:lang w:val="en-ID"/>
        </w:rPr>
        <w:t xml:space="preserve"> strategi </w:t>
      </w: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meningkatkan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interaksi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sosial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berani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mencatat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kosakata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baru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melakukan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klarifikasi</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menyesuaikan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sikap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profesional</w:t>
      </w:r>
      <w:proofErr w:type="spellEnd"/>
      <w:r w:rsidRPr="00D11FAA">
        <w:rPr>
          <w:rFonts w:ascii="Times New Roman" w:hAnsi="Times New Roman" w:cs="Times New Roman"/>
          <w:sz w:val="24"/>
          <w:szCs w:val="24"/>
          <w:lang w:val="en-ID"/>
        </w:rPr>
        <w:t xml:space="preserve">. </w:t>
      </w:r>
    </w:p>
    <w:p w14:paraId="3719AB37" w14:textId="77777777" w:rsidR="007D5590" w:rsidRPr="00D11FAA" w:rsidRDefault="007D5590" w:rsidP="001C3292">
      <w:pPr>
        <w:spacing w:after="0" w:line="360" w:lineRule="auto"/>
        <w:ind w:left="28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demikian</w:t>
      </w:r>
      <w:proofErr w:type="spellEnd"/>
      <w:r w:rsidRPr="00D11FAA">
        <w:rPr>
          <w:rFonts w:ascii="Times New Roman" w:hAnsi="Times New Roman" w:cs="Times New Roman"/>
          <w:sz w:val="24"/>
          <w:szCs w:val="24"/>
          <w:lang w:val="en-ID"/>
        </w:rPr>
        <w:t xml:space="preserve">, strategi </w:t>
      </w: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dapat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dipahami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sebagai</w:t>
      </w:r>
      <w:proofErr w:type="spellEnd"/>
      <w:r w:rsidRPr="00D11FAA">
        <w:rPr>
          <w:rFonts w:ascii="Times New Roman" w:hAnsi="Times New Roman" w:cs="Times New Roman"/>
          <w:sz w:val="24"/>
          <w:szCs w:val="24"/>
          <w:lang w:val="en-ID"/>
        </w:rPr>
        <w:t xml:space="preserve"> proses </w:t>
      </w:r>
      <w:proofErr w:type="spellStart"/>
      <w:r w:rsidRPr="00D11FAA">
        <w:rPr>
          <w:rFonts w:ascii="Times New Roman" w:hAnsi="Times New Roman" w:cs="Times New Roman"/>
          <w:sz w:val="24"/>
          <w:szCs w:val="24"/>
          <w:lang w:val="en-ID"/>
        </w:rPr>
        <w:t>aktif</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menjembatani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perbedaan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antara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kebiasaan</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dimiliki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tuntutan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lingkungan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w:t>
      </w:r>
    </w:p>
    <w:p w14:paraId="6ECA3E9C" w14:textId="77777777" w:rsidR="007D5590" w:rsidRPr="00D11FAA" w:rsidRDefault="007D5590" w:rsidP="001C3292">
      <w:pPr>
        <w:spacing w:after="0" w:line="360" w:lineRule="auto"/>
        <w:ind w:left="28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Penerapan</w:t>
      </w:r>
      <w:proofErr w:type="spellEnd"/>
      <w:r w:rsidRPr="00D11FAA">
        <w:rPr>
          <w:rFonts w:ascii="Times New Roman" w:hAnsi="Times New Roman" w:cs="Times New Roman"/>
          <w:sz w:val="24"/>
          <w:szCs w:val="24"/>
          <w:lang w:val="en-ID"/>
        </w:rPr>
        <w:t xml:space="preserve"> model </w:t>
      </w:r>
      <w:proofErr w:type="spellStart"/>
      <w:r w:rsidRPr="00D11FAA">
        <w:rPr>
          <w:rFonts w:ascii="Times New Roman" w:hAnsi="Times New Roman" w:cs="Times New Roman"/>
          <w:sz w:val="24"/>
          <w:szCs w:val="24"/>
          <w:lang w:val="en-ID"/>
        </w:rPr>
        <w:t>analisis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interaktif</w:t>
      </w:r>
      <w:proofErr w:type="spellEnd"/>
      <w:r w:rsidRPr="00D11FAA">
        <w:rPr>
          <w:rFonts w:ascii="Times New Roman" w:hAnsi="Times New Roman" w:cs="Times New Roman"/>
          <w:sz w:val="24"/>
          <w:szCs w:val="24"/>
          <w:lang w:val="en-ID"/>
        </w:rPr>
        <w:t xml:space="preserve"> Miles</w:t>
      </w:r>
      <w:r>
        <w:rPr>
          <w:rFonts w:ascii="Times New Roman" w:hAnsi="Times New Roman" w:cs="Times New Roman"/>
          <w:sz w:val="24"/>
          <w:szCs w:val="24"/>
          <w:lang w:val="en-ID"/>
        </w:rPr>
        <w:t xml:space="preserve">, </w:t>
      </w:r>
      <w:r w:rsidRPr="00D11FAA">
        <w:rPr>
          <w:rFonts w:ascii="Times New Roman" w:hAnsi="Times New Roman" w:cs="Times New Roman"/>
          <w:sz w:val="24"/>
          <w:szCs w:val="24"/>
          <w:lang w:val="en-ID"/>
        </w:rPr>
        <w:t>Huberman</w:t>
      </w:r>
      <w:r>
        <w:rPr>
          <w:rFonts w:ascii="Times New Roman" w:hAnsi="Times New Roman" w:cs="Times New Roman"/>
          <w:sz w:val="24"/>
          <w:szCs w:val="24"/>
          <w:lang w:val="en-ID"/>
        </w:rPr>
        <w:t>, dan Saldana (2013)</w:t>
      </w:r>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membantu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memperlihatkan</w:t>
      </w:r>
      <w:proofErr w:type="spellEnd"/>
      <w:r w:rsidRPr="00D11FAA">
        <w:rPr>
          <w:rFonts w:ascii="Times New Roman" w:hAnsi="Times New Roman" w:cs="Times New Roman"/>
          <w:sz w:val="24"/>
          <w:szCs w:val="24"/>
          <w:lang w:val="en-ID"/>
        </w:rPr>
        <w:t xml:space="preserve"> proses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lebih</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sistematis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Kondensasi</w:t>
      </w:r>
      <w:proofErr w:type="spellEnd"/>
      <w:r w:rsidRPr="00D11FAA">
        <w:rPr>
          <w:rFonts w:ascii="Times New Roman" w:hAnsi="Times New Roman" w:cs="Times New Roman"/>
          <w:sz w:val="24"/>
          <w:szCs w:val="24"/>
          <w:lang w:val="en-ID"/>
        </w:rPr>
        <w:t xml:space="preserve"> data </w:t>
      </w:r>
      <w:proofErr w:type="spellStart"/>
      <w:r w:rsidRPr="00D11FAA">
        <w:rPr>
          <w:rFonts w:ascii="Times New Roman" w:hAnsi="Times New Roman" w:cs="Times New Roman"/>
          <w:sz w:val="24"/>
          <w:szCs w:val="24"/>
          <w:lang w:val="en-ID"/>
        </w:rPr>
        <w:t>memungkinkan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peneliti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menemukan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dari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jawaban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penyajian</w:t>
      </w:r>
      <w:proofErr w:type="spellEnd"/>
      <w:r w:rsidRPr="00D11FAA">
        <w:rPr>
          <w:rFonts w:ascii="Times New Roman" w:hAnsi="Times New Roman" w:cs="Times New Roman"/>
          <w:sz w:val="24"/>
          <w:szCs w:val="24"/>
          <w:lang w:val="en-ID"/>
        </w:rPr>
        <w:t xml:space="preserve"> data </w:t>
      </w:r>
      <w:proofErr w:type="spellStart"/>
      <w:r w:rsidRPr="00D11FAA">
        <w:rPr>
          <w:rFonts w:ascii="Times New Roman" w:hAnsi="Times New Roman" w:cs="Times New Roman"/>
          <w:sz w:val="24"/>
          <w:szCs w:val="24"/>
          <w:lang w:val="en-ID"/>
        </w:rPr>
        <w:t>memperlihatkan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pola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pengalaman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melalui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kutipan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uraian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tematik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sedangkan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penarikan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kesimpulan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verifikasi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digunakan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memastikan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interpretasi</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dibuat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benar-benar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didukung</w:t>
      </w:r>
      <w:proofErr w:type="spellEnd"/>
      <w:r w:rsidRPr="00D11FAA">
        <w:rPr>
          <w:rFonts w:ascii="Times New Roman" w:hAnsi="Times New Roman" w:cs="Times New Roman"/>
          <w:sz w:val="24"/>
          <w:szCs w:val="24"/>
          <w:lang w:val="en-ID"/>
        </w:rPr>
        <w:t xml:space="preserve"> oleh data.</w:t>
      </w:r>
    </w:p>
    <w:p w14:paraId="5FD0DA82" w14:textId="77777777" w:rsidR="007D5590" w:rsidRPr="00D11FAA" w:rsidRDefault="007D5590" w:rsidP="001C3292">
      <w:pPr>
        <w:spacing w:after="0" w:line="360" w:lineRule="auto"/>
        <w:ind w:left="28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Berdasarkan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hasil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dapat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dipahami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proses </w:t>
      </w: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berlangsung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bertahap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Tantangan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menjadi</w:t>
      </w:r>
      <w:proofErr w:type="spellEnd"/>
      <w:r w:rsidRPr="00D11FAA">
        <w:rPr>
          <w:rFonts w:ascii="Times New Roman" w:hAnsi="Times New Roman" w:cs="Times New Roman"/>
          <w:sz w:val="24"/>
          <w:szCs w:val="24"/>
          <w:lang w:val="en-ID"/>
        </w:rPr>
        <w:t xml:space="preserve"> salah </w:t>
      </w:r>
      <w:proofErr w:type="spellStart"/>
      <w:r w:rsidRPr="00D11FAA">
        <w:rPr>
          <w:rFonts w:ascii="Times New Roman" w:hAnsi="Times New Roman" w:cs="Times New Roman"/>
          <w:sz w:val="24"/>
          <w:szCs w:val="24"/>
          <w:lang w:val="en-ID"/>
        </w:rPr>
        <w:t>satu</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pengalaman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awal</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kemudian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berkaitan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tuntutan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Kedua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hal</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tersebut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selanjutnya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mendorong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mengembangkan</w:t>
      </w:r>
      <w:proofErr w:type="spellEnd"/>
      <w:r w:rsidRPr="00D11FAA">
        <w:rPr>
          <w:rFonts w:ascii="Times New Roman" w:hAnsi="Times New Roman" w:cs="Times New Roman"/>
          <w:sz w:val="24"/>
          <w:szCs w:val="24"/>
          <w:lang w:val="en-ID"/>
        </w:rPr>
        <w:t xml:space="preserve"> strategi </w:t>
      </w: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w:t>
      </w:r>
    </w:p>
    <w:p w14:paraId="6A5BA689" w14:textId="77777777" w:rsidR="007D5590" w:rsidRPr="00D11FAA" w:rsidRDefault="007D5590" w:rsidP="001C3292">
      <w:pPr>
        <w:spacing w:after="0" w:line="360" w:lineRule="auto"/>
        <w:ind w:left="284" w:firstLine="709"/>
        <w:jc w:val="both"/>
        <w:rPr>
          <w:rFonts w:ascii="Times New Roman" w:hAnsi="Times New Roman" w:cs="Times New Roman"/>
          <w:sz w:val="24"/>
          <w:szCs w:val="24"/>
          <w:lang w:val="en-ID"/>
        </w:rPr>
      </w:pPr>
      <w:proofErr w:type="spellStart"/>
      <w:r w:rsidRPr="00D11FAA">
        <w:rPr>
          <w:rFonts w:ascii="Times New Roman" w:hAnsi="Times New Roman" w:cs="Times New Roman"/>
          <w:sz w:val="24"/>
          <w:szCs w:val="24"/>
          <w:lang w:val="en-ID"/>
        </w:rPr>
        <w:t>Dengan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demikian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temuan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penelitian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dapat</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dirumuskan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bahwa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semakin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kompleks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tuntutan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etika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kerja</w:t>
      </w:r>
      <w:proofErr w:type="spellEnd"/>
      <w:r w:rsidRPr="00D11FAA">
        <w:rPr>
          <w:rFonts w:ascii="Times New Roman" w:hAnsi="Times New Roman" w:cs="Times New Roman"/>
          <w:sz w:val="24"/>
          <w:szCs w:val="24"/>
          <w:lang w:val="en-ID"/>
        </w:rPr>
        <w:t xml:space="preserve"> yang </w:t>
      </w:r>
      <w:proofErr w:type="spellStart"/>
      <w:r w:rsidRPr="00D11FAA">
        <w:rPr>
          <w:rFonts w:ascii="Times New Roman" w:hAnsi="Times New Roman" w:cs="Times New Roman"/>
          <w:sz w:val="24"/>
          <w:szCs w:val="24"/>
          <w:lang w:val="en-ID"/>
        </w:rPr>
        <w:t>dihadapi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semakin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penting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informan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untuk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melakukan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pembelajaran</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penyesuaian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secara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aktif</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Adaptasi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tidak</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hanya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berupa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berbicara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bahasa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Jepang</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tetapi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mencakup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kemampuan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memahami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konteks</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komunikasi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menerima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arahan</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meminta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klarifikasi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menjaga</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sikap</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profesional</w:t>
      </w:r>
      <w:proofErr w:type="spellEnd"/>
      <w:r w:rsidRPr="00D11FAA">
        <w:rPr>
          <w:rFonts w:ascii="Times New Roman" w:hAnsi="Times New Roman" w:cs="Times New Roman"/>
          <w:sz w:val="24"/>
          <w:szCs w:val="24"/>
          <w:lang w:val="en-ID"/>
        </w:rPr>
        <w:t xml:space="preserve">, dan </w:t>
      </w:r>
      <w:proofErr w:type="spellStart"/>
      <w:r w:rsidRPr="00D11FAA">
        <w:rPr>
          <w:rFonts w:ascii="Times New Roman" w:hAnsi="Times New Roman" w:cs="Times New Roman"/>
          <w:sz w:val="24"/>
          <w:szCs w:val="24"/>
          <w:lang w:val="en-ID"/>
        </w:rPr>
        <w:t>mengikuti</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standar</w:t>
      </w:r>
      <w:proofErr w:type="spellEnd"/>
      <w:r w:rsidRPr="00D11FAA">
        <w:rPr>
          <w:rFonts w:ascii="Times New Roman" w:hAnsi="Times New Roman" w:cs="Times New Roman"/>
          <w:sz w:val="24"/>
          <w:szCs w:val="24"/>
          <w:lang w:val="en-ID"/>
        </w:rPr>
        <w:t xml:space="preserve"> </w:t>
      </w:r>
      <w:proofErr w:type="spellStart"/>
      <w:r w:rsidRPr="00D11FAA">
        <w:rPr>
          <w:rFonts w:ascii="Times New Roman" w:hAnsi="Times New Roman" w:cs="Times New Roman"/>
          <w:sz w:val="24"/>
          <w:szCs w:val="24"/>
          <w:lang w:val="en-ID"/>
        </w:rPr>
        <w:t>pelayanan</w:t>
      </w:r>
      <w:proofErr w:type="spellEnd"/>
      <w:r w:rsidRPr="00D11FAA">
        <w:rPr>
          <w:rFonts w:ascii="Times New Roman" w:hAnsi="Times New Roman" w:cs="Times New Roman"/>
          <w:sz w:val="24"/>
          <w:szCs w:val="24"/>
          <w:lang w:val="en-ID"/>
        </w:rPr>
        <w:t>.</w:t>
      </w:r>
    </w:p>
    <w:p w14:paraId="5910B288" w14:textId="77777777" w:rsidR="009D161B" w:rsidRPr="007D5590" w:rsidRDefault="009D161B" w:rsidP="007D5590">
      <w:pPr>
        <w:spacing w:before="240" w:after="0" w:line="360" w:lineRule="auto"/>
        <w:jc w:val="both"/>
        <w:rPr>
          <w:rFonts w:ascii="Times New Roman" w:hAnsi="Times New Roman" w:cs="Times New Roman"/>
          <w:sz w:val="24"/>
          <w:szCs w:val="24"/>
          <w:lang w:val="en-ID"/>
        </w:rPr>
      </w:pPr>
      <w:r>
        <w:br w:type="page"/>
      </w:r>
    </w:p>
    <w:p w14:paraId="709DE04C" w14:textId="77777777" w:rsidR="002A1843" w:rsidRDefault="00156FA5" w:rsidP="009D161B">
      <w:pPr>
        <w:pStyle w:val="Heading1"/>
        <w:spacing w:before="0" w:line="360" w:lineRule="auto"/>
        <w:jc w:val="center"/>
        <w:rPr>
          <w:rFonts w:ascii="Times New Roman" w:hAnsi="Times New Roman" w:cs="Times New Roman"/>
          <w:color w:val="auto"/>
          <w:sz w:val="24"/>
          <w:szCs w:val="24"/>
        </w:rPr>
      </w:pPr>
      <w:bookmarkStart w:id="63" w:name="_Toc235679985"/>
      <w:bookmarkStart w:id="64" w:name="_Toc236409638"/>
      <w:bookmarkStart w:id="65" w:name="_Toc238410204"/>
      <w:bookmarkStart w:id="66" w:name="_Toc238448324"/>
      <w:r w:rsidRPr="009D161B">
        <w:rPr>
          <w:rFonts w:ascii="Times New Roman" w:hAnsi="Times New Roman" w:cs="Times New Roman"/>
          <w:color w:val="auto"/>
          <w:sz w:val="24"/>
          <w:szCs w:val="24"/>
        </w:rPr>
        <w:t>BAB V</w:t>
      </w:r>
      <w:bookmarkEnd w:id="63"/>
      <w:bookmarkEnd w:id="64"/>
      <w:bookmarkEnd w:id="65"/>
      <w:bookmarkEnd w:id="66"/>
      <w:r w:rsidR="009D161B" w:rsidRPr="009D161B">
        <w:rPr>
          <w:rFonts w:ascii="Times New Roman" w:hAnsi="Times New Roman" w:cs="Times New Roman"/>
          <w:color w:val="auto"/>
          <w:sz w:val="24"/>
          <w:szCs w:val="24"/>
        </w:rPr>
        <w:t xml:space="preserve"> </w:t>
      </w:r>
    </w:p>
    <w:p w14:paraId="73B2BC17" w14:textId="77777777" w:rsidR="00C27EDE" w:rsidRDefault="00156FA5" w:rsidP="009D161B">
      <w:pPr>
        <w:pStyle w:val="Heading1"/>
        <w:spacing w:before="0" w:line="360" w:lineRule="auto"/>
        <w:jc w:val="center"/>
        <w:rPr>
          <w:rFonts w:ascii="Times New Roman" w:hAnsi="Times New Roman" w:cs="Times New Roman"/>
          <w:color w:val="auto"/>
          <w:sz w:val="24"/>
          <w:szCs w:val="24"/>
        </w:rPr>
      </w:pPr>
      <w:bookmarkStart w:id="67" w:name="_Toc238448325"/>
      <w:r w:rsidRPr="009D161B">
        <w:rPr>
          <w:rFonts w:ascii="Times New Roman" w:hAnsi="Times New Roman" w:cs="Times New Roman"/>
          <w:color w:val="auto"/>
          <w:sz w:val="24"/>
          <w:szCs w:val="24"/>
        </w:rPr>
        <w:t>KESIMPULAN DAN SARAN</w:t>
      </w:r>
      <w:bookmarkEnd w:id="67"/>
    </w:p>
    <w:p w14:paraId="2AE6C18E" w14:textId="77777777" w:rsidR="009D161B" w:rsidRPr="009D161B" w:rsidRDefault="009D161B" w:rsidP="009D161B"/>
    <w:p w14:paraId="719C4085" w14:textId="77777777" w:rsidR="00C27EDE" w:rsidRPr="000A73CA" w:rsidRDefault="00156FA5">
      <w:pPr>
        <w:pStyle w:val="Heading2"/>
        <w:numPr>
          <w:ilvl w:val="0"/>
          <w:numId w:val="22"/>
        </w:numPr>
        <w:spacing w:before="0" w:line="360" w:lineRule="auto"/>
        <w:ind w:left="284"/>
        <w:rPr>
          <w:rFonts w:ascii="Times New Roman" w:hAnsi="Times New Roman" w:cs="Times New Roman"/>
          <w:color w:val="auto"/>
          <w:sz w:val="24"/>
          <w:szCs w:val="24"/>
        </w:rPr>
      </w:pPr>
      <w:bookmarkStart w:id="68" w:name="_Toc238448326"/>
      <w:r w:rsidRPr="000A73CA">
        <w:rPr>
          <w:rFonts w:ascii="Times New Roman" w:hAnsi="Times New Roman" w:cs="Times New Roman"/>
          <w:color w:val="auto"/>
          <w:sz w:val="24"/>
          <w:szCs w:val="24"/>
        </w:rPr>
        <w:t>Kesimpulan</w:t>
      </w:r>
      <w:bookmarkEnd w:id="68"/>
      <w:r w:rsidR="00EC75D7" w:rsidRPr="000A73CA">
        <w:rPr>
          <w:rFonts w:ascii="Times New Roman" w:hAnsi="Times New Roman" w:cs="Times New Roman"/>
          <w:color w:val="auto"/>
          <w:sz w:val="24"/>
          <w:szCs w:val="24"/>
        </w:rPr>
        <w:t xml:space="preserve"> </w:t>
      </w:r>
    </w:p>
    <w:p w14:paraId="126429A7" w14:textId="77777777" w:rsidR="00C27EDE" w:rsidRPr="009D161B" w:rsidRDefault="00156FA5" w:rsidP="009D161B">
      <w:pPr>
        <w:spacing w:after="0" w:line="360" w:lineRule="auto"/>
        <w:ind w:left="284" w:firstLine="720"/>
        <w:jc w:val="both"/>
        <w:rPr>
          <w:rFonts w:ascii="Times New Roman" w:hAnsi="Times New Roman" w:cs="Times New Roman"/>
          <w:sz w:val="24"/>
          <w:szCs w:val="24"/>
        </w:rPr>
      </w:pPr>
      <w:proofErr w:type="spellStart"/>
      <w:r w:rsidRPr="009D161B">
        <w:rPr>
          <w:rFonts w:ascii="Times New Roman" w:hAnsi="Times New Roman" w:cs="Times New Roman"/>
          <w:sz w:val="24"/>
          <w:szCs w:val="24"/>
        </w:rPr>
        <w:t>Berdasarkan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hasil</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analisis</w:t>
      </w:r>
      <w:proofErr w:type="spellEnd"/>
      <w:r w:rsidRPr="009D161B">
        <w:rPr>
          <w:rFonts w:ascii="Times New Roman" w:hAnsi="Times New Roman" w:cs="Times New Roman"/>
          <w:sz w:val="24"/>
          <w:szCs w:val="24"/>
        </w:rPr>
        <w:t xml:space="preserve"> data dan </w:t>
      </w:r>
      <w:proofErr w:type="spellStart"/>
      <w:r w:rsidRPr="009D161B">
        <w:rPr>
          <w:rFonts w:ascii="Times New Roman" w:hAnsi="Times New Roman" w:cs="Times New Roman"/>
          <w:sz w:val="24"/>
          <w:szCs w:val="24"/>
        </w:rPr>
        <w:t>pembahasan</w:t>
      </w:r>
      <w:proofErr w:type="spellEnd"/>
      <w:r w:rsidRPr="009D161B">
        <w:rPr>
          <w:rFonts w:ascii="Times New Roman" w:hAnsi="Times New Roman" w:cs="Times New Roman"/>
          <w:sz w:val="24"/>
          <w:szCs w:val="24"/>
        </w:rPr>
        <w:t xml:space="preserve"> yang </w:t>
      </w:r>
      <w:proofErr w:type="spellStart"/>
      <w:r w:rsidRPr="009D161B">
        <w:rPr>
          <w:rFonts w:ascii="Times New Roman" w:hAnsi="Times New Roman" w:cs="Times New Roman"/>
          <w:sz w:val="24"/>
          <w:szCs w:val="24"/>
        </w:rPr>
        <w:t>telah</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dipaparkan</w:t>
      </w:r>
      <w:proofErr w:type="spellEnd"/>
      <w:r w:rsidRPr="009D161B">
        <w:rPr>
          <w:rFonts w:ascii="Times New Roman" w:hAnsi="Times New Roman" w:cs="Times New Roman"/>
          <w:sz w:val="24"/>
          <w:szCs w:val="24"/>
        </w:rPr>
        <w:t xml:space="preserve"> pada </w:t>
      </w:r>
      <w:proofErr w:type="spellStart"/>
      <w:r w:rsidRPr="009D161B">
        <w:rPr>
          <w:rFonts w:ascii="Times New Roman" w:hAnsi="Times New Roman" w:cs="Times New Roman"/>
          <w:sz w:val="24"/>
          <w:szCs w:val="24"/>
        </w:rPr>
        <w:t>bab</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sebelumnya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mengenai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komunikasi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antarbudaya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tenaga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kerja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asing</w:t>
      </w:r>
      <w:proofErr w:type="spellEnd"/>
      <w:r w:rsidRPr="009D161B">
        <w:rPr>
          <w:rFonts w:ascii="Times New Roman" w:hAnsi="Times New Roman" w:cs="Times New Roman"/>
          <w:sz w:val="24"/>
          <w:szCs w:val="24"/>
        </w:rPr>
        <w:t xml:space="preserve"> di </w:t>
      </w:r>
      <w:proofErr w:type="spellStart"/>
      <w:r w:rsidRPr="009D161B">
        <w:rPr>
          <w:rFonts w:ascii="Times New Roman" w:hAnsi="Times New Roman" w:cs="Times New Roman"/>
          <w:sz w:val="24"/>
          <w:szCs w:val="24"/>
        </w:rPr>
        <w:t>industri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perhotelan</w:t>
      </w:r>
      <w:proofErr w:type="spellEnd"/>
      <w:r w:rsidRPr="009D161B">
        <w:rPr>
          <w:rFonts w:ascii="Times New Roman" w:hAnsi="Times New Roman" w:cs="Times New Roman"/>
          <w:sz w:val="24"/>
          <w:szCs w:val="24"/>
        </w:rPr>
        <w:t xml:space="preserve"> Jepang, </w:t>
      </w:r>
      <w:proofErr w:type="spellStart"/>
      <w:r w:rsidRPr="009D161B">
        <w:rPr>
          <w:rFonts w:ascii="Times New Roman" w:hAnsi="Times New Roman" w:cs="Times New Roman"/>
          <w:sz w:val="24"/>
          <w:szCs w:val="24"/>
        </w:rPr>
        <w:t>maka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dapat</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ditarik</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beberapa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kesimpulan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sebagai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berikut</w:t>
      </w:r>
      <w:proofErr w:type="spellEnd"/>
      <w:r w:rsidRPr="009D161B">
        <w:rPr>
          <w:rFonts w:ascii="Times New Roman" w:hAnsi="Times New Roman" w:cs="Times New Roman"/>
          <w:sz w:val="24"/>
          <w:szCs w:val="24"/>
        </w:rPr>
        <w:t>:</w:t>
      </w:r>
    </w:p>
    <w:p w14:paraId="279E9E8C" w14:textId="77777777" w:rsidR="00577E30" w:rsidRPr="009D161B" w:rsidRDefault="00156FA5">
      <w:pPr>
        <w:pStyle w:val="ListParagraph"/>
        <w:numPr>
          <w:ilvl w:val="0"/>
          <w:numId w:val="23"/>
        </w:numPr>
        <w:spacing w:after="0" w:line="360" w:lineRule="auto"/>
        <w:ind w:left="851"/>
        <w:jc w:val="both"/>
        <w:rPr>
          <w:rFonts w:ascii="Times New Roman" w:hAnsi="Times New Roman" w:cs="Times New Roman"/>
          <w:sz w:val="24"/>
          <w:szCs w:val="24"/>
        </w:rPr>
      </w:pPr>
      <w:proofErr w:type="spellStart"/>
      <w:r w:rsidRPr="009D161B">
        <w:rPr>
          <w:rFonts w:ascii="Times New Roman" w:hAnsi="Times New Roman" w:cs="Times New Roman"/>
          <w:sz w:val="24"/>
          <w:szCs w:val="24"/>
        </w:rPr>
        <w:t>Tantangan</w:t>
      </w:r>
      <w:proofErr w:type="spellEnd"/>
      <w:r w:rsidRPr="009D161B">
        <w:rPr>
          <w:rFonts w:ascii="Times New Roman" w:hAnsi="Times New Roman" w:cs="Times New Roman"/>
          <w:sz w:val="24"/>
          <w:szCs w:val="24"/>
        </w:rPr>
        <w:t xml:space="preserve"> Bahasa (</w:t>
      </w:r>
      <w:proofErr w:type="spellStart"/>
      <w:r w:rsidRPr="009D161B">
        <w:rPr>
          <w:rFonts w:ascii="Times New Roman" w:hAnsi="Times New Roman" w:cs="Times New Roman"/>
          <w:sz w:val="24"/>
          <w:szCs w:val="24"/>
        </w:rPr>
        <w:t>Linguistik</w:t>
      </w:r>
      <w:proofErr w:type="spellEnd"/>
      <w:r w:rsidRPr="009D161B">
        <w:rPr>
          <w:rFonts w:ascii="Times New Roman" w:hAnsi="Times New Roman" w:cs="Times New Roman"/>
          <w:sz w:val="24"/>
          <w:szCs w:val="24"/>
        </w:rPr>
        <w:t xml:space="preserve">): Tenaga </w:t>
      </w:r>
      <w:proofErr w:type="spellStart"/>
      <w:r w:rsidRPr="009D161B">
        <w:rPr>
          <w:rFonts w:ascii="Times New Roman" w:hAnsi="Times New Roman" w:cs="Times New Roman"/>
          <w:sz w:val="24"/>
          <w:szCs w:val="24"/>
        </w:rPr>
        <w:t>kerja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asing</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menghadapi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tantangan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bahasa</w:t>
      </w:r>
      <w:proofErr w:type="spellEnd"/>
      <w:r w:rsidRPr="009D161B">
        <w:rPr>
          <w:rFonts w:ascii="Times New Roman" w:hAnsi="Times New Roman" w:cs="Times New Roman"/>
          <w:sz w:val="24"/>
          <w:szCs w:val="24"/>
        </w:rPr>
        <w:t xml:space="preserve"> yang </w:t>
      </w:r>
      <w:proofErr w:type="spellStart"/>
      <w:r w:rsidRPr="009D161B">
        <w:rPr>
          <w:rFonts w:ascii="Times New Roman" w:hAnsi="Times New Roman" w:cs="Times New Roman"/>
          <w:sz w:val="24"/>
          <w:szCs w:val="24"/>
        </w:rPr>
        <w:t>signifikan</w:t>
      </w:r>
      <w:proofErr w:type="spellEnd"/>
      <w:r w:rsidRPr="009D161B">
        <w:rPr>
          <w:rFonts w:ascii="Times New Roman" w:hAnsi="Times New Roman" w:cs="Times New Roman"/>
          <w:sz w:val="24"/>
          <w:szCs w:val="24"/>
        </w:rPr>
        <w:t xml:space="preserve"> pada masa </w:t>
      </w:r>
      <w:proofErr w:type="spellStart"/>
      <w:r w:rsidRPr="009D161B">
        <w:rPr>
          <w:rFonts w:ascii="Times New Roman" w:hAnsi="Times New Roman" w:cs="Times New Roman"/>
          <w:sz w:val="24"/>
          <w:szCs w:val="24"/>
        </w:rPr>
        <w:t>awal</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penempatan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baik</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dalam</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komunikasi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umum</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sehari-hari</w:t>
      </w:r>
      <w:proofErr w:type="spellEnd"/>
      <w:r w:rsidRPr="009D161B">
        <w:rPr>
          <w:rFonts w:ascii="Times New Roman" w:hAnsi="Times New Roman" w:cs="Times New Roman"/>
          <w:sz w:val="24"/>
          <w:szCs w:val="24"/>
        </w:rPr>
        <w:t xml:space="preserve"> (60%) </w:t>
      </w:r>
      <w:proofErr w:type="spellStart"/>
      <w:r w:rsidRPr="009D161B">
        <w:rPr>
          <w:rFonts w:ascii="Times New Roman" w:hAnsi="Times New Roman" w:cs="Times New Roman"/>
          <w:sz w:val="24"/>
          <w:szCs w:val="24"/>
        </w:rPr>
        <w:t>maupun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dalam</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memahami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instruksi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atasan</w:t>
      </w:r>
      <w:proofErr w:type="spellEnd"/>
      <w:r w:rsidRPr="009D161B">
        <w:rPr>
          <w:rFonts w:ascii="Times New Roman" w:hAnsi="Times New Roman" w:cs="Times New Roman"/>
          <w:sz w:val="24"/>
          <w:szCs w:val="24"/>
        </w:rPr>
        <w:t xml:space="preserve"> (53,3%). </w:t>
      </w:r>
      <w:proofErr w:type="spellStart"/>
      <w:r w:rsidRPr="009D161B">
        <w:rPr>
          <w:rFonts w:ascii="Times New Roman" w:hAnsi="Times New Roman" w:cs="Times New Roman"/>
          <w:sz w:val="24"/>
          <w:szCs w:val="24"/>
        </w:rPr>
        <w:t>Hambatan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utama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bersumber</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dari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faktor</w:t>
      </w:r>
      <w:proofErr w:type="spellEnd"/>
      <w:r w:rsidRPr="009D161B">
        <w:rPr>
          <w:rFonts w:ascii="Times New Roman" w:hAnsi="Times New Roman" w:cs="Times New Roman"/>
          <w:sz w:val="24"/>
          <w:szCs w:val="24"/>
        </w:rPr>
        <w:t xml:space="preserve"> internal </w:t>
      </w:r>
      <w:proofErr w:type="spellStart"/>
      <w:r w:rsidRPr="009D161B">
        <w:rPr>
          <w:rFonts w:ascii="Times New Roman" w:hAnsi="Times New Roman" w:cs="Times New Roman"/>
          <w:sz w:val="24"/>
          <w:szCs w:val="24"/>
        </w:rPr>
        <w:t>berupa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jarak</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kompetensi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akademis</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dengan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realitas</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kerja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nyata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dalam</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penguasaan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bahasa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hormat</w:t>
      </w:r>
      <w:proofErr w:type="spellEnd"/>
      <w:r w:rsidRPr="009D161B">
        <w:rPr>
          <w:rFonts w:ascii="Times New Roman" w:hAnsi="Times New Roman" w:cs="Times New Roman"/>
          <w:sz w:val="24"/>
          <w:szCs w:val="24"/>
        </w:rPr>
        <w:t xml:space="preserve"> (</w:t>
      </w:r>
      <w:r w:rsidRPr="000A73CA">
        <w:rPr>
          <w:rFonts w:ascii="Times New Roman" w:hAnsi="Times New Roman" w:cs="Times New Roman"/>
          <w:i/>
          <w:iCs/>
          <w:sz w:val="24"/>
          <w:szCs w:val="24"/>
        </w:rPr>
        <w:t>Keigo/</w:t>
      </w:r>
      <w:proofErr w:type="spellStart"/>
      <w:r w:rsidRPr="000A73CA">
        <w:rPr>
          <w:rFonts w:ascii="Times New Roman" w:hAnsi="Times New Roman" w:cs="Times New Roman"/>
          <w:i/>
          <w:iCs/>
          <w:sz w:val="24"/>
          <w:szCs w:val="24"/>
        </w:rPr>
        <w:t>Teineigo</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saat</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melayani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tamu</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serta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keterbatasan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kosakata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teknis</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operasional</w:t>
      </w:r>
      <w:proofErr w:type="spellEnd"/>
      <w:r w:rsidRPr="009D161B">
        <w:rPr>
          <w:rFonts w:ascii="Times New Roman" w:hAnsi="Times New Roman" w:cs="Times New Roman"/>
          <w:sz w:val="24"/>
          <w:szCs w:val="24"/>
        </w:rPr>
        <w:t xml:space="preserve"> hospitality (</w:t>
      </w:r>
      <w:r w:rsidRPr="000A73CA">
        <w:rPr>
          <w:rFonts w:ascii="Times New Roman" w:hAnsi="Times New Roman" w:cs="Times New Roman"/>
          <w:i/>
          <w:iCs/>
          <w:sz w:val="24"/>
          <w:szCs w:val="24"/>
        </w:rPr>
        <w:t>food and beverage</w:t>
      </w:r>
      <w:r w:rsidRPr="009D161B">
        <w:rPr>
          <w:rFonts w:ascii="Times New Roman" w:hAnsi="Times New Roman" w:cs="Times New Roman"/>
          <w:sz w:val="24"/>
          <w:szCs w:val="24"/>
        </w:rPr>
        <w:t xml:space="preserve"> dan </w:t>
      </w:r>
      <w:r w:rsidRPr="000A73CA">
        <w:rPr>
          <w:rFonts w:ascii="Times New Roman" w:hAnsi="Times New Roman" w:cs="Times New Roman"/>
          <w:i/>
          <w:iCs/>
          <w:sz w:val="24"/>
          <w:szCs w:val="24"/>
        </w:rPr>
        <w:t>housekeeping</w:t>
      </w:r>
      <w:r w:rsidRPr="009D161B">
        <w:rPr>
          <w:rFonts w:ascii="Times New Roman" w:hAnsi="Times New Roman" w:cs="Times New Roman"/>
          <w:sz w:val="24"/>
          <w:szCs w:val="24"/>
        </w:rPr>
        <w:t xml:space="preserve">). Selain </w:t>
      </w:r>
      <w:proofErr w:type="spellStart"/>
      <w:r w:rsidRPr="009D161B">
        <w:rPr>
          <w:rFonts w:ascii="Times New Roman" w:hAnsi="Times New Roman" w:cs="Times New Roman"/>
          <w:sz w:val="24"/>
          <w:szCs w:val="24"/>
        </w:rPr>
        <w:t>itu</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faktor</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eksternal</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seperti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kecepatan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bicara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staf</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lokal</w:t>
      </w:r>
      <w:proofErr w:type="spellEnd"/>
      <w:r w:rsidRPr="009D161B">
        <w:rPr>
          <w:rFonts w:ascii="Times New Roman" w:hAnsi="Times New Roman" w:cs="Times New Roman"/>
          <w:sz w:val="24"/>
          <w:szCs w:val="24"/>
        </w:rPr>
        <w:t xml:space="preserve"> dan </w:t>
      </w:r>
      <w:proofErr w:type="spellStart"/>
      <w:r w:rsidRPr="009D161B">
        <w:rPr>
          <w:rFonts w:ascii="Times New Roman" w:hAnsi="Times New Roman" w:cs="Times New Roman"/>
          <w:sz w:val="24"/>
          <w:szCs w:val="24"/>
        </w:rPr>
        <w:t>keragaman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dialek</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daerah</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semakin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memperberat</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hambatan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linguistik</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tersebut</w:t>
      </w:r>
      <w:proofErr w:type="spellEnd"/>
      <w:r w:rsidRPr="009D161B">
        <w:rPr>
          <w:rFonts w:ascii="Times New Roman" w:hAnsi="Times New Roman" w:cs="Times New Roman"/>
          <w:sz w:val="24"/>
          <w:szCs w:val="24"/>
        </w:rPr>
        <w:t>.</w:t>
      </w:r>
    </w:p>
    <w:p w14:paraId="0B352127" w14:textId="77777777" w:rsidR="00577E30" w:rsidRPr="009D161B" w:rsidRDefault="00156FA5">
      <w:pPr>
        <w:pStyle w:val="ListParagraph"/>
        <w:numPr>
          <w:ilvl w:val="0"/>
          <w:numId w:val="23"/>
        </w:numPr>
        <w:spacing w:after="0" w:line="360" w:lineRule="auto"/>
        <w:ind w:left="851"/>
        <w:jc w:val="both"/>
        <w:rPr>
          <w:rFonts w:ascii="Times New Roman" w:hAnsi="Times New Roman" w:cs="Times New Roman"/>
          <w:sz w:val="24"/>
          <w:szCs w:val="24"/>
        </w:rPr>
      </w:pPr>
      <w:proofErr w:type="spellStart"/>
      <w:r w:rsidRPr="009D161B">
        <w:rPr>
          <w:rFonts w:ascii="Times New Roman" w:hAnsi="Times New Roman" w:cs="Times New Roman"/>
          <w:sz w:val="24"/>
          <w:szCs w:val="24"/>
        </w:rPr>
        <w:t>Pengaruh</w:t>
      </w:r>
      <w:proofErr w:type="spellEnd"/>
      <w:r w:rsidRPr="009D161B">
        <w:rPr>
          <w:rFonts w:ascii="Times New Roman" w:hAnsi="Times New Roman" w:cs="Times New Roman"/>
          <w:sz w:val="24"/>
          <w:szCs w:val="24"/>
        </w:rPr>
        <w:t xml:space="preserve"> Etika </w:t>
      </w:r>
      <w:proofErr w:type="spellStart"/>
      <w:r w:rsidRPr="009D161B">
        <w:rPr>
          <w:rFonts w:ascii="Times New Roman" w:hAnsi="Times New Roman" w:cs="Times New Roman"/>
          <w:sz w:val="24"/>
          <w:szCs w:val="24"/>
        </w:rPr>
        <w:t>Kerja</w:t>
      </w:r>
      <w:proofErr w:type="spellEnd"/>
      <w:r w:rsidRPr="009D161B">
        <w:rPr>
          <w:rFonts w:ascii="Times New Roman" w:hAnsi="Times New Roman" w:cs="Times New Roman"/>
          <w:sz w:val="24"/>
          <w:szCs w:val="24"/>
        </w:rPr>
        <w:t xml:space="preserve"> Jepang: Etika </w:t>
      </w:r>
      <w:proofErr w:type="spellStart"/>
      <w:r w:rsidRPr="009D161B">
        <w:rPr>
          <w:rFonts w:ascii="Times New Roman" w:hAnsi="Times New Roman" w:cs="Times New Roman"/>
          <w:sz w:val="24"/>
          <w:szCs w:val="24"/>
        </w:rPr>
        <w:t>kerja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Jepang</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memiliki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standar</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regulasi</w:t>
      </w:r>
      <w:proofErr w:type="spellEnd"/>
      <w:r w:rsidRPr="009D161B">
        <w:rPr>
          <w:rFonts w:ascii="Times New Roman" w:hAnsi="Times New Roman" w:cs="Times New Roman"/>
          <w:sz w:val="24"/>
          <w:szCs w:val="24"/>
        </w:rPr>
        <w:t xml:space="preserve"> yang sangat </w:t>
      </w:r>
      <w:proofErr w:type="spellStart"/>
      <w:r w:rsidRPr="009D161B">
        <w:rPr>
          <w:rFonts w:ascii="Times New Roman" w:hAnsi="Times New Roman" w:cs="Times New Roman"/>
          <w:sz w:val="24"/>
          <w:szCs w:val="24"/>
        </w:rPr>
        <w:t>ketat</w:t>
      </w:r>
      <w:proofErr w:type="spellEnd"/>
      <w:r w:rsidRPr="009D161B">
        <w:rPr>
          <w:rFonts w:ascii="Times New Roman" w:hAnsi="Times New Roman" w:cs="Times New Roman"/>
          <w:sz w:val="24"/>
          <w:szCs w:val="24"/>
        </w:rPr>
        <w:t xml:space="preserve"> dan </w:t>
      </w:r>
      <w:proofErr w:type="spellStart"/>
      <w:r w:rsidRPr="009D161B">
        <w:rPr>
          <w:rFonts w:ascii="Times New Roman" w:hAnsi="Times New Roman" w:cs="Times New Roman"/>
          <w:sz w:val="24"/>
          <w:szCs w:val="24"/>
        </w:rPr>
        <w:t>menuntut</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keseimbangan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mutlak</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antara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kecepatan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performa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operasional</w:t>
      </w:r>
      <w:proofErr w:type="spellEnd"/>
      <w:r w:rsidRPr="009D161B">
        <w:rPr>
          <w:rFonts w:ascii="Times New Roman" w:hAnsi="Times New Roman" w:cs="Times New Roman"/>
          <w:sz w:val="24"/>
          <w:szCs w:val="24"/>
        </w:rPr>
        <w:t xml:space="preserve"> dan </w:t>
      </w:r>
      <w:proofErr w:type="spellStart"/>
      <w:r w:rsidRPr="009D161B">
        <w:rPr>
          <w:rFonts w:ascii="Times New Roman" w:hAnsi="Times New Roman" w:cs="Times New Roman"/>
          <w:sz w:val="24"/>
          <w:szCs w:val="24"/>
        </w:rPr>
        <w:t>akurasi</w:t>
      </w:r>
      <w:proofErr w:type="spellEnd"/>
      <w:r w:rsidRPr="009D161B">
        <w:rPr>
          <w:rFonts w:ascii="Times New Roman" w:hAnsi="Times New Roman" w:cs="Times New Roman"/>
          <w:sz w:val="24"/>
          <w:szCs w:val="24"/>
        </w:rPr>
        <w:t xml:space="preserve"> detail </w:t>
      </w:r>
      <w:proofErr w:type="spellStart"/>
      <w:r w:rsidRPr="009D161B">
        <w:rPr>
          <w:rFonts w:ascii="Times New Roman" w:hAnsi="Times New Roman" w:cs="Times New Roman"/>
          <w:sz w:val="24"/>
          <w:szCs w:val="24"/>
        </w:rPr>
        <w:t>tanpa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toleransi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kesalahan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Mayoritas</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informan</w:t>
      </w:r>
      <w:proofErr w:type="spellEnd"/>
      <w:r w:rsidRPr="009D161B">
        <w:rPr>
          <w:rFonts w:ascii="Times New Roman" w:hAnsi="Times New Roman" w:cs="Times New Roman"/>
          <w:sz w:val="24"/>
          <w:szCs w:val="24"/>
        </w:rPr>
        <w:t xml:space="preserve"> (73,3%) </w:t>
      </w:r>
      <w:proofErr w:type="spellStart"/>
      <w:r w:rsidRPr="009D161B">
        <w:rPr>
          <w:rFonts w:ascii="Times New Roman" w:hAnsi="Times New Roman" w:cs="Times New Roman"/>
          <w:sz w:val="24"/>
          <w:szCs w:val="24"/>
        </w:rPr>
        <w:t>merasakan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tekanan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kerja</w:t>
      </w:r>
      <w:proofErr w:type="spellEnd"/>
      <w:r w:rsidRPr="009D161B">
        <w:rPr>
          <w:rFonts w:ascii="Times New Roman" w:hAnsi="Times New Roman" w:cs="Times New Roman"/>
          <w:sz w:val="24"/>
          <w:szCs w:val="24"/>
        </w:rPr>
        <w:t xml:space="preserve"> yang </w:t>
      </w:r>
      <w:proofErr w:type="spellStart"/>
      <w:r w:rsidRPr="009D161B">
        <w:rPr>
          <w:rFonts w:ascii="Times New Roman" w:hAnsi="Times New Roman" w:cs="Times New Roman"/>
          <w:sz w:val="24"/>
          <w:szCs w:val="24"/>
        </w:rPr>
        <w:t>cukup</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tinggi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namun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tetap</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dinilai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wajar</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Hambatan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budaya</w:t>
      </w:r>
      <w:proofErr w:type="spellEnd"/>
      <w:r w:rsidRPr="009D161B">
        <w:rPr>
          <w:rFonts w:ascii="Times New Roman" w:hAnsi="Times New Roman" w:cs="Times New Roman"/>
          <w:sz w:val="24"/>
          <w:szCs w:val="24"/>
        </w:rPr>
        <w:t xml:space="preserve"> yang paling </w:t>
      </w:r>
      <w:proofErr w:type="spellStart"/>
      <w:r w:rsidRPr="009D161B">
        <w:rPr>
          <w:rFonts w:ascii="Times New Roman" w:hAnsi="Times New Roman" w:cs="Times New Roman"/>
          <w:sz w:val="24"/>
          <w:szCs w:val="24"/>
        </w:rPr>
        <w:t>sulit</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diterapkan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meliputi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manajemen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waktu</w:t>
      </w:r>
      <w:proofErr w:type="spellEnd"/>
      <w:r w:rsidRPr="009D161B">
        <w:rPr>
          <w:rFonts w:ascii="Times New Roman" w:hAnsi="Times New Roman" w:cs="Times New Roman"/>
          <w:sz w:val="24"/>
          <w:szCs w:val="24"/>
        </w:rPr>
        <w:t xml:space="preserve"> yang </w:t>
      </w:r>
      <w:r w:rsidRPr="000A73CA">
        <w:rPr>
          <w:rFonts w:ascii="Times New Roman" w:hAnsi="Times New Roman" w:cs="Times New Roman"/>
          <w:i/>
          <w:iCs/>
          <w:sz w:val="24"/>
          <w:szCs w:val="24"/>
        </w:rPr>
        <w:t>rigid</w:t>
      </w:r>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keharusan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bersiap</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sebelum</w:t>
      </w:r>
      <w:proofErr w:type="spellEnd"/>
      <w:r w:rsidRPr="009D161B">
        <w:rPr>
          <w:rFonts w:ascii="Times New Roman" w:hAnsi="Times New Roman" w:cs="Times New Roman"/>
          <w:sz w:val="24"/>
          <w:szCs w:val="24"/>
        </w:rPr>
        <w:t xml:space="preserve"> jam </w:t>
      </w:r>
      <w:proofErr w:type="spellStart"/>
      <w:r w:rsidRPr="009D161B">
        <w:rPr>
          <w:rFonts w:ascii="Times New Roman" w:hAnsi="Times New Roman" w:cs="Times New Roman"/>
          <w:sz w:val="24"/>
          <w:szCs w:val="24"/>
        </w:rPr>
        <w:t>istirahat</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berakhir</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serta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internalisasi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nilai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keramahtamahan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tulus</w:t>
      </w:r>
      <w:proofErr w:type="spellEnd"/>
      <w:r w:rsidRPr="009D161B">
        <w:rPr>
          <w:rFonts w:ascii="Times New Roman" w:hAnsi="Times New Roman" w:cs="Times New Roman"/>
          <w:sz w:val="24"/>
          <w:szCs w:val="24"/>
        </w:rPr>
        <w:t xml:space="preserve"> (</w:t>
      </w:r>
      <w:proofErr w:type="spellStart"/>
      <w:r w:rsidRPr="000A73CA">
        <w:rPr>
          <w:rFonts w:ascii="Times New Roman" w:hAnsi="Times New Roman" w:cs="Times New Roman"/>
          <w:i/>
          <w:iCs/>
          <w:sz w:val="24"/>
          <w:szCs w:val="24"/>
        </w:rPr>
        <w:t>Omotenashi</w:t>
      </w:r>
      <w:proofErr w:type="spellEnd"/>
      <w:r w:rsidRPr="009D161B">
        <w:rPr>
          <w:rFonts w:ascii="Times New Roman" w:hAnsi="Times New Roman" w:cs="Times New Roman"/>
          <w:sz w:val="24"/>
          <w:szCs w:val="24"/>
        </w:rPr>
        <w:t xml:space="preserve">) yang </w:t>
      </w:r>
      <w:proofErr w:type="spellStart"/>
      <w:r w:rsidRPr="009D161B">
        <w:rPr>
          <w:rFonts w:ascii="Times New Roman" w:hAnsi="Times New Roman" w:cs="Times New Roman"/>
          <w:sz w:val="24"/>
          <w:szCs w:val="24"/>
        </w:rPr>
        <w:t>mengubah</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orientasi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pelayanan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menjadi</w:t>
      </w:r>
      <w:proofErr w:type="spellEnd"/>
      <w:r w:rsidRPr="009D161B">
        <w:rPr>
          <w:rFonts w:ascii="Times New Roman" w:hAnsi="Times New Roman" w:cs="Times New Roman"/>
          <w:sz w:val="24"/>
          <w:szCs w:val="24"/>
        </w:rPr>
        <w:t xml:space="preserve"> sangat </w:t>
      </w:r>
      <w:proofErr w:type="spellStart"/>
      <w:r w:rsidRPr="009D161B">
        <w:rPr>
          <w:rFonts w:ascii="Times New Roman" w:hAnsi="Times New Roman" w:cs="Times New Roman"/>
          <w:sz w:val="24"/>
          <w:szCs w:val="24"/>
        </w:rPr>
        <w:t>peka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terhadap</w:t>
      </w:r>
      <w:proofErr w:type="spellEnd"/>
      <w:r w:rsidRPr="009D161B">
        <w:rPr>
          <w:rFonts w:ascii="Times New Roman" w:hAnsi="Times New Roman" w:cs="Times New Roman"/>
          <w:sz w:val="24"/>
          <w:szCs w:val="24"/>
        </w:rPr>
        <w:t xml:space="preserve"> detail </w:t>
      </w:r>
      <w:proofErr w:type="spellStart"/>
      <w:r w:rsidRPr="009D161B">
        <w:rPr>
          <w:rFonts w:ascii="Times New Roman" w:hAnsi="Times New Roman" w:cs="Times New Roman"/>
          <w:sz w:val="24"/>
          <w:szCs w:val="24"/>
        </w:rPr>
        <w:t>fisik</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seperti</w:t>
      </w:r>
      <w:proofErr w:type="spellEnd"/>
      <w:r w:rsidRPr="009D161B">
        <w:rPr>
          <w:rFonts w:ascii="Times New Roman" w:hAnsi="Times New Roman" w:cs="Times New Roman"/>
          <w:sz w:val="24"/>
          <w:szCs w:val="24"/>
        </w:rPr>
        <w:t xml:space="preserve"> </w:t>
      </w:r>
      <w:proofErr w:type="spellStart"/>
      <w:r w:rsidRPr="000A73CA">
        <w:rPr>
          <w:rFonts w:ascii="Times New Roman" w:hAnsi="Times New Roman" w:cs="Times New Roman"/>
          <w:i/>
          <w:iCs/>
          <w:sz w:val="24"/>
          <w:szCs w:val="24"/>
        </w:rPr>
        <w:t>ojigi</w:t>
      </w:r>
      <w:proofErr w:type="spellEnd"/>
      <w:r w:rsidRPr="009D161B">
        <w:rPr>
          <w:rFonts w:ascii="Times New Roman" w:hAnsi="Times New Roman" w:cs="Times New Roman"/>
          <w:sz w:val="24"/>
          <w:szCs w:val="24"/>
        </w:rPr>
        <w:t>) dan verbal.</w:t>
      </w:r>
    </w:p>
    <w:p w14:paraId="104582CD" w14:textId="77777777" w:rsidR="00C27EDE" w:rsidRPr="009D161B" w:rsidRDefault="00156FA5">
      <w:pPr>
        <w:pStyle w:val="ListParagraph"/>
        <w:numPr>
          <w:ilvl w:val="0"/>
          <w:numId w:val="23"/>
        </w:numPr>
        <w:spacing w:after="0" w:line="360" w:lineRule="auto"/>
        <w:ind w:left="851"/>
        <w:jc w:val="both"/>
        <w:rPr>
          <w:rFonts w:ascii="Times New Roman" w:hAnsi="Times New Roman" w:cs="Times New Roman"/>
          <w:sz w:val="24"/>
          <w:szCs w:val="24"/>
        </w:rPr>
      </w:pPr>
      <w:r w:rsidRPr="009D161B">
        <w:rPr>
          <w:rFonts w:ascii="Times New Roman" w:hAnsi="Times New Roman" w:cs="Times New Roman"/>
          <w:sz w:val="24"/>
          <w:szCs w:val="24"/>
        </w:rPr>
        <w:t xml:space="preserve">Strategi Adaptasi: Strategi </w:t>
      </w:r>
      <w:proofErr w:type="spellStart"/>
      <w:r w:rsidRPr="009D161B">
        <w:rPr>
          <w:rFonts w:ascii="Times New Roman" w:hAnsi="Times New Roman" w:cs="Times New Roman"/>
          <w:sz w:val="24"/>
          <w:szCs w:val="24"/>
        </w:rPr>
        <w:t>adaptasi</w:t>
      </w:r>
      <w:proofErr w:type="spellEnd"/>
      <w:r w:rsidRPr="009D161B">
        <w:rPr>
          <w:rFonts w:ascii="Times New Roman" w:hAnsi="Times New Roman" w:cs="Times New Roman"/>
          <w:sz w:val="24"/>
          <w:szCs w:val="24"/>
        </w:rPr>
        <w:t xml:space="preserve"> yang </w:t>
      </w:r>
      <w:proofErr w:type="spellStart"/>
      <w:r w:rsidRPr="009D161B">
        <w:rPr>
          <w:rFonts w:ascii="Times New Roman" w:hAnsi="Times New Roman" w:cs="Times New Roman"/>
          <w:sz w:val="24"/>
          <w:szCs w:val="24"/>
        </w:rPr>
        <w:t>berhasil</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diterapkan</w:t>
      </w:r>
      <w:proofErr w:type="spellEnd"/>
      <w:r w:rsidRPr="009D161B">
        <w:rPr>
          <w:rFonts w:ascii="Times New Roman" w:hAnsi="Times New Roman" w:cs="Times New Roman"/>
          <w:sz w:val="24"/>
          <w:szCs w:val="24"/>
        </w:rPr>
        <w:t xml:space="preserve"> oleh </w:t>
      </w:r>
      <w:proofErr w:type="spellStart"/>
      <w:r w:rsidRPr="009D161B">
        <w:rPr>
          <w:rFonts w:ascii="Times New Roman" w:hAnsi="Times New Roman" w:cs="Times New Roman"/>
          <w:sz w:val="24"/>
          <w:szCs w:val="24"/>
        </w:rPr>
        <w:t>tenaga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kerja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asing</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berpusat</w:t>
      </w:r>
      <w:proofErr w:type="spellEnd"/>
      <w:r w:rsidRPr="009D161B">
        <w:rPr>
          <w:rFonts w:ascii="Times New Roman" w:hAnsi="Times New Roman" w:cs="Times New Roman"/>
          <w:sz w:val="24"/>
          <w:szCs w:val="24"/>
        </w:rPr>
        <w:t xml:space="preserve"> pada </w:t>
      </w:r>
      <w:proofErr w:type="spellStart"/>
      <w:r w:rsidRPr="009D161B">
        <w:rPr>
          <w:rFonts w:ascii="Times New Roman" w:hAnsi="Times New Roman" w:cs="Times New Roman"/>
          <w:sz w:val="24"/>
          <w:szCs w:val="24"/>
        </w:rPr>
        <w:t>kombinasi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resiliensi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individu</w:t>
      </w:r>
      <w:proofErr w:type="spellEnd"/>
      <w:r w:rsidRPr="009D161B">
        <w:rPr>
          <w:rFonts w:ascii="Times New Roman" w:hAnsi="Times New Roman" w:cs="Times New Roman"/>
          <w:sz w:val="24"/>
          <w:szCs w:val="24"/>
        </w:rPr>
        <w:t xml:space="preserve"> dan </w:t>
      </w:r>
      <w:proofErr w:type="spellStart"/>
      <w:r w:rsidRPr="009D161B">
        <w:rPr>
          <w:rFonts w:ascii="Times New Roman" w:hAnsi="Times New Roman" w:cs="Times New Roman"/>
          <w:sz w:val="24"/>
          <w:szCs w:val="24"/>
        </w:rPr>
        <w:t>pemanfaatan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dukungan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sosial</w:t>
      </w:r>
      <w:proofErr w:type="spellEnd"/>
      <w:r w:rsidRPr="009D161B">
        <w:rPr>
          <w:rFonts w:ascii="Times New Roman" w:hAnsi="Times New Roman" w:cs="Times New Roman"/>
          <w:sz w:val="24"/>
          <w:szCs w:val="24"/>
        </w:rPr>
        <w:t xml:space="preserve">. Strategi </w:t>
      </w:r>
      <w:proofErr w:type="spellStart"/>
      <w:r w:rsidRPr="009D161B">
        <w:rPr>
          <w:rFonts w:ascii="Times New Roman" w:hAnsi="Times New Roman" w:cs="Times New Roman"/>
          <w:sz w:val="24"/>
          <w:szCs w:val="24"/>
        </w:rPr>
        <w:t>tersebut</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meliputi</w:t>
      </w:r>
      <w:proofErr w:type="spellEnd"/>
      <w:r w:rsidRPr="009D161B">
        <w:rPr>
          <w:rFonts w:ascii="Times New Roman" w:hAnsi="Times New Roman" w:cs="Times New Roman"/>
          <w:sz w:val="24"/>
          <w:szCs w:val="24"/>
        </w:rPr>
        <w:t xml:space="preserve">: (a) </w:t>
      </w:r>
      <w:proofErr w:type="spellStart"/>
      <w:r w:rsidRPr="009D161B">
        <w:rPr>
          <w:rFonts w:ascii="Times New Roman" w:hAnsi="Times New Roman" w:cs="Times New Roman"/>
          <w:sz w:val="24"/>
          <w:szCs w:val="24"/>
        </w:rPr>
        <w:t>kemampuan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komunikasi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aktif</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dengan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memaksa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diri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membangun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interaksi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sosial</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bersama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staf</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lokal</w:t>
      </w:r>
      <w:proofErr w:type="spellEnd"/>
      <w:r w:rsidRPr="009D161B">
        <w:rPr>
          <w:rFonts w:ascii="Times New Roman" w:hAnsi="Times New Roman" w:cs="Times New Roman"/>
          <w:sz w:val="24"/>
          <w:szCs w:val="24"/>
        </w:rPr>
        <w:t xml:space="preserve"> demi </w:t>
      </w:r>
      <w:proofErr w:type="spellStart"/>
      <w:r w:rsidRPr="009D161B">
        <w:rPr>
          <w:rFonts w:ascii="Times New Roman" w:hAnsi="Times New Roman" w:cs="Times New Roman"/>
          <w:sz w:val="24"/>
          <w:szCs w:val="24"/>
        </w:rPr>
        <w:t>mengikis</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kecemasan</w:t>
      </w:r>
      <w:proofErr w:type="spellEnd"/>
      <w:r w:rsidRPr="009D161B">
        <w:rPr>
          <w:rFonts w:ascii="Times New Roman" w:hAnsi="Times New Roman" w:cs="Times New Roman"/>
          <w:sz w:val="24"/>
          <w:szCs w:val="24"/>
        </w:rPr>
        <w:t xml:space="preserve"> verbal, (b) </w:t>
      </w:r>
      <w:proofErr w:type="spellStart"/>
      <w:r w:rsidRPr="009D161B">
        <w:rPr>
          <w:rFonts w:ascii="Times New Roman" w:hAnsi="Times New Roman" w:cs="Times New Roman"/>
          <w:sz w:val="24"/>
          <w:szCs w:val="24"/>
        </w:rPr>
        <w:t>manajemen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pengetahuan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mandiri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melalui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mekanisme</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pencatatan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istilah</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baru</w:t>
      </w:r>
      <w:proofErr w:type="spellEnd"/>
      <w:r w:rsidRPr="009D161B">
        <w:rPr>
          <w:rFonts w:ascii="Times New Roman" w:hAnsi="Times New Roman" w:cs="Times New Roman"/>
          <w:sz w:val="24"/>
          <w:szCs w:val="24"/>
        </w:rPr>
        <w:t xml:space="preserve"> pada </w:t>
      </w:r>
      <w:proofErr w:type="spellStart"/>
      <w:r w:rsidRPr="009D161B">
        <w:rPr>
          <w:rFonts w:ascii="Times New Roman" w:hAnsi="Times New Roman" w:cs="Times New Roman"/>
          <w:sz w:val="24"/>
          <w:szCs w:val="24"/>
        </w:rPr>
        <w:t>buku</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saku</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serta</w:t>
      </w:r>
      <w:proofErr w:type="spellEnd"/>
      <w:r w:rsidRPr="009D161B">
        <w:rPr>
          <w:rFonts w:ascii="Times New Roman" w:hAnsi="Times New Roman" w:cs="Times New Roman"/>
          <w:sz w:val="24"/>
          <w:szCs w:val="24"/>
        </w:rPr>
        <w:t xml:space="preserve"> (c) </w:t>
      </w:r>
      <w:proofErr w:type="spellStart"/>
      <w:r w:rsidRPr="009D161B">
        <w:rPr>
          <w:rFonts w:ascii="Times New Roman" w:hAnsi="Times New Roman" w:cs="Times New Roman"/>
          <w:sz w:val="24"/>
          <w:szCs w:val="24"/>
        </w:rPr>
        <w:t>kejujuran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sikap</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untuk</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bertanya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kembali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jika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belum</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memahami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perintah</w:t>
      </w:r>
      <w:proofErr w:type="spellEnd"/>
      <w:r w:rsidRPr="009D161B">
        <w:rPr>
          <w:rFonts w:ascii="Times New Roman" w:hAnsi="Times New Roman" w:cs="Times New Roman"/>
          <w:sz w:val="24"/>
          <w:szCs w:val="24"/>
        </w:rPr>
        <w:t xml:space="preserve"> guna </w:t>
      </w:r>
      <w:proofErr w:type="spellStart"/>
      <w:r w:rsidRPr="009D161B">
        <w:rPr>
          <w:rFonts w:ascii="Times New Roman" w:hAnsi="Times New Roman" w:cs="Times New Roman"/>
          <w:sz w:val="24"/>
          <w:szCs w:val="24"/>
        </w:rPr>
        <w:t>menghindari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kesalahan</w:t>
      </w:r>
      <w:proofErr w:type="spellEnd"/>
      <w:r w:rsidRPr="009D161B">
        <w:rPr>
          <w:rFonts w:ascii="Times New Roman" w:hAnsi="Times New Roman" w:cs="Times New Roman"/>
          <w:sz w:val="24"/>
          <w:szCs w:val="24"/>
        </w:rPr>
        <w:t xml:space="preserve"> fatal. Proses </w:t>
      </w:r>
      <w:proofErr w:type="spellStart"/>
      <w:r w:rsidRPr="009D161B">
        <w:rPr>
          <w:rFonts w:ascii="Times New Roman" w:hAnsi="Times New Roman" w:cs="Times New Roman"/>
          <w:sz w:val="24"/>
          <w:szCs w:val="24"/>
        </w:rPr>
        <w:t>penyesuaian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ini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didorong</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secara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mutlak</w:t>
      </w:r>
      <w:proofErr w:type="spellEnd"/>
      <w:r w:rsidRPr="009D161B">
        <w:rPr>
          <w:rFonts w:ascii="Times New Roman" w:hAnsi="Times New Roman" w:cs="Times New Roman"/>
          <w:sz w:val="24"/>
          <w:szCs w:val="24"/>
        </w:rPr>
        <w:t xml:space="preserve"> oleh </w:t>
      </w:r>
      <w:proofErr w:type="spellStart"/>
      <w:r w:rsidRPr="009D161B">
        <w:rPr>
          <w:rFonts w:ascii="Times New Roman" w:hAnsi="Times New Roman" w:cs="Times New Roman"/>
          <w:sz w:val="24"/>
          <w:szCs w:val="24"/>
        </w:rPr>
        <w:t>faktor</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pelindung</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eksternal</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berupa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dukungan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penuh</w:t>
      </w:r>
      <w:proofErr w:type="spellEnd"/>
      <w:r w:rsidRPr="009D161B">
        <w:rPr>
          <w:rFonts w:ascii="Times New Roman" w:hAnsi="Times New Roman" w:cs="Times New Roman"/>
          <w:sz w:val="24"/>
          <w:szCs w:val="24"/>
        </w:rPr>
        <w:t xml:space="preserve"> (100%) </w:t>
      </w:r>
      <w:proofErr w:type="spellStart"/>
      <w:r w:rsidRPr="009D161B">
        <w:rPr>
          <w:rFonts w:ascii="Times New Roman" w:hAnsi="Times New Roman" w:cs="Times New Roman"/>
          <w:sz w:val="24"/>
          <w:szCs w:val="24"/>
        </w:rPr>
        <w:t>dari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rekan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kerja</w:t>
      </w:r>
      <w:proofErr w:type="spellEnd"/>
      <w:r w:rsidRPr="009D161B">
        <w:rPr>
          <w:rFonts w:ascii="Times New Roman" w:hAnsi="Times New Roman" w:cs="Times New Roman"/>
          <w:sz w:val="24"/>
          <w:szCs w:val="24"/>
        </w:rPr>
        <w:t xml:space="preserve"> dan </w:t>
      </w:r>
      <w:proofErr w:type="spellStart"/>
      <w:r w:rsidRPr="009D161B">
        <w:rPr>
          <w:rFonts w:ascii="Times New Roman" w:hAnsi="Times New Roman" w:cs="Times New Roman"/>
          <w:sz w:val="24"/>
          <w:szCs w:val="24"/>
        </w:rPr>
        <w:t>iklim</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organisasi</w:t>
      </w:r>
      <w:proofErr w:type="spellEnd"/>
      <w:r w:rsidRPr="009D161B">
        <w:rPr>
          <w:rFonts w:ascii="Times New Roman" w:hAnsi="Times New Roman" w:cs="Times New Roman"/>
          <w:sz w:val="24"/>
          <w:szCs w:val="24"/>
        </w:rPr>
        <w:t xml:space="preserve"> hotel yang </w:t>
      </w:r>
      <w:proofErr w:type="spellStart"/>
      <w:r w:rsidRPr="009D161B">
        <w:rPr>
          <w:rFonts w:ascii="Times New Roman" w:hAnsi="Times New Roman" w:cs="Times New Roman"/>
          <w:sz w:val="24"/>
          <w:szCs w:val="24"/>
        </w:rPr>
        <w:t>inklusif</w:t>
      </w:r>
      <w:proofErr w:type="spellEnd"/>
      <w:r w:rsidRPr="009D161B">
        <w:rPr>
          <w:rFonts w:ascii="Times New Roman" w:hAnsi="Times New Roman" w:cs="Times New Roman"/>
          <w:sz w:val="24"/>
          <w:szCs w:val="24"/>
        </w:rPr>
        <w:t>.</w:t>
      </w:r>
    </w:p>
    <w:p w14:paraId="55B7BDB3" w14:textId="77777777" w:rsidR="00C27EDE" w:rsidRPr="000A73CA" w:rsidRDefault="00156FA5">
      <w:pPr>
        <w:pStyle w:val="Heading2"/>
        <w:numPr>
          <w:ilvl w:val="1"/>
          <w:numId w:val="26"/>
        </w:numPr>
        <w:spacing w:before="0" w:line="360" w:lineRule="auto"/>
        <w:ind w:left="284"/>
        <w:rPr>
          <w:rFonts w:ascii="Times New Roman" w:hAnsi="Times New Roman" w:cs="Times New Roman"/>
          <w:color w:val="auto"/>
          <w:sz w:val="24"/>
          <w:szCs w:val="24"/>
        </w:rPr>
      </w:pPr>
      <w:bookmarkStart w:id="69" w:name="_Toc238448327"/>
      <w:r w:rsidRPr="000A73CA">
        <w:rPr>
          <w:rFonts w:ascii="Times New Roman" w:hAnsi="Times New Roman" w:cs="Times New Roman"/>
          <w:color w:val="auto"/>
          <w:sz w:val="24"/>
          <w:szCs w:val="24"/>
        </w:rPr>
        <w:t>Saran</w:t>
      </w:r>
      <w:bookmarkEnd w:id="69"/>
    </w:p>
    <w:p w14:paraId="04F563F5" w14:textId="77777777" w:rsidR="00C27EDE" w:rsidRPr="009D161B" w:rsidRDefault="00156FA5" w:rsidP="009D161B">
      <w:pPr>
        <w:spacing w:after="0" w:line="360" w:lineRule="auto"/>
        <w:ind w:left="284" w:firstLine="709"/>
        <w:jc w:val="both"/>
        <w:rPr>
          <w:rFonts w:ascii="Times New Roman" w:hAnsi="Times New Roman" w:cs="Times New Roman"/>
          <w:sz w:val="24"/>
          <w:szCs w:val="24"/>
        </w:rPr>
      </w:pPr>
      <w:proofErr w:type="spellStart"/>
      <w:r w:rsidRPr="009D161B">
        <w:rPr>
          <w:rFonts w:ascii="Times New Roman" w:hAnsi="Times New Roman" w:cs="Times New Roman"/>
          <w:sz w:val="24"/>
          <w:szCs w:val="24"/>
        </w:rPr>
        <w:t>Berdasarkan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kesimpulan</w:t>
      </w:r>
      <w:proofErr w:type="spellEnd"/>
      <w:r w:rsidRPr="009D161B">
        <w:rPr>
          <w:rFonts w:ascii="Times New Roman" w:hAnsi="Times New Roman" w:cs="Times New Roman"/>
          <w:sz w:val="24"/>
          <w:szCs w:val="24"/>
        </w:rPr>
        <w:t xml:space="preserve"> di </w:t>
      </w:r>
      <w:proofErr w:type="spellStart"/>
      <w:r w:rsidRPr="009D161B">
        <w:rPr>
          <w:rFonts w:ascii="Times New Roman" w:hAnsi="Times New Roman" w:cs="Times New Roman"/>
          <w:sz w:val="24"/>
          <w:szCs w:val="24"/>
        </w:rPr>
        <w:t>atas</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peneliti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merumuskan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beberapa</w:t>
      </w:r>
      <w:proofErr w:type="spellEnd"/>
      <w:r w:rsidRPr="009D161B">
        <w:rPr>
          <w:rFonts w:ascii="Times New Roman" w:hAnsi="Times New Roman" w:cs="Times New Roman"/>
          <w:sz w:val="24"/>
          <w:szCs w:val="24"/>
        </w:rPr>
        <w:t xml:space="preserve"> saran </w:t>
      </w:r>
      <w:proofErr w:type="spellStart"/>
      <w:r w:rsidRPr="009D161B">
        <w:rPr>
          <w:rFonts w:ascii="Times New Roman" w:hAnsi="Times New Roman" w:cs="Times New Roman"/>
          <w:sz w:val="24"/>
          <w:szCs w:val="24"/>
        </w:rPr>
        <w:t>praktis</w:t>
      </w:r>
      <w:proofErr w:type="spellEnd"/>
      <w:r w:rsidRPr="009D161B">
        <w:rPr>
          <w:rFonts w:ascii="Times New Roman" w:hAnsi="Times New Roman" w:cs="Times New Roman"/>
          <w:sz w:val="24"/>
          <w:szCs w:val="24"/>
        </w:rPr>
        <w:t xml:space="preserve"> dan </w:t>
      </w:r>
      <w:proofErr w:type="spellStart"/>
      <w:r w:rsidRPr="009D161B">
        <w:rPr>
          <w:rFonts w:ascii="Times New Roman" w:hAnsi="Times New Roman" w:cs="Times New Roman"/>
          <w:sz w:val="24"/>
          <w:szCs w:val="24"/>
        </w:rPr>
        <w:t>akademis</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sebagai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berikut</w:t>
      </w:r>
      <w:proofErr w:type="spellEnd"/>
      <w:r w:rsidRPr="009D161B">
        <w:rPr>
          <w:rFonts w:ascii="Times New Roman" w:hAnsi="Times New Roman" w:cs="Times New Roman"/>
          <w:sz w:val="24"/>
          <w:szCs w:val="24"/>
        </w:rPr>
        <w:t>:</w:t>
      </w:r>
    </w:p>
    <w:p w14:paraId="55085F02" w14:textId="77777777" w:rsidR="00577E30" w:rsidRPr="009D161B" w:rsidRDefault="00156FA5">
      <w:pPr>
        <w:pStyle w:val="ListParagraph"/>
        <w:numPr>
          <w:ilvl w:val="0"/>
          <w:numId w:val="8"/>
        </w:numPr>
        <w:spacing w:after="0" w:line="360" w:lineRule="auto"/>
        <w:ind w:left="851"/>
        <w:jc w:val="both"/>
        <w:rPr>
          <w:rFonts w:ascii="Times New Roman" w:hAnsi="Times New Roman" w:cs="Times New Roman"/>
          <w:sz w:val="24"/>
          <w:szCs w:val="24"/>
        </w:rPr>
      </w:pPr>
      <w:r w:rsidRPr="009D161B">
        <w:rPr>
          <w:rFonts w:ascii="Times New Roman" w:hAnsi="Times New Roman" w:cs="Times New Roman"/>
          <w:sz w:val="24"/>
          <w:szCs w:val="24"/>
        </w:rPr>
        <w:t xml:space="preserve">Bagi </w:t>
      </w:r>
      <w:proofErr w:type="spellStart"/>
      <w:r w:rsidRPr="009D161B">
        <w:rPr>
          <w:rFonts w:ascii="Times New Roman" w:hAnsi="Times New Roman" w:cs="Times New Roman"/>
          <w:sz w:val="24"/>
          <w:szCs w:val="24"/>
        </w:rPr>
        <w:t>Mahasiswa</w:t>
      </w:r>
      <w:proofErr w:type="spellEnd"/>
      <w:r w:rsidRPr="009D161B">
        <w:rPr>
          <w:rFonts w:ascii="Times New Roman" w:hAnsi="Times New Roman" w:cs="Times New Roman"/>
          <w:sz w:val="24"/>
          <w:szCs w:val="24"/>
        </w:rPr>
        <w:t xml:space="preserve"> dan Calon Tenaga </w:t>
      </w:r>
      <w:proofErr w:type="spellStart"/>
      <w:r w:rsidRPr="009D161B">
        <w:rPr>
          <w:rFonts w:ascii="Times New Roman" w:hAnsi="Times New Roman" w:cs="Times New Roman"/>
          <w:sz w:val="24"/>
          <w:szCs w:val="24"/>
        </w:rPr>
        <w:t>Kerja</w:t>
      </w:r>
      <w:proofErr w:type="spellEnd"/>
      <w:r w:rsidRPr="009D161B">
        <w:rPr>
          <w:rFonts w:ascii="Times New Roman" w:hAnsi="Times New Roman" w:cs="Times New Roman"/>
          <w:sz w:val="24"/>
          <w:szCs w:val="24"/>
        </w:rPr>
        <w:t xml:space="preserve"> Asing: Calon </w:t>
      </w:r>
      <w:proofErr w:type="spellStart"/>
      <w:r w:rsidRPr="009D161B">
        <w:rPr>
          <w:rFonts w:ascii="Times New Roman" w:hAnsi="Times New Roman" w:cs="Times New Roman"/>
          <w:sz w:val="24"/>
          <w:szCs w:val="24"/>
        </w:rPr>
        <w:t>pekerja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disarankan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untuk</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meningkatkan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kesiapan</w:t>
      </w:r>
      <w:proofErr w:type="spellEnd"/>
      <w:r w:rsidRPr="009D161B">
        <w:rPr>
          <w:rFonts w:ascii="Times New Roman" w:hAnsi="Times New Roman" w:cs="Times New Roman"/>
          <w:sz w:val="24"/>
          <w:szCs w:val="24"/>
        </w:rPr>
        <w:t xml:space="preserve"> mental dan </w:t>
      </w:r>
      <w:proofErr w:type="spellStart"/>
      <w:r w:rsidRPr="009D161B">
        <w:rPr>
          <w:rFonts w:ascii="Times New Roman" w:hAnsi="Times New Roman" w:cs="Times New Roman"/>
          <w:sz w:val="24"/>
          <w:szCs w:val="24"/>
        </w:rPr>
        <w:t>tidak</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hanya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berfokus</w:t>
      </w:r>
      <w:proofErr w:type="spellEnd"/>
      <w:r w:rsidRPr="009D161B">
        <w:rPr>
          <w:rFonts w:ascii="Times New Roman" w:hAnsi="Times New Roman" w:cs="Times New Roman"/>
          <w:sz w:val="24"/>
          <w:szCs w:val="24"/>
        </w:rPr>
        <w:t xml:space="preserve"> pada </w:t>
      </w:r>
      <w:proofErr w:type="spellStart"/>
      <w:r w:rsidRPr="009D161B">
        <w:rPr>
          <w:rFonts w:ascii="Times New Roman" w:hAnsi="Times New Roman" w:cs="Times New Roman"/>
          <w:sz w:val="24"/>
          <w:szCs w:val="24"/>
        </w:rPr>
        <w:t>penguasaan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bahasa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Jepang</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umum</w:t>
      </w:r>
      <w:proofErr w:type="spellEnd"/>
      <w:r w:rsidRPr="009D161B">
        <w:rPr>
          <w:rFonts w:ascii="Times New Roman" w:hAnsi="Times New Roman" w:cs="Times New Roman"/>
          <w:sz w:val="24"/>
          <w:szCs w:val="24"/>
        </w:rPr>
        <w:t xml:space="preserve"> (</w:t>
      </w:r>
      <w:r w:rsidRPr="000A73CA">
        <w:rPr>
          <w:rFonts w:ascii="Times New Roman" w:hAnsi="Times New Roman" w:cs="Times New Roman"/>
          <w:i/>
          <w:iCs/>
          <w:sz w:val="24"/>
          <w:szCs w:val="24"/>
        </w:rPr>
        <w:t>Minna no Nihongo</w:t>
      </w:r>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melainkan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secara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spesifik</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memperdalam</w:t>
      </w:r>
      <w:proofErr w:type="spellEnd"/>
      <w:r w:rsidRPr="009D161B">
        <w:rPr>
          <w:rFonts w:ascii="Times New Roman" w:hAnsi="Times New Roman" w:cs="Times New Roman"/>
          <w:sz w:val="24"/>
          <w:szCs w:val="24"/>
        </w:rPr>
        <w:t xml:space="preserve"> ragam </w:t>
      </w:r>
      <w:proofErr w:type="spellStart"/>
      <w:r w:rsidRPr="009D161B">
        <w:rPr>
          <w:rFonts w:ascii="Times New Roman" w:hAnsi="Times New Roman" w:cs="Times New Roman"/>
          <w:sz w:val="24"/>
          <w:szCs w:val="24"/>
        </w:rPr>
        <w:t>bahasa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hormat</w:t>
      </w:r>
      <w:proofErr w:type="spellEnd"/>
      <w:r w:rsidRPr="009D161B">
        <w:rPr>
          <w:rFonts w:ascii="Times New Roman" w:hAnsi="Times New Roman" w:cs="Times New Roman"/>
          <w:sz w:val="24"/>
          <w:szCs w:val="24"/>
        </w:rPr>
        <w:t xml:space="preserve"> (</w:t>
      </w:r>
      <w:r w:rsidRPr="000A73CA">
        <w:rPr>
          <w:rFonts w:ascii="Times New Roman" w:hAnsi="Times New Roman" w:cs="Times New Roman"/>
          <w:i/>
          <w:iCs/>
          <w:sz w:val="24"/>
          <w:szCs w:val="24"/>
        </w:rPr>
        <w:t>Keigo</w:t>
      </w:r>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serta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menghafal</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kosakata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teknis</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operasional</w:t>
      </w:r>
      <w:proofErr w:type="spellEnd"/>
      <w:r w:rsidRPr="009D161B">
        <w:rPr>
          <w:rFonts w:ascii="Times New Roman" w:hAnsi="Times New Roman" w:cs="Times New Roman"/>
          <w:sz w:val="24"/>
          <w:szCs w:val="24"/>
        </w:rPr>
        <w:t xml:space="preserve"> </w:t>
      </w:r>
      <w:r w:rsidRPr="000A73CA">
        <w:rPr>
          <w:rFonts w:ascii="Times New Roman" w:hAnsi="Times New Roman" w:cs="Times New Roman"/>
          <w:i/>
          <w:iCs/>
          <w:sz w:val="24"/>
          <w:szCs w:val="24"/>
        </w:rPr>
        <w:t>hospitality</w:t>
      </w:r>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sebelum</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keberangkatan</w:t>
      </w:r>
      <w:proofErr w:type="spellEnd"/>
      <w:r w:rsidRPr="009D161B">
        <w:rPr>
          <w:rFonts w:ascii="Times New Roman" w:hAnsi="Times New Roman" w:cs="Times New Roman"/>
          <w:sz w:val="24"/>
          <w:szCs w:val="24"/>
        </w:rPr>
        <w:t xml:space="preserve">. Selain </w:t>
      </w:r>
      <w:proofErr w:type="spellStart"/>
      <w:r w:rsidRPr="009D161B">
        <w:rPr>
          <w:rFonts w:ascii="Times New Roman" w:hAnsi="Times New Roman" w:cs="Times New Roman"/>
          <w:sz w:val="24"/>
          <w:szCs w:val="24"/>
        </w:rPr>
        <w:t>itu</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miliki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keberanian</w:t>
      </w:r>
      <w:proofErr w:type="spellEnd"/>
      <w:r w:rsidRPr="009D161B">
        <w:rPr>
          <w:rFonts w:ascii="Times New Roman" w:hAnsi="Times New Roman" w:cs="Times New Roman"/>
          <w:sz w:val="24"/>
          <w:szCs w:val="24"/>
        </w:rPr>
        <w:t xml:space="preserve"> mental </w:t>
      </w:r>
      <w:proofErr w:type="spellStart"/>
      <w:r w:rsidRPr="009D161B">
        <w:rPr>
          <w:rFonts w:ascii="Times New Roman" w:hAnsi="Times New Roman" w:cs="Times New Roman"/>
          <w:sz w:val="24"/>
          <w:szCs w:val="24"/>
        </w:rPr>
        <w:t>untuk</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berkomunikasi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bersikap</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jujur</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saat</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tidak</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memahami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instruksi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jangan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asal</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berkata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hai</w:t>
      </w:r>
      <w:proofErr w:type="spellEnd"/>
      <w:r w:rsidRPr="009D161B">
        <w:rPr>
          <w:rFonts w:ascii="Times New Roman" w:hAnsi="Times New Roman" w:cs="Times New Roman"/>
          <w:sz w:val="24"/>
          <w:szCs w:val="24"/>
        </w:rPr>
        <w:t xml:space="preserve"> </w:t>
      </w:r>
      <w:proofErr w:type="spellStart"/>
      <w:r w:rsidRPr="000A73CA">
        <w:rPr>
          <w:rFonts w:ascii="Times New Roman" w:hAnsi="Times New Roman" w:cs="Times New Roman"/>
          <w:i/>
          <w:iCs/>
          <w:sz w:val="24"/>
          <w:szCs w:val="24"/>
        </w:rPr>
        <w:t>wakarimashita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serta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membiasakan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diri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dengan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budaya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ketepatan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waktu</w:t>
      </w:r>
      <w:proofErr w:type="spellEnd"/>
      <w:r w:rsidRPr="009D161B">
        <w:rPr>
          <w:rFonts w:ascii="Times New Roman" w:hAnsi="Times New Roman" w:cs="Times New Roman"/>
          <w:sz w:val="24"/>
          <w:szCs w:val="24"/>
        </w:rPr>
        <w:t xml:space="preserve"> yang </w:t>
      </w:r>
      <w:r w:rsidRPr="000A73CA">
        <w:rPr>
          <w:rFonts w:ascii="Times New Roman" w:hAnsi="Times New Roman" w:cs="Times New Roman"/>
          <w:i/>
          <w:iCs/>
          <w:sz w:val="24"/>
          <w:szCs w:val="24"/>
        </w:rPr>
        <w:t>rigid</w:t>
      </w:r>
      <w:r w:rsidRPr="009D161B">
        <w:rPr>
          <w:rFonts w:ascii="Times New Roman" w:hAnsi="Times New Roman" w:cs="Times New Roman"/>
          <w:sz w:val="24"/>
          <w:szCs w:val="24"/>
        </w:rPr>
        <w:t>.</w:t>
      </w:r>
    </w:p>
    <w:p w14:paraId="3D31A1A0" w14:textId="77777777" w:rsidR="00577E30" w:rsidRPr="009D161B" w:rsidRDefault="00156FA5">
      <w:pPr>
        <w:pStyle w:val="ListParagraph"/>
        <w:numPr>
          <w:ilvl w:val="0"/>
          <w:numId w:val="8"/>
        </w:numPr>
        <w:spacing w:after="0" w:line="360" w:lineRule="auto"/>
        <w:ind w:left="851"/>
        <w:jc w:val="both"/>
        <w:rPr>
          <w:rFonts w:ascii="Times New Roman" w:hAnsi="Times New Roman" w:cs="Times New Roman"/>
          <w:sz w:val="24"/>
          <w:szCs w:val="24"/>
        </w:rPr>
      </w:pPr>
      <w:r w:rsidRPr="009D161B">
        <w:rPr>
          <w:rFonts w:ascii="Times New Roman" w:hAnsi="Times New Roman" w:cs="Times New Roman"/>
          <w:sz w:val="24"/>
          <w:szCs w:val="24"/>
        </w:rPr>
        <w:t xml:space="preserve">Bagi </w:t>
      </w:r>
      <w:proofErr w:type="spellStart"/>
      <w:r w:rsidRPr="009D161B">
        <w:rPr>
          <w:rFonts w:ascii="Times New Roman" w:hAnsi="Times New Roman" w:cs="Times New Roman"/>
          <w:sz w:val="24"/>
          <w:szCs w:val="24"/>
        </w:rPr>
        <w:t>Institusi</w:t>
      </w:r>
      <w:proofErr w:type="spellEnd"/>
      <w:r w:rsidRPr="009D161B">
        <w:rPr>
          <w:rFonts w:ascii="Times New Roman" w:hAnsi="Times New Roman" w:cs="Times New Roman"/>
          <w:sz w:val="24"/>
          <w:szCs w:val="24"/>
        </w:rPr>
        <w:t xml:space="preserve"> Pendidikan (Program Studi Bahasa Asing </w:t>
      </w:r>
      <w:proofErr w:type="spellStart"/>
      <w:r w:rsidRPr="009D161B">
        <w:rPr>
          <w:rFonts w:ascii="Times New Roman" w:hAnsi="Times New Roman" w:cs="Times New Roman"/>
          <w:sz w:val="24"/>
          <w:szCs w:val="24"/>
        </w:rPr>
        <w:t>Terapan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Institusi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pendidikan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diharapkan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dapat</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memperkecil</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jarak</w:t>
      </w:r>
      <w:proofErr w:type="spellEnd"/>
      <w:r w:rsidRPr="009D161B">
        <w:rPr>
          <w:rFonts w:ascii="Times New Roman" w:hAnsi="Times New Roman" w:cs="Times New Roman"/>
          <w:sz w:val="24"/>
          <w:szCs w:val="24"/>
        </w:rPr>
        <w:t xml:space="preserve"> (gap) </w:t>
      </w:r>
      <w:proofErr w:type="spellStart"/>
      <w:r w:rsidRPr="009D161B">
        <w:rPr>
          <w:rFonts w:ascii="Times New Roman" w:hAnsi="Times New Roman" w:cs="Times New Roman"/>
          <w:sz w:val="24"/>
          <w:szCs w:val="24"/>
        </w:rPr>
        <w:t>kompetensi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dengan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menyusun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kurikulum</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berbasis</w:t>
      </w:r>
      <w:proofErr w:type="spellEnd"/>
      <w:r w:rsidRPr="009D161B">
        <w:rPr>
          <w:rFonts w:ascii="Times New Roman" w:hAnsi="Times New Roman" w:cs="Times New Roman"/>
          <w:sz w:val="24"/>
          <w:szCs w:val="24"/>
        </w:rPr>
        <w:t xml:space="preserve"> </w:t>
      </w:r>
      <w:r w:rsidRPr="000A73CA">
        <w:rPr>
          <w:rFonts w:ascii="Times New Roman" w:hAnsi="Times New Roman" w:cs="Times New Roman"/>
          <w:i/>
          <w:iCs/>
          <w:sz w:val="24"/>
          <w:szCs w:val="24"/>
        </w:rPr>
        <w:t>English/Japanese for Specific Purposes</w:t>
      </w:r>
      <w:r w:rsidRPr="009D161B">
        <w:rPr>
          <w:rFonts w:ascii="Times New Roman" w:hAnsi="Times New Roman" w:cs="Times New Roman"/>
          <w:sz w:val="24"/>
          <w:szCs w:val="24"/>
        </w:rPr>
        <w:t xml:space="preserve"> (ESP/JSP) yang </w:t>
      </w:r>
      <w:proofErr w:type="spellStart"/>
      <w:r w:rsidRPr="009D161B">
        <w:rPr>
          <w:rFonts w:ascii="Times New Roman" w:hAnsi="Times New Roman" w:cs="Times New Roman"/>
          <w:sz w:val="24"/>
          <w:szCs w:val="24"/>
        </w:rPr>
        <w:t>mengintegrasikan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simulasi</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pelayanan</w:t>
      </w:r>
      <w:proofErr w:type="spellEnd"/>
      <w:r w:rsidRPr="009D161B">
        <w:rPr>
          <w:rFonts w:ascii="Times New Roman" w:hAnsi="Times New Roman" w:cs="Times New Roman"/>
          <w:sz w:val="24"/>
          <w:szCs w:val="24"/>
        </w:rPr>
        <w:t xml:space="preserve"> hotel </w:t>
      </w:r>
      <w:proofErr w:type="spellStart"/>
      <w:r w:rsidRPr="009D161B">
        <w:rPr>
          <w:rFonts w:ascii="Times New Roman" w:hAnsi="Times New Roman" w:cs="Times New Roman"/>
          <w:sz w:val="24"/>
          <w:szCs w:val="24"/>
        </w:rPr>
        <w:t>menggunakan</w:t>
      </w:r>
      <w:proofErr w:type="spellEnd"/>
      <w:r w:rsidRPr="009D161B">
        <w:rPr>
          <w:rFonts w:ascii="Times New Roman" w:hAnsi="Times New Roman" w:cs="Times New Roman"/>
          <w:sz w:val="24"/>
          <w:szCs w:val="24"/>
        </w:rPr>
        <w:t xml:space="preserve"> Keigo </w:t>
      </w:r>
      <w:proofErr w:type="spellStart"/>
      <w:r w:rsidRPr="009D161B">
        <w:rPr>
          <w:rFonts w:ascii="Times New Roman" w:hAnsi="Times New Roman" w:cs="Times New Roman"/>
          <w:sz w:val="24"/>
          <w:szCs w:val="24"/>
        </w:rPr>
        <w:t>nyata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pembelajaran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dialek</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lokal</w:t>
      </w:r>
      <w:proofErr w:type="spellEnd"/>
      <w:r w:rsidRPr="009D161B">
        <w:rPr>
          <w:rFonts w:ascii="Times New Roman" w:hAnsi="Times New Roman" w:cs="Times New Roman"/>
          <w:sz w:val="24"/>
          <w:szCs w:val="24"/>
        </w:rPr>
        <w:t xml:space="preserve"> (</w:t>
      </w:r>
      <w:r w:rsidRPr="000A73CA">
        <w:rPr>
          <w:rFonts w:ascii="Times New Roman" w:hAnsi="Times New Roman" w:cs="Times New Roman"/>
          <w:i/>
          <w:iCs/>
          <w:sz w:val="24"/>
          <w:szCs w:val="24"/>
        </w:rPr>
        <w:t>Hogen</w:t>
      </w:r>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serta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pengenalan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konsep</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etika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kerja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praktis</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seperti</w:t>
      </w:r>
      <w:proofErr w:type="spellEnd"/>
      <w:r w:rsidRPr="009D161B">
        <w:rPr>
          <w:rFonts w:ascii="Times New Roman" w:hAnsi="Times New Roman" w:cs="Times New Roman"/>
          <w:sz w:val="24"/>
          <w:szCs w:val="24"/>
        </w:rPr>
        <w:t xml:space="preserve"> </w:t>
      </w:r>
      <w:proofErr w:type="spellStart"/>
      <w:r w:rsidRPr="000A73CA">
        <w:rPr>
          <w:rFonts w:ascii="Times New Roman" w:hAnsi="Times New Roman" w:cs="Times New Roman"/>
          <w:i/>
          <w:iCs/>
          <w:sz w:val="24"/>
          <w:szCs w:val="24"/>
        </w:rPr>
        <w:t>Omotenashi</w:t>
      </w:r>
      <w:proofErr w:type="spellEnd"/>
      <w:r w:rsidRPr="000A73CA">
        <w:rPr>
          <w:rFonts w:ascii="Times New Roman" w:hAnsi="Times New Roman" w:cs="Times New Roman"/>
          <w:i/>
          <w:iCs/>
          <w:sz w:val="24"/>
          <w:szCs w:val="24"/>
        </w:rPr>
        <w:t xml:space="preserve">, </w:t>
      </w:r>
      <w:proofErr w:type="spellStart"/>
      <w:r w:rsidRPr="000A73CA">
        <w:rPr>
          <w:rFonts w:ascii="Times New Roman" w:hAnsi="Times New Roman" w:cs="Times New Roman"/>
          <w:i/>
          <w:iCs/>
          <w:sz w:val="24"/>
          <w:szCs w:val="24"/>
        </w:rPr>
        <w:t>Hourenso</w:t>
      </w:r>
      <w:proofErr w:type="spellEnd"/>
      <w:r w:rsidRPr="009D161B">
        <w:rPr>
          <w:rFonts w:ascii="Times New Roman" w:hAnsi="Times New Roman" w:cs="Times New Roman"/>
          <w:sz w:val="24"/>
          <w:szCs w:val="24"/>
        </w:rPr>
        <w:t xml:space="preserve">, dan </w:t>
      </w:r>
      <w:proofErr w:type="spellStart"/>
      <w:r w:rsidRPr="000A73CA">
        <w:rPr>
          <w:rFonts w:ascii="Times New Roman" w:hAnsi="Times New Roman" w:cs="Times New Roman"/>
          <w:i/>
          <w:iCs/>
          <w:sz w:val="24"/>
          <w:szCs w:val="24"/>
        </w:rPr>
        <w:t>Meiwaku</w:t>
      </w:r>
      <w:proofErr w:type="spellEnd"/>
      <w:r w:rsidRPr="009D161B">
        <w:rPr>
          <w:rFonts w:ascii="Times New Roman" w:hAnsi="Times New Roman" w:cs="Times New Roman"/>
          <w:sz w:val="24"/>
          <w:szCs w:val="24"/>
        </w:rPr>
        <w:t>.</w:t>
      </w:r>
    </w:p>
    <w:p w14:paraId="34123F0F" w14:textId="77777777" w:rsidR="00577E30" w:rsidRPr="009D161B" w:rsidRDefault="00156FA5">
      <w:pPr>
        <w:pStyle w:val="ListParagraph"/>
        <w:numPr>
          <w:ilvl w:val="0"/>
          <w:numId w:val="8"/>
        </w:numPr>
        <w:spacing w:after="0" w:line="360" w:lineRule="auto"/>
        <w:ind w:left="851"/>
        <w:jc w:val="both"/>
        <w:rPr>
          <w:rFonts w:ascii="Times New Roman" w:hAnsi="Times New Roman" w:cs="Times New Roman"/>
          <w:sz w:val="24"/>
          <w:szCs w:val="24"/>
        </w:rPr>
      </w:pPr>
      <w:r w:rsidRPr="009D161B">
        <w:rPr>
          <w:rFonts w:ascii="Times New Roman" w:hAnsi="Times New Roman" w:cs="Times New Roman"/>
          <w:sz w:val="24"/>
          <w:szCs w:val="24"/>
        </w:rPr>
        <w:t xml:space="preserve">Bagi Industri </w:t>
      </w:r>
      <w:r w:rsidRPr="000A73CA">
        <w:rPr>
          <w:rFonts w:ascii="Times New Roman" w:hAnsi="Times New Roman" w:cs="Times New Roman"/>
          <w:i/>
          <w:iCs/>
          <w:sz w:val="24"/>
          <w:szCs w:val="24"/>
        </w:rPr>
        <w:t>Hospitality</w:t>
      </w:r>
      <w:r w:rsidRPr="009D161B">
        <w:rPr>
          <w:rFonts w:ascii="Times New Roman" w:hAnsi="Times New Roman" w:cs="Times New Roman"/>
          <w:sz w:val="24"/>
          <w:szCs w:val="24"/>
        </w:rPr>
        <w:t xml:space="preserve"> di </w:t>
      </w:r>
      <w:proofErr w:type="spellStart"/>
      <w:r w:rsidRPr="009D161B">
        <w:rPr>
          <w:rFonts w:ascii="Times New Roman" w:hAnsi="Times New Roman" w:cs="Times New Roman"/>
          <w:sz w:val="24"/>
          <w:szCs w:val="24"/>
        </w:rPr>
        <w:t>Jepang</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Manajemen</w:t>
      </w:r>
      <w:proofErr w:type="spellEnd"/>
      <w:r w:rsidRPr="009D161B">
        <w:rPr>
          <w:rFonts w:ascii="Times New Roman" w:hAnsi="Times New Roman" w:cs="Times New Roman"/>
          <w:sz w:val="24"/>
          <w:szCs w:val="24"/>
        </w:rPr>
        <w:t xml:space="preserve"> hotel </w:t>
      </w:r>
      <w:proofErr w:type="spellStart"/>
      <w:r w:rsidRPr="009D161B">
        <w:rPr>
          <w:rFonts w:ascii="Times New Roman" w:hAnsi="Times New Roman" w:cs="Times New Roman"/>
          <w:sz w:val="24"/>
          <w:szCs w:val="24"/>
        </w:rPr>
        <w:t>disarankan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untuk</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terus</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mempertahankan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iklim</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kerja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inklusif</w:t>
      </w:r>
      <w:proofErr w:type="spellEnd"/>
      <w:r w:rsidRPr="009D161B">
        <w:rPr>
          <w:rFonts w:ascii="Times New Roman" w:hAnsi="Times New Roman" w:cs="Times New Roman"/>
          <w:sz w:val="24"/>
          <w:szCs w:val="24"/>
        </w:rPr>
        <w:t xml:space="preserve"> dan </w:t>
      </w:r>
      <w:proofErr w:type="spellStart"/>
      <w:r w:rsidRPr="009D161B">
        <w:rPr>
          <w:rFonts w:ascii="Times New Roman" w:hAnsi="Times New Roman" w:cs="Times New Roman"/>
          <w:sz w:val="24"/>
          <w:szCs w:val="24"/>
        </w:rPr>
        <w:t>sistem</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dukungan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sosial</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antarstaf</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lokal</w:t>
      </w:r>
      <w:proofErr w:type="spellEnd"/>
      <w:r w:rsidRPr="009D161B">
        <w:rPr>
          <w:rFonts w:ascii="Times New Roman" w:hAnsi="Times New Roman" w:cs="Times New Roman"/>
          <w:sz w:val="24"/>
          <w:szCs w:val="24"/>
        </w:rPr>
        <w:t xml:space="preserve"> dan </w:t>
      </w:r>
      <w:proofErr w:type="spellStart"/>
      <w:r w:rsidRPr="009D161B">
        <w:rPr>
          <w:rFonts w:ascii="Times New Roman" w:hAnsi="Times New Roman" w:cs="Times New Roman"/>
          <w:sz w:val="24"/>
          <w:szCs w:val="24"/>
        </w:rPr>
        <w:t>asing</w:t>
      </w:r>
      <w:proofErr w:type="spellEnd"/>
      <w:r w:rsidRPr="009D161B">
        <w:rPr>
          <w:rFonts w:ascii="Times New Roman" w:hAnsi="Times New Roman" w:cs="Times New Roman"/>
          <w:sz w:val="24"/>
          <w:szCs w:val="24"/>
        </w:rPr>
        <w:t xml:space="preserve"> yang </w:t>
      </w:r>
      <w:proofErr w:type="spellStart"/>
      <w:r w:rsidRPr="009D161B">
        <w:rPr>
          <w:rFonts w:ascii="Times New Roman" w:hAnsi="Times New Roman" w:cs="Times New Roman"/>
          <w:sz w:val="24"/>
          <w:szCs w:val="24"/>
        </w:rPr>
        <w:t>telah</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berjalan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dengan</w:t>
      </w:r>
      <w:proofErr w:type="spellEnd"/>
      <w:r w:rsidRPr="009D161B">
        <w:rPr>
          <w:rFonts w:ascii="Times New Roman" w:hAnsi="Times New Roman" w:cs="Times New Roman"/>
          <w:sz w:val="24"/>
          <w:szCs w:val="24"/>
        </w:rPr>
        <w:t xml:space="preserve"> sangat </w:t>
      </w:r>
      <w:proofErr w:type="spellStart"/>
      <w:r w:rsidRPr="009D161B">
        <w:rPr>
          <w:rFonts w:ascii="Times New Roman" w:hAnsi="Times New Roman" w:cs="Times New Roman"/>
          <w:sz w:val="24"/>
          <w:szCs w:val="24"/>
        </w:rPr>
        <w:t>baik</w:t>
      </w:r>
      <w:proofErr w:type="spellEnd"/>
      <w:r w:rsidRPr="009D161B">
        <w:rPr>
          <w:rFonts w:ascii="Times New Roman" w:hAnsi="Times New Roman" w:cs="Times New Roman"/>
          <w:sz w:val="24"/>
          <w:szCs w:val="24"/>
        </w:rPr>
        <w:t xml:space="preserve">, guna </w:t>
      </w:r>
      <w:proofErr w:type="spellStart"/>
      <w:r w:rsidRPr="009D161B">
        <w:rPr>
          <w:rFonts w:ascii="Times New Roman" w:hAnsi="Times New Roman" w:cs="Times New Roman"/>
          <w:sz w:val="24"/>
          <w:szCs w:val="24"/>
        </w:rPr>
        <w:t>meminimalkan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stres</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kerja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operasional</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pekerja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asing</w:t>
      </w:r>
      <w:proofErr w:type="spellEnd"/>
      <w:r w:rsidRPr="009D161B">
        <w:rPr>
          <w:rFonts w:ascii="Times New Roman" w:hAnsi="Times New Roman" w:cs="Times New Roman"/>
          <w:sz w:val="24"/>
          <w:szCs w:val="24"/>
        </w:rPr>
        <w:t xml:space="preserve"> pada </w:t>
      </w:r>
      <w:proofErr w:type="spellStart"/>
      <w:r w:rsidRPr="009D161B">
        <w:rPr>
          <w:rFonts w:ascii="Times New Roman" w:hAnsi="Times New Roman" w:cs="Times New Roman"/>
          <w:sz w:val="24"/>
          <w:szCs w:val="24"/>
        </w:rPr>
        <w:t>bulan-bulan</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pertama</w:t>
      </w:r>
      <w:proofErr w:type="spellEnd"/>
      <w:r w:rsidRPr="009D161B">
        <w:rPr>
          <w:rFonts w:ascii="Times New Roman" w:hAnsi="Times New Roman" w:cs="Times New Roman"/>
          <w:sz w:val="24"/>
          <w:szCs w:val="24"/>
        </w:rPr>
        <w:t xml:space="preserve"> </w:t>
      </w:r>
      <w:proofErr w:type="spellStart"/>
      <w:r w:rsidRPr="009D161B">
        <w:rPr>
          <w:rFonts w:ascii="Times New Roman" w:hAnsi="Times New Roman" w:cs="Times New Roman"/>
          <w:sz w:val="24"/>
          <w:szCs w:val="24"/>
        </w:rPr>
        <w:t>penempatan</w:t>
      </w:r>
      <w:proofErr w:type="spellEnd"/>
      <w:r w:rsidRPr="009D161B">
        <w:rPr>
          <w:rFonts w:ascii="Times New Roman" w:hAnsi="Times New Roman" w:cs="Times New Roman"/>
          <w:sz w:val="24"/>
          <w:szCs w:val="24"/>
        </w:rPr>
        <w:t>.</w:t>
      </w:r>
    </w:p>
    <w:p w14:paraId="3B09E450" w14:textId="77777777" w:rsidR="00EB4EA3" w:rsidRDefault="00156FA5">
      <w:pPr>
        <w:pStyle w:val="ListParagraph"/>
        <w:numPr>
          <w:ilvl w:val="0"/>
          <w:numId w:val="8"/>
        </w:numPr>
        <w:spacing w:after="0" w:line="360" w:lineRule="auto"/>
        <w:ind w:left="851"/>
        <w:jc w:val="both"/>
        <w:rPr>
          <w:rFonts w:ascii="Times New Roman" w:hAnsi="Times New Roman" w:cs="Times New Roman"/>
          <w:color w:val="000000" w:themeColor="text1"/>
          <w:sz w:val="24"/>
          <w:szCs w:val="24"/>
        </w:rPr>
      </w:pPr>
      <w:r w:rsidRPr="009D161B">
        <w:rPr>
          <w:rFonts w:ascii="Times New Roman" w:hAnsi="Times New Roman" w:cs="Times New Roman"/>
          <w:sz w:val="24"/>
          <w:szCs w:val="24"/>
        </w:rPr>
        <w:t xml:space="preserve">Bagi </w:t>
      </w:r>
      <w:proofErr w:type="spellStart"/>
      <w:r w:rsidRPr="009D161B">
        <w:rPr>
          <w:rFonts w:ascii="Times New Roman" w:hAnsi="Times New Roman" w:cs="Times New Roman"/>
          <w:sz w:val="24"/>
          <w:szCs w:val="24"/>
        </w:rPr>
        <w:t>Peneliti</w:t>
      </w:r>
      <w:proofErr w:type="spellEnd"/>
      <w:r w:rsidRPr="009D161B">
        <w:rPr>
          <w:rFonts w:ascii="Times New Roman" w:hAnsi="Times New Roman" w:cs="Times New Roman"/>
          <w:sz w:val="24"/>
          <w:szCs w:val="24"/>
        </w:rPr>
        <w:t xml:space="preserve"> Selanjutnya: </w:t>
      </w:r>
      <w:proofErr w:type="spellStart"/>
      <w:r w:rsidRPr="009D161B">
        <w:rPr>
          <w:rFonts w:ascii="Times New Roman" w:hAnsi="Times New Roman" w:cs="Times New Roman"/>
          <w:sz w:val="24"/>
          <w:szCs w:val="24"/>
        </w:rPr>
        <w:t>Peneliti</w:t>
      </w:r>
      <w:proofErr w:type="spellEnd"/>
      <w:r w:rsidRPr="009D161B">
        <w:rPr>
          <w:rFonts w:ascii="Times New Roman" w:hAnsi="Times New Roman" w:cs="Times New Roman"/>
          <w:sz w:val="24"/>
          <w:szCs w:val="24"/>
        </w:rPr>
        <w:t xml:space="preserve"> </w:t>
      </w:r>
      <w:proofErr w:type="spellStart"/>
      <w:r w:rsidRPr="00577E30">
        <w:rPr>
          <w:rFonts w:ascii="Times New Roman" w:hAnsi="Times New Roman" w:cs="Times New Roman"/>
          <w:color w:val="000000" w:themeColor="text1"/>
          <w:sz w:val="24"/>
          <w:szCs w:val="24"/>
        </w:rPr>
        <w:t>berikutnya</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disarankan</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untuk</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memperluas</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lokus</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penelitian</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dengan</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metode</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campuran</w:t>
      </w:r>
      <w:proofErr w:type="spellEnd"/>
      <w:r w:rsidRPr="00577E30">
        <w:rPr>
          <w:rFonts w:ascii="Times New Roman" w:hAnsi="Times New Roman" w:cs="Times New Roman"/>
          <w:color w:val="000000" w:themeColor="text1"/>
          <w:sz w:val="24"/>
          <w:szCs w:val="24"/>
        </w:rPr>
        <w:t xml:space="preserve"> agar </w:t>
      </w:r>
      <w:proofErr w:type="spellStart"/>
      <w:r w:rsidRPr="00577E30">
        <w:rPr>
          <w:rFonts w:ascii="Times New Roman" w:hAnsi="Times New Roman" w:cs="Times New Roman"/>
          <w:color w:val="000000" w:themeColor="text1"/>
          <w:sz w:val="24"/>
          <w:szCs w:val="24"/>
        </w:rPr>
        <w:t>dapat</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menggeneralisasi</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persentase</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tingkat</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hambatan</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atau</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melakukan</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penelitian</w:t>
      </w:r>
      <w:proofErr w:type="spellEnd"/>
      <w:r w:rsidRPr="00577E30">
        <w:rPr>
          <w:rFonts w:ascii="Times New Roman" w:hAnsi="Times New Roman" w:cs="Times New Roman"/>
          <w:color w:val="000000" w:themeColor="text1"/>
          <w:sz w:val="24"/>
          <w:szCs w:val="24"/>
        </w:rPr>
        <w:t xml:space="preserve"> longitudinal </w:t>
      </w:r>
      <w:proofErr w:type="spellStart"/>
      <w:r w:rsidRPr="00577E30">
        <w:rPr>
          <w:rFonts w:ascii="Times New Roman" w:hAnsi="Times New Roman" w:cs="Times New Roman"/>
          <w:color w:val="000000" w:themeColor="text1"/>
          <w:sz w:val="24"/>
          <w:szCs w:val="24"/>
        </w:rPr>
        <w:t>untuk</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melihat</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efektivitas</w:t>
      </w:r>
      <w:proofErr w:type="spellEnd"/>
      <w:r w:rsidRPr="00577E30">
        <w:rPr>
          <w:rFonts w:ascii="Times New Roman" w:hAnsi="Times New Roman" w:cs="Times New Roman"/>
          <w:color w:val="000000" w:themeColor="text1"/>
          <w:sz w:val="24"/>
          <w:szCs w:val="24"/>
        </w:rPr>
        <w:t xml:space="preserve"> strategi </w:t>
      </w:r>
      <w:proofErr w:type="spellStart"/>
      <w:r w:rsidRPr="00577E30">
        <w:rPr>
          <w:rFonts w:ascii="Times New Roman" w:hAnsi="Times New Roman" w:cs="Times New Roman"/>
          <w:color w:val="000000" w:themeColor="text1"/>
          <w:sz w:val="24"/>
          <w:szCs w:val="24"/>
        </w:rPr>
        <w:t>adaptasi</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pekerja</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asing</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dalam</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jangka</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waktu</w:t>
      </w:r>
      <w:proofErr w:type="spellEnd"/>
      <w:r w:rsidRPr="00577E30">
        <w:rPr>
          <w:rFonts w:ascii="Times New Roman" w:hAnsi="Times New Roman" w:cs="Times New Roman"/>
          <w:color w:val="000000" w:themeColor="text1"/>
          <w:sz w:val="24"/>
          <w:szCs w:val="24"/>
        </w:rPr>
        <w:t xml:space="preserve"> yang </w:t>
      </w:r>
      <w:proofErr w:type="spellStart"/>
      <w:r w:rsidRPr="00577E30">
        <w:rPr>
          <w:rFonts w:ascii="Times New Roman" w:hAnsi="Times New Roman" w:cs="Times New Roman"/>
          <w:color w:val="000000" w:themeColor="text1"/>
          <w:sz w:val="24"/>
          <w:szCs w:val="24"/>
        </w:rPr>
        <w:t>lebih</w:t>
      </w:r>
      <w:proofErr w:type="spellEnd"/>
      <w:r w:rsidRPr="00577E30">
        <w:rPr>
          <w:rFonts w:ascii="Times New Roman" w:hAnsi="Times New Roman" w:cs="Times New Roman"/>
          <w:color w:val="000000" w:themeColor="text1"/>
          <w:sz w:val="24"/>
          <w:szCs w:val="24"/>
        </w:rPr>
        <w:t xml:space="preserve"> </w:t>
      </w:r>
      <w:proofErr w:type="spellStart"/>
      <w:r w:rsidRPr="00577E30">
        <w:rPr>
          <w:rFonts w:ascii="Times New Roman" w:hAnsi="Times New Roman" w:cs="Times New Roman"/>
          <w:color w:val="000000" w:themeColor="text1"/>
          <w:sz w:val="24"/>
          <w:szCs w:val="24"/>
        </w:rPr>
        <w:t>panjang</w:t>
      </w:r>
      <w:proofErr w:type="spellEnd"/>
      <w:r w:rsidRPr="00577E30">
        <w:rPr>
          <w:rFonts w:ascii="Times New Roman" w:hAnsi="Times New Roman" w:cs="Times New Roman"/>
          <w:color w:val="000000" w:themeColor="text1"/>
          <w:sz w:val="24"/>
          <w:szCs w:val="24"/>
        </w:rPr>
        <w:t>.</w:t>
      </w:r>
    </w:p>
    <w:p w14:paraId="05889DF1" w14:textId="77777777" w:rsidR="00EB4EA3" w:rsidRPr="009D161B" w:rsidRDefault="00EB4EA3" w:rsidP="009D161B">
      <w:pPr>
        <w:pStyle w:val="Heading1"/>
        <w:jc w:val="center"/>
        <w:rPr>
          <w:rStyle w:val="bumpedfont15"/>
          <w:rFonts w:ascii="Times New Roman" w:hAnsi="Times New Roman" w:cs="Times New Roman"/>
          <w:b w:val="0"/>
          <w:bCs w:val="0"/>
          <w:color w:val="000000"/>
          <w:sz w:val="24"/>
          <w:szCs w:val="24"/>
        </w:rPr>
      </w:pPr>
      <w:bookmarkStart w:id="70" w:name="_Toc238448328"/>
      <w:r w:rsidRPr="009D161B">
        <w:rPr>
          <w:rStyle w:val="bumpedfont15"/>
          <w:rFonts w:ascii="Times New Roman" w:hAnsi="Times New Roman" w:cs="Times New Roman"/>
          <w:color w:val="000000"/>
          <w:sz w:val="24"/>
          <w:szCs w:val="24"/>
        </w:rPr>
        <w:t>DAFTAR PUSTAKA</w:t>
      </w:r>
      <w:bookmarkEnd w:id="70"/>
    </w:p>
    <w:p w14:paraId="651FE7F6" w14:textId="77777777" w:rsidR="00EB4EA3" w:rsidRPr="00EB4EA3" w:rsidRDefault="00EB4EA3">
      <w:pPr>
        <w:pStyle w:val="s3"/>
        <w:spacing w:before="0" w:beforeAutospacing="0" w:after="150" w:afterAutospacing="0"/>
        <w:jc w:val="center"/>
        <w:rPr>
          <w:rFonts w:ascii="-webkit-standard" w:hAnsi="-webkit-standard" w:hint="eastAsia"/>
          <w:color w:val="000000"/>
        </w:rPr>
      </w:pPr>
    </w:p>
    <w:p w14:paraId="1412B82A" w14:textId="77777777" w:rsidR="00EB4EA3" w:rsidRPr="00EB4EA3" w:rsidRDefault="00EB4EA3">
      <w:pPr>
        <w:pStyle w:val="s5"/>
        <w:spacing w:before="0" w:beforeAutospacing="0" w:after="150" w:afterAutospacing="0"/>
        <w:ind w:left="540" w:hanging="540"/>
        <w:jc w:val="both"/>
        <w:rPr>
          <w:rFonts w:ascii="-webkit-standard" w:hAnsi="-webkit-standard" w:hint="eastAsia"/>
          <w:color w:val="000000"/>
        </w:rPr>
      </w:pPr>
      <w:r w:rsidRPr="00EB4EA3">
        <w:rPr>
          <w:rStyle w:val="bumpedfont15"/>
          <w:color w:val="000000"/>
        </w:rPr>
        <w:t>Al-Amir, M., &amp; Al-</w:t>
      </w:r>
      <w:proofErr w:type="spellStart"/>
      <w:r w:rsidRPr="00EB4EA3">
        <w:rPr>
          <w:rStyle w:val="bumpedfont15"/>
          <w:color w:val="000000"/>
        </w:rPr>
        <w:t>Subhi</w:t>
      </w:r>
      <w:proofErr w:type="spellEnd"/>
      <w:r w:rsidRPr="00EB4EA3">
        <w:rPr>
          <w:rStyle w:val="bumpedfont15"/>
          <w:color w:val="000000"/>
        </w:rPr>
        <w:t xml:space="preserve">, A. (2023). </w:t>
      </w:r>
      <w:proofErr w:type="spellStart"/>
      <w:r w:rsidRPr="00EB4EA3">
        <w:rPr>
          <w:rStyle w:val="bumpedfont15"/>
          <w:color w:val="000000"/>
        </w:rPr>
        <w:t>Intercultural</w:t>
      </w:r>
      <w:proofErr w:type="spellEnd"/>
      <w:r w:rsidRPr="00EB4EA3">
        <w:rPr>
          <w:rStyle w:val="bumpedfont15"/>
          <w:color w:val="000000"/>
        </w:rPr>
        <w:t xml:space="preserve"> </w:t>
      </w:r>
      <w:proofErr w:type="spellStart"/>
      <w:r w:rsidRPr="00EB4EA3">
        <w:rPr>
          <w:rStyle w:val="bumpedfont15"/>
          <w:color w:val="000000"/>
        </w:rPr>
        <w:t>communication</w:t>
      </w:r>
      <w:proofErr w:type="spellEnd"/>
      <w:r w:rsidRPr="00EB4EA3">
        <w:rPr>
          <w:rStyle w:val="bumpedfont15"/>
          <w:color w:val="000000"/>
        </w:rPr>
        <w:t xml:space="preserve"> in </w:t>
      </w:r>
      <w:proofErr w:type="spellStart"/>
      <w:r w:rsidRPr="00EB4EA3">
        <w:rPr>
          <w:rStyle w:val="bumpedfont15"/>
          <w:color w:val="000000"/>
        </w:rPr>
        <w:t>multicultural</w:t>
      </w:r>
      <w:proofErr w:type="spellEnd"/>
      <w:r w:rsidRPr="00EB4EA3">
        <w:rPr>
          <w:rStyle w:val="bumpedfont15"/>
          <w:color w:val="000000"/>
        </w:rPr>
        <w:t xml:space="preserve"> </w:t>
      </w:r>
      <w:proofErr w:type="spellStart"/>
      <w:r w:rsidRPr="00EB4EA3">
        <w:rPr>
          <w:rStyle w:val="bumpedfont15"/>
          <w:color w:val="000000"/>
        </w:rPr>
        <w:t>organizations</w:t>
      </w:r>
      <w:proofErr w:type="spellEnd"/>
      <w:r w:rsidRPr="00EB4EA3">
        <w:rPr>
          <w:rStyle w:val="bumpedfont15"/>
          <w:color w:val="000000"/>
        </w:rPr>
        <w:t xml:space="preserve">: </w:t>
      </w:r>
      <w:proofErr w:type="spellStart"/>
      <w:r w:rsidRPr="00EB4EA3">
        <w:rPr>
          <w:rStyle w:val="bumpedfont15"/>
          <w:color w:val="000000"/>
        </w:rPr>
        <w:t>Structural</w:t>
      </w:r>
      <w:proofErr w:type="spellEnd"/>
      <w:r w:rsidRPr="00EB4EA3">
        <w:rPr>
          <w:rStyle w:val="bumpedfont15"/>
          <w:color w:val="000000"/>
        </w:rPr>
        <w:t xml:space="preserve"> </w:t>
      </w:r>
      <w:proofErr w:type="spellStart"/>
      <w:r w:rsidRPr="00EB4EA3">
        <w:rPr>
          <w:rStyle w:val="bumpedfont15"/>
          <w:color w:val="000000"/>
        </w:rPr>
        <w:t>complexity</w:t>
      </w:r>
      <w:proofErr w:type="spellEnd"/>
      <w:r w:rsidRPr="00EB4EA3">
        <w:rPr>
          <w:rStyle w:val="bumpedfont15"/>
          <w:color w:val="000000"/>
        </w:rPr>
        <w:t xml:space="preserve"> </w:t>
      </w:r>
      <w:proofErr w:type="spellStart"/>
      <w:r w:rsidRPr="00EB4EA3">
        <w:rPr>
          <w:rStyle w:val="bumpedfont15"/>
          <w:color w:val="000000"/>
        </w:rPr>
        <w:t>and</w:t>
      </w:r>
      <w:proofErr w:type="spellEnd"/>
      <w:r w:rsidRPr="00EB4EA3">
        <w:rPr>
          <w:rStyle w:val="bumpedfont15"/>
          <w:color w:val="000000"/>
        </w:rPr>
        <w:t xml:space="preserve"> </w:t>
      </w:r>
      <w:proofErr w:type="spellStart"/>
      <w:r w:rsidRPr="00EB4EA3">
        <w:rPr>
          <w:rStyle w:val="bumpedfont15"/>
          <w:color w:val="000000"/>
        </w:rPr>
        <w:t>message</w:t>
      </w:r>
      <w:proofErr w:type="spellEnd"/>
      <w:r w:rsidRPr="00EB4EA3">
        <w:rPr>
          <w:rStyle w:val="bumpedfont15"/>
          <w:color w:val="000000"/>
        </w:rPr>
        <w:t xml:space="preserve"> </w:t>
      </w:r>
      <w:proofErr w:type="spellStart"/>
      <w:r w:rsidRPr="00EB4EA3">
        <w:rPr>
          <w:rStyle w:val="bumpedfont15"/>
          <w:color w:val="000000"/>
        </w:rPr>
        <w:t>decoding</w:t>
      </w:r>
      <w:proofErr w:type="spellEnd"/>
      <w:r w:rsidRPr="00EB4EA3">
        <w:rPr>
          <w:rStyle w:val="bumpedfont15"/>
          <w:color w:val="000000"/>
        </w:rPr>
        <w:t xml:space="preserve">. </w:t>
      </w:r>
      <w:proofErr w:type="spellStart"/>
      <w:r w:rsidRPr="000A73CA">
        <w:rPr>
          <w:rStyle w:val="bumpedfont15"/>
          <w:i/>
          <w:iCs/>
          <w:color w:val="000000"/>
        </w:rPr>
        <w:t>Journal</w:t>
      </w:r>
      <w:proofErr w:type="spellEnd"/>
      <w:r w:rsidRPr="000A73CA">
        <w:rPr>
          <w:rStyle w:val="bumpedfont15"/>
          <w:i/>
          <w:iCs/>
          <w:color w:val="000000"/>
        </w:rPr>
        <w:t xml:space="preserve"> </w:t>
      </w:r>
      <w:proofErr w:type="spellStart"/>
      <w:r w:rsidRPr="000A73CA">
        <w:rPr>
          <w:rStyle w:val="bumpedfont15"/>
          <w:i/>
          <w:iCs/>
          <w:color w:val="000000"/>
        </w:rPr>
        <w:t>of</w:t>
      </w:r>
      <w:proofErr w:type="spellEnd"/>
      <w:r w:rsidRPr="000A73CA">
        <w:rPr>
          <w:rStyle w:val="bumpedfont15"/>
          <w:i/>
          <w:iCs/>
          <w:color w:val="000000"/>
        </w:rPr>
        <w:t xml:space="preserve"> </w:t>
      </w:r>
      <w:proofErr w:type="spellStart"/>
      <w:r w:rsidRPr="000A73CA">
        <w:rPr>
          <w:rStyle w:val="bumpedfont15"/>
          <w:i/>
          <w:iCs/>
          <w:color w:val="000000"/>
        </w:rPr>
        <w:t>Intercultural</w:t>
      </w:r>
      <w:proofErr w:type="spellEnd"/>
      <w:r w:rsidRPr="000A73CA">
        <w:rPr>
          <w:rStyle w:val="bumpedfont15"/>
          <w:i/>
          <w:iCs/>
          <w:color w:val="000000"/>
        </w:rPr>
        <w:t xml:space="preserve"> </w:t>
      </w:r>
      <w:proofErr w:type="spellStart"/>
      <w:r w:rsidRPr="000A73CA">
        <w:rPr>
          <w:rStyle w:val="bumpedfont15"/>
          <w:i/>
          <w:iCs/>
          <w:color w:val="000000"/>
        </w:rPr>
        <w:t>Communication</w:t>
      </w:r>
      <w:proofErr w:type="spellEnd"/>
      <w:r w:rsidRPr="000A73CA">
        <w:rPr>
          <w:rStyle w:val="bumpedfont15"/>
          <w:i/>
          <w:iCs/>
          <w:color w:val="000000"/>
        </w:rPr>
        <w:t xml:space="preserve"> </w:t>
      </w:r>
      <w:proofErr w:type="spellStart"/>
      <w:r w:rsidRPr="000A73CA">
        <w:rPr>
          <w:rStyle w:val="bumpedfont15"/>
          <w:i/>
          <w:iCs/>
          <w:color w:val="000000"/>
        </w:rPr>
        <w:t>Studies</w:t>
      </w:r>
      <w:proofErr w:type="spellEnd"/>
      <w:r w:rsidRPr="00EB4EA3">
        <w:rPr>
          <w:rStyle w:val="bumpedfont15"/>
          <w:color w:val="000000"/>
        </w:rPr>
        <w:t>, 32(1), 45-58.</w:t>
      </w:r>
    </w:p>
    <w:p w14:paraId="2D2FD709" w14:textId="77777777" w:rsidR="00EB4EA3" w:rsidRPr="00EB4EA3" w:rsidRDefault="00EB4EA3">
      <w:pPr>
        <w:pStyle w:val="s5"/>
        <w:spacing w:before="0" w:beforeAutospacing="0" w:after="150" w:afterAutospacing="0"/>
        <w:ind w:left="540" w:hanging="540"/>
        <w:jc w:val="both"/>
        <w:rPr>
          <w:rFonts w:ascii="-webkit-standard" w:hAnsi="-webkit-standard" w:hint="eastAsia"/>
          <w:color w:val="000000"/>
        </w:rPr>
      </w:pPr>
      <w:r w:rsidRPr="00EB4EA3">
        <w:rPr>
          <w:rStyle w:val="bumpedfont15"/>
          <w:color w:val="000000"/>
        </w:rPr>
        <w:t xml:space="preserve">Ardani, F., &amp; Basalamah, A. (2021). </w:t>
      </w:r>
      <w:proofErr w:type="spellStart"/>
      <w:r w:rsidRPr="00EB4EA3">
        <w:rPr>
          <w:rStyle w:val="bumpedfont15"/>
          <w:color w:val="000000"/>
        </w:rPr>
        <w:t>Managing</w:t>
      </w:r>
      <w:proofErr w:type="spellEnd"/>
      <w:r w:rsidRPr="00EB4EA3">
        <w:rPr>
          <w:rStyle w:val="bumpedfont15"/>
          <w:color w:val="000000"/>
        </w:rPr>
        <w:t xml:space="preserve"> </w:t>
      </w:r>
      <w:proofErr w:type="spellStart"/>
      <w:r w:rsidRPr="00EB4EA3">
        <w:rPr>
          <w:rStyle w:val="bumpedfont15"/>
          <w:color w:val="000000"/>
        </w:rPr>
        <w:t>multicultural</w:t>
      </w:r>
      <w:proofErr w:type="spellEnd"/>
      <w:r w:rsidRPr="00EB4EA3">
        <w:rPr>
          <w:rStyle w:val="bumpedfont15"/>
          <w:color w:val="000000"/>
        </w:rPr>
        <w:t xml:space="preserve"> </w:t>
      </w:r>
      <w:proofErr w:type="spellStart"/>
      <w:r w:rsidRPr="00EB4EA3">
        <w:rPr>
          <w:rStyle w:val="bumpedfont15"/>
          <w:color w:val="000000"/>
        </w:rPr>
        <w:t>working</w:t>
      </w:r>
      <w:proofErr w:type="spellEnd"/>
      <w:r w:rsidRPr="00EB4EA3">
        <w:rPr>
          <w:rStyle w:val="bumpedfont15"/>
          <w:color w:val="000000"/>
        </w:rPr>
        <w:t xml:space="preserve"> </w:t>
      </w:r>
      <w:proofErr w:type="spellStart"/>
      <w:r w:rsidRPr="00EB4EA3">
        <w:rPr>
          <w:rStyle w:val="bumpedfont15"/>
          <w:color w:val="000000"/>
        </w:rPr>
        <w:t>environments</w:t>
      </w:r>
      <w:proofErr w:type="spellEnd"/>
      <w:r w:rsidRPr="00EB4EA3">
        <w:rPr>
          <w:rStyle w:val="bumpedfont15"/>
          <w:color w:val="000000"/>
        </w:rPr>
        <w:t xml:space="preserve"> in </w:t>
      </w:r>
      <w:proofErr w:type="spellStart"/>
      <w:r w:rsidRPr="00EB4EA3">
        <w:rPr>
          <w:rStyle w:val="bumpedfont15"/>
          <w:color w:val="000000"/>
        </w:rPr>
        <w:t>the</w:t>
      </w:r>
      <w:proofErr w:type="spellEnd"/>
      <w:r w:rsidRPr="00EB4EA3">
        <w:rPr>
          <w:rStyle w:val="bumpedfont15"/>
          <w:color w:val="000000"/>
        </w:rPr>
        <w:t xml:space="preserve"> global </w:t>
      </w:r>
      <w:proofErr w:type="spellStart"/>
      <w:r w:rsidRPr="00EB4EA3">
        <w:rPr>
          <w:rStyle w:val="bumpedfont15"/>
          <w:color w:val="000000"/>
        </w:rPr>
        <w:t>hospitality</w:t>
      </w:r>
      <w:proofErr w:type="spellEnd"/>
      <w:r w:rsidRPr="00EB4EA3">
        <w:rPr>
          <w:rStyle w:val="bumpedfont15"/>
          <w:color w:val="000000"/>
        </w:rPr>
        <w:t xml:space="preserve"> </w:t>
      </w:r>
      <w:proofErr w:type="spellStart"/>
      <w:r w:rsidRPr="00EB4EA3">
        <w:rPr>
          <w:rStyle w:val="bumpedfont15"/>
          <w:color w:val="000000"/>
        </w:rPr>
        <w:t>industry</w:t>
      </w:r>
      <w:proofErr w:type="spellEnd"/>
      <w:r w:rsidRPr="00EB4EA3">
        <w:rPr>
          <w:rStyle w:val="bumpedfont15"/>
          <w:color w:val="000000"/>
        </w:rPr>
        <w:t xml:space="preserve">. </w:t>
      </w:r>
      <w:r w:rsidRPr="000A73CA">
        <w:rPr>
          <w:rStyle w:val="bumpedfont15"/>
          <w:i/>
          <w:iCs/>
          <w:color w:val="000000"/>
        </w:rPr>
        <w:t xml:space="preserve">International </w:t>
      </w:r>
      <w:proofErr w:type="spellStart"/>
      <w:r w:rsidRPr="000A73CA">
        <w:rPr>
          <w:rStyle w:val="bumpedfont15"/>
          <w:i/>
          <w:iCs/>
          <w:color w:val="000000"/>
        </w:rPr>
        <w:t>Journal</w:t>
      </w:r>
      <w:proofErr w:type="spellEnd"/>
      <w:r w:rsidRPr="000A73CA">
        <w:rPr>
          <w:rStyle w:val="bumpedfont15"/>
          <w:i/>
          <w:iCs/>
          <w:color w:val="000000"/>
        </w:rPr>
        <w:t xml:space="preserve"> </w:t>
      </w:r>
      <w:proofErr w:type="spellStart"/>
      <w:r w:rsidRPr="000A73CA">
        <w:rPr>
          <w:rStyle w:val="bumpedfont15"/>
          <w:i/>
          <w:iCs/>
          <w:color w:val="000000"/>
        </w:rPr>
        <w:t>of</w:t>
      </w:r>
      <w:proofErr w:type="spellEnd"/>
      <w:r w:rsidRPr="000A73CA">
        <w:rPr>
          <w:rStyle w:val="bumpedfont15"/>
          <w:i/>
          <w:iCs/>
          <w:color w:val="000000"/>
        </w:rPr>
        <w:t xml:space="preserve"> </w:t>
      </w:r>
      <w:proofErr w:type="spellStart"/>
      <w:r w:rsidRPr="000A73CA">
        <w:rPr>
          <w:rStyle w:val="bumpedfont15"/>
          <w:i/>
          <w:iCs/>
          <w:color w:val="000000"/>
        </w:rPr>
        <w:t>Hospitality</w:t>
      </w:r>
      <w:proofErr w:type="spellEnd"/>
      <w:r w:rsidRPr="000A73CA">
        <w:rPr>
          <w:rStyle w:val="bumpedfont15"/>
          <w:i/>
          <w:iCs/>
          <w:color w:val="000000"/>
        </w:rPr>
        <w:t xml:space="preserve"> &amp; Tourism </w:t>
      </w:r>
      <w:proofErr w:type="spellStart"/>
      <w:r w:rsidRPr="000A73CA">
        <w:rPr>
          <w:rStyle w:val="bumpedfont15"/>
          <w:i/>
          <w:iCs/>
          <w:color w:val="000000"/>
        </w:rPr>
        <w:t>Management</w:t>
      </w:r>
      <w:proofErr w:type="spellEnd"/>
      <w:r w:rsidRPr="000A73CA">
        <w:rPr>
          <w:rStyle w:val="bumpedfont15"/>
          <w:i/>
          <w:iCs/>
          <w:color w:val="000000"/>
        </w:rPr>
        <w:t>,</w:t>
      </w:r>
      <w:r w:rsidRPr="00EB4EA3">
        <w:rPr>
          <w:rStyle w:val="bumpedfont15"/>
          <w:color w:val="000000"/>
        </w:rPr>
        <w:t xml:space="preserve"> 15(2), 112-125.</w:t>
      </w:r>
    </w:p>
    <w:p w14:paraId="1F593B74" w14:textId="77777777" w:rsidR="00EB4EA3" w:rsidRPr="00EB4EA3" w:rsidRDefault="00EB4EA3">
      <w:pPr>
        <w:pStyle w:val="s5"/>
        <w:spacing w:before="0" w:beforeAutospacing="0" w:after="150" w:afterAutospacing="0"/>
        <w:ind w:left="540" w:hanging="540"/>
        <w:jc w:val="both"/>
        <w:rPr>
          <w:rFonts w:ascii="-webkit-standard" w:hAnsi="-webkit-standard" w:hint="eastAsia"/>
          <w:color w:val="000000"/>
        </w:rPr>
      </w:pPr>
      <w:proofErr w:type="spellStart"/>
      <w:r w:rsidRPr="00EB4EA3">
        <w:rPr>
          <w:rStyle w:val="bumpedfont15"/>
          <w:color w:val="000000"/>
        </w:rPr>
        <w:t>Gibson</w:t>
      </w:r>
      <w:proofErr w:type="spellEnd"/>
      <w:r w:rsidRPr="00EB4EA3">
        <w:rPr>
          <w:rStyle w:val="bumpedfont15"/>
          <w:color w:val="000000"/>
        </w:rPr>
        <w:t xml:space="preserve">, R., </w:t>
      </w:r>
      <w:proofErr w:type="spellStart"/>
      <w:r w:rsidRPr="00EB4EA3">
        <w:rPr>
          <w:rStyle w:val="bumpedfont15"/>
          <w:color w:val="000000"/>
        </w:rPr>
        <w:t>Tarrant</w:t>
      </w:r>
      <w:proofErr w:type="spellEnd"/>
      <w:r w:rsidRPr="00EB4EA3">
        <w:rPr>
          <w:rStyle w:val="bumpedfont15"/>
          <w:color w:val="000000"/>
        </w:rPr>
        <w:t xml:space="preserve">, P., &amp; </w:t>
      </w:r>
      <w:proofErr w:type="spellStart"/>
      <w:r w:rsidRPr="00EB4EA3">
        <w:rPr>
          <w:rStyle w:val="bumpedfont15"/>
          <w:color w:val="000000"/>
        </w:rPr>
        <w:t>Sgoutas</w:t>
      </w:r>
      <w:proofErr w:type="spellEnd"/>
      <w:r w:rsidRPr="00EB4EA3">
        <w:rPr>
          <w:rStyle w:val="bumpedfont15"/>
          <w:color w:val="000000"/>
        </w:rPr>
        <w:t xml:space="preserve">, J. (2022). </w:t>
      </w:r>
      <w:proofErr w:type="spellStart"/>
      <w:r w:rsidRPr="00EB4EA3">
        <w:rPr>
          <w:rStyle w:val="bumpedfont15"/>
          <w:color w:val="000000"/>
        </w:rPr>
        <w:t>Language</w:t>
      </w:r>
      <w:proofErr w:type="spellEnd"/>
      <w:r w:rsidRPr="00EB4EA3">
        <w:rPr>
          <w:rStyle w:val="bumpedfont15"/>
          <w:color w:val="000000"/>
        </w:rPr>
        <w:t xml:space="preserve"> </w:t>
      </w:r>
      <w:proofErr w:type="spellStart"/>
      <w:r w:rsidRPr="00EB4EA3">
        <w:rPr>
          <w:rStyle w:val="bumpedfont15"/>
          <w:color w:val="000000"/>
        </w:rPr>
        <w:t>barriers</w:t>
      </w:r>
      <w:proofErr w:type="spellEnd"/>
      <w:r w:rsidRPr="00EB4EA3">
        <w:rPr>
          <w:rStyle w:val="bumpedfont15"/>
          <w:color w:val="000000"/>
        </w:rPr>
        <w:t xml:space="preserve"> </w:t>
      </w:r>
      <w:proofErr w:type="spellStart"/>
      <w:r w:rsidRPr="00EB4EA3">
        <w:rPr>
          <w:rStyle w:val="bumpedfont15"/>
          <w:color w:val="000000"/>
        </w:rPr>
        <w:t>and</w:t>
      </w:r>
      <w:proofErr w:type="spellEnd"/>
      <w:r w:rsidRPr="00EB4EA3">
        <w:rPr>
          <w:rStyle w:val="bumpedfont15"/>
          <w:color w:val="000000"/>
        </w:rPr>
        <w:t xml:space="preserve"> verbal </w:t>
      </w:r>
      <w:proofErr w:type="spellStart"/>
      <w:r w:rsidRPr="00EB4EA3">
        <w:rPr>
          <w:rStyle w:val="bumpedfont15"/>
          <w:color w:val="000000"/>
        </w:rPr>
        <w:t>frictions</w:t>
      </w:r>
      <w:proofErr w:type="spellEnd"/>
      <w:r w:rsidRPr="00EB4EA3">
        <w:rPr>
          <w:rStyle w:val="bumpedfont15"/>
          <w:color w:val="000000"/>
        </w:rPr>
        <w:t xml:space="preserve"> in </w:t>
      </w:r>
      <w:proofErr w:type="spellStart"/>
      <w:r w:rsidRPr="00EB4EA3">
        <w:rPr>
          <w:rStyle w:val="bumpedfont15"/>
          <w:color w:val="000000"/>
        </w:rPr>
        <w:t>multicultural</w:t>
      </w:r>
      <w:proofErr w:type="spellEnd"/>
      <w:r w:rsidRPr="00EB4EA3">
        <w:rPr>
          <w:rStyle w:val="bumpedfont15"/>
          <w:color w:val="000000"/>
        </w:rPr>
        <w:t xml:space="preserve"> </w:t>
      </w:r>
      <w:proofErr w:type="spellStart"/>
      <w:r w:rsidRPr="00EB4EA3">
        <w:rPr>
          <w:rStyle w:val="bumpedfont15"/>
          <w:color w:val="000000"/>
        </w:rPr>
        <w:t>organizational</w:t>
      </w:r>
      <w:proofErr w:type="spellEnd"/>
      <w:r w:rsidRPr="00EB4EA3">
        <w:rPr>
          <w:rStyle w:val="bumpedfont15"/>
          <w:color w:val="000000"/>
        </w:rPr>
        <w:t xml:space="preserve"> </w:t>
      </w:r>
      <w:proofErr w:type="spellStart"/>
      <w:r w:rsidRPr="00EB4EA3">
        <w:rPr>
          <w:rStyle w:val="bumpedfont15"/>
          <w:color w:val="000000"/>
        </w:rPr>
        <w:t>operations</w:t>
      </w:r>
      <w:proofErr w:type="spellEnd"/>
      <w:r w:rsidRPr="00EB4EA3">
        <w:rPr>
          <w:rStyle w:val="bumpedfont15"/>
          <w:color w:val="000000"/>
        </w:rPr>
        <w:t xml:space="preserve">. </w:t>
      </w:r>
      <w:r w:rsidRPr="000A73CA">
        <w:rPr>
          <w:rStyle w:val="bumpedfont15"/>
          <w:i/>
          <w:iCs/>
          <w:color w:val="000000"/>
        </w:rPr>
        <w:t xml:space="preserve">International </w:t>
      </w:r>
      <w:proofErr w:type="spellStart"/>
      <w:r w:rsidRPr="000A73CA">
        <w:rPr>
          <w:rStyle w:val="bumpedfont15"/>
          <w:i/>
          <w:iCs/>
          <w:color w:val="000000"/>
        </w:rPr>
        <w:t>Journal</w:t>
      </w:r>
      <w:proofErr w:type="spellEnd"/>
      <w:r w:rsidRPr="000A73CA">
        <w:rPr>
          <w:rStyle w:val="bumpedfont15"/>
          <w:i/>
          <w:iCs/>
          <w:color w:val="000000"/>
        </w:rPr>
        <w:t xml:space="preserve"> </w:t>
      </w:r>
      <w:proofErr w:type="spellStart"/>
      <w:r w:rsidRPr="000A73CA">
        <w:rPr>
          <w:rStyle w:val="bumpedfont15"/>
          <w:i/>
          <w:iCs/>
          <w:color w:val="000000"/>
        </w:rPr>
        <w:t>of</w:t>
      </w:r>
      <w:proofErr w:type="spellEnd"/>
      <w:r w:rsidRPr="000A73CA">
        <w:rPr>
          <w:rStyle w:val="bumpedfont15"/>
          <w:i/>
          <w:iCs/>
          <w:color w:val="000000"/>
        </w:rPr>
        <w:t xml:space="preserve"> </w:t>
      </w:r>
      <w:proofErr w:type="spellStart"/>
      <w:r w:rsidRPr="000A73CA">
        <w:rPr>
          <w:rStyle w:val="bumpedfont15"/>
          <w:i/>
          <w:iCs/>
          <w:color w:val="000000"/>
        </w:rPr>
        <w:t>Cross-Cultural</w:t>
      </w:r>
      <w:proofErr w:type="spellEnd"/>
      <w:r w:rsidRPr="000A73CA">
        <w:rPr>
          <w:rStyle w:val="bumpedfont15"/>
          <w:i/>
          <w:iCs/>
          <w:color w:val="000000"/>
        </w:rPr>
        <w:t xml:space="preserve"> </w:t>
      </w:r>
      <w:proofErr w:type="spellStart"/>
      <w:r w:rsidRPr="000A73CA">
        <w:rPr>
          <w:rStyle w:val="bumpedfont15"/>
          <w:i/>
          <w:iCs/>
          <w:color w:val="000000"/>
        </w:rPr>
        <w:t>Management</w:t>
      </w:r>
      <w:proofErr w:type="spellEnd"/>
      <w:r w:rsidRPr="000A73CA">
        <w:rPr>
          <w:rStyle w:val="bumpedfont15"/>
          <w:i/>
          <w:iCs/>
          <w:color w:val="000000"/>
        </w:rPr>
        <w:t>,</w:t>
      </w:r>
      <w:r w:rsidRPr="00EB4EA3">
        <w:rPr>
          <w:rStyle w:val="bumpedfont15"/>
          <w:color w:val="000000"/>
        </w:rPr>
        <w:t xml:space="preserve"> 28(3), 201-218.</w:t>
      </w:r>
    </w:p>
    <w:p w14:paraId="3D4A9A0C" w14:textId="77777777" w:rsidR="00EB4EA3" w:rsidRPr="00EB4EA3" w:rsidRDefault="00EB4EA3">
      <w:pPr>
        <w:pStyle w:val="s5"/>
        <w:spacing w:before="0" w:beforeAutospacing="0" w:after="150" w:afterAutospacing="0"/>
        <w:ind w:left="540" w:hanging="540"/>
        <w:jc w:val="both"/>
        <w:rPr>
          <w:rFonts w:ascii="-webkit-standard" w:hAnsi="-webkit-standard" w:hint="eastAsia"/>
          <w:color w:val="000000"/>
        </w:rPr>
      </w:pPr>
      <w:r w:rsidRPr="00EB4EA3">
        <w:rPr>
          <w:rStyle w:val="bumpedfont15"/>
          <w:color w:val="000000"/>
        </w:rPr>
        <w:t xml:space="preserve">Jackson, L. (2024). </w:t>
      </w:r>
      <w:proofErr w:type="spellStart"/>
      <w:r w:rsidRPr="00EB4EA3">
        <w:rPr>
          <w:rStyle w:val="bumpedfont15"/>
          <w:color w:val="000000"/>
        </w:rPr>
        <w:t>Linguistic</w:t>
      </w:r>
      <w:proofErr w:type="spellEnd"/>
      <w:r w:rsidRPr="00EB4EA3">
        <w:rPr>
          <w:rStyle w:val="bumpedfont15"/>
          <w:color w:val="000000"/>
        </w:rPr>
        <w:t xml:space="preserve"> </w:t>
      </w:r>
      <w:proofErr w:type="spellStart"/>
      <w:r w:rsidRPr="00EB4EA3">
        <w:rPr>
          <w:rStyle w:val="bumpedfont15"/>
          <w:color w:val="000000"/>
        </w:rPr>
        <w:t>gaps</w:t>
      </w:r>
      <w:proofErr w:type="spellEnd"/>
      <w:r w:rsidRPr="00EB4EA3">
        <w:rPr>
          <w:rStyle w:val="bumpedfont15"/>
          <w:color w:val="000000"/>
        </w:rPr>
        <w:t xml:space="preserve"> </w:t>
      </w:r>
      <w:proofErr w:type="spellStart"/>
      <w:r w:rsidRPr="00EB4EA3">
        <w:rPr>
          <w:rStyle w:val="bumpedfont15"/>
          <w:color w:val="000000"/>
        </w:rPr>
        <w:t>and</w:t>
      </w:r>
      <w:proofErr w:type="spellEnd"/>
      <w:r w:rsidRPr="00EB4EA3">
        <w:rPr>
          <w:rStyle w:val="bumpedfont15"/>
          <w:color w:val="000000"/>
        </w:rPr>
        <w:t xml:space="preserve"> </w:t>
      </w:r>
      <w:proofErr w:type="spellStart"/>
      <w:r w:rsidRPr="00EB4EA3">
        <w:rPr>
          <w:rStyle w:val="bumpedfont15"/>
          <w:color w:val="000000"/>
        </w:rPr>
        <w:t>cultural</w:t>
      </w:r>
      <w:proofErr w:type="spellEnd"/>
      <w:r w:rsidRPr="00EB4EA3">
        <w:rPr>
          <w:rStyle w:val="bumpedfont15"/>
          <w:color w:val="000000"/>
        </w:rPr>
        <w:t xml:space="preserve"> </w:t>
      </w:r>
      <w:proofErr w:type="spellStart"/>
      <w:r w:rsidRPr="00EB4EA3">
        <w:rPr>
          <w:rStyle w:val="bumpedfont15"/>
          <w:color w:val="000000"/>
        </w:rPr>
        <w:t>kinesics</w:t>
      </w:r>
      <w:proofErr w:type="spellEnd"/>
      <w:r w:rsidRPr="00EB4EA3">
        <w:rPr>
          <w:rStyle w:val="bumpedfont15"/>
          <w:color w:val="000000"/>
        </w:rPr>
        <w:t xml:space="preserve">: </w:t>
      </w:r>
      <w:proofErr w:type="spellStart"/>
      <w:r w:rsidRPr="00EB4EA3">
        <w:rPr>
          <w:rStyle w:val="bumpedfont15"/>
          <w:color w:val="000000"/>
        </w:rPr>
        <w:t>Manifestation</w:t>
      </w:r>
      <w:proofErr w:type="spellEnd"/>
      <w:r w:rsidRPr="00EB4EA3">
        <w:rPr>
          <w:rStyle w:val="bumpedfont15"/>
          <w:color w:val="000000"/>
        </w:rPr>
        <w:t xml:space="preserve"> </w:t>
      </w:r>
      <w:proofErr w:type="spellStart"/>
      <w:r w:rsidRPr="00EB4EA3">
        <w:rPr>
          <w:rStyle w:val="bumpedfont15"/>
          <w:color w:val="000000"/>
        </w:rPr>
        <w:t>of</w:t>
      </w:r>
      <w:proofErr w:type="spellEnd"/>
      <w:r w:rsidRPr="00EB4EA3">
        <w:rPr>
          <w:rStyle w:val="bumpedfont15"/>
          <w:color w:val="000000"/>
        </w:rPr>
        <w:t xml:space="preserve"> </w:t>
      </w:r>
      <w:proofErr w:type="spellStart"/>
      <w:r w:rsidRPr="00EB4EA3">
        <w:rPr>
          <w:rStyle w:val="bumpedfont15"/>
          <w:color w:val="000000"/>
        </w:rPr>
        <w:t>communication</w:t>
      </w:r>
      <w:proofErr w:type="spellEnd"/>
      <w:r w:rsidRPr="00EB4EA3">
        <w:rPr>
          <w:rStyle w:val="bumpedfont15"/>
          <w:color w:val="000000"/>
        </w:rPr>
        <w:t xml:space="preserve"> </w:t>
      </w:r>
      <w:proofErr w:type="spellStart"/>
      <w:r w:rsidRPr="00EB4EA3">
        <w:rPr>
          <w:rStyle w:val="bumpedfont15"/>
          <w:color w:val="000000"/>
        </w:rPr>
        <w:t>barriers</w:t>
      </w:r>
      <w:proofErr w:type="spellEnd"/>
      <w:r w:rsidRPr="00EB4EA3">
        <w:rPr>
          <w:rStyle w:val="bumpedfont15"/>
          <w:color w:val="000000"/>
        </w:rPr>
        <w:t xml:space="preserve"> in </w:t>
      </w:r>
      <w:proofErr w:type="spellStart"/>
      <w:r w:rsidRPr="00EB4EA3">
        <w:rPr>
          <w:rStyle w:val="bumpedfont15"/>
          <w:color w:val="000000"/>
        </w:rPr>
        <w:t>diverse</w:t>
      </w:r>
      <w:proofErr w:type="spellEnd"/>
      <w:r w:rsidRPr="00EB4EA3">
        <w:rPr>
          <w:rStyle w:val="bumpedfont15"/>
          <w:color w:val="000000"/>
        </w:rPr>
        <w:t xml:space="preserve"> </w:t>
      </w:r>
      <w:proofErr w:type="spellStart"/>
      <w:r w:rsidRPr="00EB4EA3">
        <w:rPr>
          <w:rStyle w:val="bumpedfont15"/>
          <w:color w:val="000000"/>
        </w:rPr>
        <w:t>workplaces</w:t>
      </w:r>
      <w:proofErr w:type="spellEnd"/>
      <w:r w:rsidRPr="00EB4EA3">
        <w:rPr>
          <w:rStyle w:val="bumpedfont15"/>
          <w:color w:val="000000"/>
        </w:rPr>
        <w:t xml:space="preserve">. </w:t>
      </w:r>
      <w:r w:rsidRPr="000A73CA">
        <w:rPr>
          <w:rStyle w:val="bumpedfont15"/>
          <w:i/>
          <w:iCs/>
          <w:color w:val="000000"/>
        </w:rPr>
        <w:t xml:space="preserve">Global </w:t>
      </w:r>
      <w:proofErr w:type="spellStart"/>
      <w:r w:rsidRPr="000A73CA">
        <w:rPr>
          <w:rStyle w:val="bumpedfont15"/>
          <w:i/>
          <w:iCs/>
          <w:color w:val="000000"/>
        </w:rPr>
        <w:t>Communication</w:t>
      </w:r>
      <w:proofErr w:type="spellEnd"/>
      <w:r w:rsidRPr="000A73CA">
        <w:rPr>
          <w:rStyle w:val="bumpedfont15"/>
          <w:i/>
          <w:iCs/>
          <w:color w:val="000000"/>
        </w:rPr>
        <w:t xml:space="preserve"> </w:t>
      </w:r>
      <w:proofErr w:type="spellStart"/>
      <w:r w:rsidRPr="000A73CA">
        <w:rPr>
          <w:rStyle w:val="bumpedfont15"/>
          <w:i/>
          <w:iCs/>
          <w:color w:val="000000"/>
        </w:rPr>
        <w:t>Review</w:t>
      </w:r>
      <w:proofErr w:type="spellEnd"/>
      <w:r w:rsidRPr="000A73CA">
        <w:rPr>
          <w:rStyle w:val="bumpedfont15"/>
          <w:i/>
          <w:iCs/>
          <w:color w:val="000000"/>
        </w:rPr>
        <w:t>,</w:t>
      </w:r>
      <w:r w:rsidRPr="00EB4EA3">
        <w:rPr>
          <w:rStyle w:val="bumpedfont15"/>
          <w:color w:val="000000"/>
        </w:rPr>
        <w:t xml:space="preserve"> 19(1), 78-94.</w:t>
      </w:r>
    </w:p>
    <w:p w14:paraId="72048E15" w14:textId="77777777" w:rsidR="00EB4EA3" w:rsidRPr="00EB4EA3" w:rsidRDefault="00EB4EA3">
      <w:pPr>
        <w:pStyle w:val="s5"/>
        <w:spacing w:before="0" w:beforeAutospacing="0" w:after="150" w:afterAutospacing="0"/>
        <w:ind w:left="540" w:hanging="540"/>
        <w:jc w:val="both"/>
        <w:rPr>
          <w:rFonts w:ascii="-webkit-standard" w:hAnsi="-webkit-standard" w:hint="eastAsia"/>
          <w:color w:val="000000"/>
        </w:rPr>
      </w:pPr>
      <w:proofErr w:type="spellStart"/>
      <w:r w:rsidRPr="00EB4EA3">
        <w:rPr>
          <w:rStyle w:val="bumpedfont15"/>
          <w:color w:val="000000"/>
        </w:rPr>
        <w:t>Kaonjan</w:t>
      </w:r>
      <w:proofErr w:type="spellEnd"/>
      <w:r w:rsidRPr="00EB4EA3">
        <w:rPr>
          <w:rStyle w:val="bumpedfont15"/>
          <w:color w:val="000000"/>
        </w:rPr>
        <w:t xml:space="preserve">, P. (2023). </w:t>
      </w:r>
      <w:proofErr w:type="spellStart"/>
      <w:r w:rsidRPr="00EB4EA3">
        <w:rPr>
          <w:rStyle w:val="bumpedfont15"/>
          <w:color w:val="000000"/>
        </w:rPr>
        <w:t>Language</w:t>
      </w:r>
      <w:proofErr w:type="spellEnd"/>
      <w:r w:rsidRPr="00EB4EA3">
        <w:rPr>
          <w:rStyle w:val="bumpedfont15"/>
          <w:color w:val="000000"/>
        </w:rPr>
        <w:t xml:space="preserve"> </w:t>
      </w:r>
      <w:proofErr w:type="spellStart"/>
      <w:r w:rsidRPr="00EB4EA3">
        <w:rPr>
          <w:rStyle w:val="bumpedfont15"/>
          <w:color w:val="000000"/>
        </w:rPr>
        <w:t>proficiency</w:t>
      </w:r>
      <w:proofErr w:type="spellEnd"/>
      <w:r w:rsidRPr="00EB4EA3">
        <w:rPr>
          <w:rStyle w:val="bumpedfont15"/>
          <w:color w:val="000000"/>
        </w:rPr>
        <w:t xml:space="preserve"> </w:t>
      </w:r>
      <w:proofErr w:type="spellStart"/>
      <w:r w:rsidRPr="00EB4EA3">
        <w:rPr>
          <w:rStyle w:val="bumpedfont15"/>
          <w:color w:val="000000"/>
        </w:rPr>
        <w:t>and</w:t>
      </w:r>
      <w:proofErr w:type="spellEnd"/>
      <w:r w:rsidRPr="00EB4EA3">
        <w:rPr>
          <w:rStyle w:val="bumpedfont15"/>
          <w:color w:val="000000"/>
        </w:rPr>
        <w:t xml:space="preserve"> </w:t>
      </w:r>
      <w:proofErr w:type="spellStart"/>
      <w:r w:rsidRPr="00EB4EA3">
        <w:rPr>
          <w:rStyle w:val="bumpedfont15"/>
          <w:color w:val="000000"/>
        </w:rPr>
        <w:t>rapid</w:t>
      </w:r>
      <w:proofErr w:type="spellEnd"/>
      <w:r w:rsidRPr="00EB4EA3">
        <w:rPr>
          <w:rStyle w:val="bumpedfont15"/>
          <w:color w:val="000000"/>
        </w:rPr>
        <w:t xml:space="preserve"> </w:t>
      </w:r>
      <w:proofErr w:type="spellStart"/>
      <w:r w:rsidRPr="00EB4EA3">
        <w:rPr>
          <w:rStyle w:val="bumpedfont15"/>
          <w:color w:val="000000"/>
        </w:rPr>
        <w:t>cultural</w:t>
      </w:r>
      <w:proofErr w:type="spellEnd"/>
      <w:r w:rsidRPr="00EB4EA3">
        <w:rPr>
          <w:rStyle w:val="bumpedfont15"/>
          <w:color w:val="000000"/>
        </w:rPr>
        <w:t xml:space="preserve"> </w:t>
      </w:r>
      <w:proofErr w:type="spellStart"/>
      <w:r w:rsidRPr="00EB4EA3">
        <w:rPr>
          <w:rStyle w:val="bumpedfont15"/>
          <w:color w:val="000000"/>
        </w:rPr>
        <w:t>adaptation</w:t>
      </w:r>
      <w:proofErr w:type="spellEnd"/>
      <w:r w:rsidRPr="00EB4EA3">
        <w:rPr>
          <w:rStyle w:val="bumpedfont15"/>
          <w:color w:val="000000"/>
        </w:rPr>
        <w:t xml:space="preserve"> as </w:t>
      </w:r>
      <w:proofErr w:type="spellStart"/>
      <w:r w:rsidRPr="00EB4EA3">
        <w:rPr>
          <w:rStyle w:val="bumpedfont15"/>
          <w:color w:val="000000"/>
        </w:rPr>
        <w:t>critical</w:t>
      </w:r>
      <w:proofErr w:type="spellEnd"/>
      <w:r w:rsidRPr="00EB4EA3">
        <w:rPr>
          <w:rStyle w:val="bumpedfont15"/>
          <w:color w:val="000000"/>
        </w:rPr>
        <w:t xml:space="preserve"> </w:t>
      </w:r>
      <w:proofErr w:type="spellStart"/>
      <w:r w:rsidRPr="00EB4EA3">
        <w:rPr>
          <w:rStyle w:val="bumpedfont15"/>
          <w:color w:val="000000"/>
        </w:rPr>
        <w:t>determinants</w:t>
      </w:r>
      <w:proofErr w:type="spellEnd"/>
      <w:r w:rsidRPr="00EB4EA3">
        <w:rPr>
          <w:rStyle w:val="bumpedfont15"/>
          <w:color w:val="000000"/>
        </w:rPr>
        <w:t xml:space="preserve"> </w:t>
      </w:r>
      <w:proofErr w:type="spellStart"/>
      <w:r w:rsidRPr="00EB4EA3">
        <w:rPr>
          <w:rStyle w:val="bumpedfont15"/>
          <w:color w:val="000000"/>
        </w:rPr>
        <w:t>for</w:t>
      </w:r>
      <w:proofErr w:type="spellEnd"/>
      <w:r w:rsidRPr="00EB4EA3">
        <w:rPr>
          <w:rStyle w:val="bumpedfont15"/>
          <w:color w:val="000000"/>
        </w:rPr>
        <w:t xml:space="preserve"> </w:t>
      </w:r>
      <w:proofErr w:type="spellStart"/>
      <w:r w:rsidRPr="00EB4EA3">
        <w:rPr>
          <w:rStyle w:val="bumpedfont15"/>
          <w:color w:val="000000"/>
        </w:rPr>
        <w:t>successful</w:t>
      </w:r>
      <w:proofErr w:type="spellEnd"/>
      <w:r w:rsidRPr="00EB4EA3">
        <w:rPr>
          <w:rStyle w:val="bumpedfont15"/>
          <w:color w:val="000000"/>
        </w:rPr>
        <w:t xml:space="preserve"> </w:t>
      </w:r>
      <w:proofErr w:type="spellStart"/>
      <w:r w:rsidRPr="00EB4EA3">
        <w:rPr>
          <w:rStyle w:val="bumpedfont15"/>
          <w:color w:val="000000"/>
        </w:rPr>
        <w:t>workplace</w:t>
      </w:r>
      <w:proofErr w:type="spellEnd"/>
      <w:r w:rsidRPr="00EB4EA3">
        <w:rPr>
          <w:rStyle w:val="bumpedfont15"/>
          <w:color w:val="000000"/>
        </w:rPr>
        <w:t xml:space="preserve"> </w:t>
      </w:r>
      <w:proofErr w:type="spellStart"/>
      <w:r w:rsidRPr="00EB4EA3">
        <w:rPr>
          <w:rStyle w:val="bumpedfont15"/>
          <w:color w:val="000000"/>
        </w:rPr>
        <w:t>communication</w:t>
      </w:r>
      <w:proofErr w:type="spellEnd"/>
      <w:r w:rsidRPr="00EB4EA3">
        <w:rPr>
          <w:rStyle w:val="bumpedfont15"/>
          <w:color w:val="000000"/>
        </w:rPr>
        <w:t xml:space="preserve"> in Japan. </w:t>
      </w:r>
      <w:r w:rsidRPr="000A73CA">
        <w:rPr>
          <w:rStyle w:val="bumpedfont15"/>
          <w:i/>
          <w:iCs/>
          <w:color w:val="000000"/>
        </w:rPr>
        <w:t xml:space="preserve">Asian Business &amp; </w:t>
      </w:r>
      <w:proofErr w:type="spellStart"/>
      <w:r w:rsidRPr="000A73CA">
        <w:rPr>
          <w:rStyle w:val="bumpedfont15"/>
          <w:i/>
          <w:iCs/>
          <w:color w:val="000000"/>
        </w:rPr>
        <w:t>Management</w:t>
      </w:r>
      <w:proofErr w:type="spellEnd"/>
      <w:r w:rsidRPr="000A73CA">
        <w:rPr>
          <w:rStyle w:val="bumpedfont15"/>
          <w:i/>
          <w:iCs/>
          <w:color w:val="000000"/>
        </w:rPr>
        <w:t xml:space="preserve"> </w:t>
      </w:r>
      <w:proofErr w:type="spellStart"/>
      <w:r w:rsidRPr="000A73CA">
        <w:rPr>
          <w:rStyle w:val="bumpedfont15"/>
          <w:i/>
          <w:iCs/>
          <w:color w:val="000000"/>
        </w:rPr>
        <w:t>Journal</w:t>
      </w:r>
      <w:proofErr w:type="spellEnd"/>
      <w:r w:rsidRPr="000A73CA">
        <w:rPr>
          <w:rStyle w:val="bumpedfont15"/>
          <w:i/>
          <w:iCs/>
          <w:color w:val="000000"/>
        </w:rPr>
        <w:t>,</w:t>
      </w:r>
      <w:r w:rsidRPr="00EB4EA3">
        <w:rPr>
          <w:rStyle w:val="bumpedfont15"/>
          <w:color w:val="000000"/>
        </w:rPr>
        <w:t xml:space="preserve"> 11(4), 310-326.</w:t>
      </w:r>
    </w:p>
    <w:p w14:paraId="33CB9FA9" w14:textId="77777777" w:rsidR="00EB4EA3" w:rsidRPr="00EB4EA3" w:rsidRDefault="00EB4EA3">
      <w:pPr>
        <w:pStyle w:val="s5"/>
        <w:spacing w:before="0" w:beforeAutospacing="0" w:after="150" w:afterAutospacing="0"/>
        <w:ind w:left="540" w:hanging="540"/>
        <w:jc w:val="both"/>
        <w:rPr>
          <w:rFonts w:ascii="-webkit-standard" w:hAnsi="-webkit-standard" w:hint="eastAsia"/>
          <w:color w:val="000000"/>
        </w:rPr>
      </w:pPr>
      <w:r w:rsidRPr="00EB4EA3">
        <w:rPr>
          <w:rStyle w:val="bumpedfont15"/>
          <w:color w:val="000000"/>
        </w:rPr>
        <w:t xml:space="preserve">Kim, S., &amp; Jang, H. (2024). </w:t>
      </w:r>
      <w:proofErr w:type="spellStart"/>
      <w:r w:rsidRPr="00EB4EA3">
        <w:rPr>
          <w:rStyle w:val="bumpedfont15"/>
          <w:color w:val="000000"/>
        </w:rPr>
        <w:t>Navigating</w:t>
      </w:r>
      <w:proofErr w:type="spellEnd"/>
      <w:r w:rsidRPr="00EB4EA3">
        <w:rPr>
          <w:rStyle w:val="bumpedfont15"/>
          <w:color w:val="000000"/>
        </w:rPr>
        <w:t xml:space="preserve"> </w:t>
      </w:r>
      <w:proofErr w:type="spellStart"/>
      <w:r w:rsidRPr="00EB4EA3">
        <w:rPr>
          <w:rStyle w:val="bumpedfont15"/>
          <w:color w:val="000000"/>
        </w:rPr>
        <w:t>cultural</w:t>
      </w:r>
      <w:proofErr w:type="spellEnd"/>
      <w:r w:rsidRPr="00EB4EA3">
        <w:rPr>
          <w:rStyle w:val="bumpedfont15"/>
          <w:color w:val="000000"/>
        </w:rPr>
        <w:t xml:space="preserve"> </w:t>
      </w:r>
      <w:proofErr w:type="spellStart"/>
      <w:r w:rsidRPr="00EB4EA3">
        <w:rPr>
          <w:rStyle w:val="bumpedfont15"/>
          <w:color w:val="000000"/>
        </w:rPr>
        <w:t>nuances</w:t>
      </w:r>
      <w:proofErr w:type="spellEnd"/>
      <w:r w:rsidRPr="00EB4EA3">
        <w:rPr>
          <w:rStyle w:val="bumpedfont15"/>
          <w:color w:val="000000"/>
        </w:rPr>
        <w:t xml:space="preserve">: </w:t>
      </w:r>
      <w:proofErr w:type="spellStart"/>
      <w:r w:rsidRPr="00EB4EA3">
        <w:rPr>
          <w:rStyle w:val="bumpedfont15"/>
          <w:color w:val="000000"/>
        </w:rPr>
        <w:t>Frontline</w:t>
      </w:r>
      <w:proofErr w:type="spellEnd"/>
      <w:r w:rsidRPr="00EB4EA3">
        <w:rPr>
          <w:rStyle w:val="bumpedfont15"/>
          <w:color w:val="000000"/>
        </w:rPr>
        <w:t xml:space="preserve"> </w:t>
      </w:r>
      <w:proofErr w:type="spellStart"/>
      <w:r w:rsidRPr="00EB4EA3">
        <w:rPr>
          <w:rStyle w:val="bumpedfont15"/>
          <w:color w:val="000000"/>
        </w:rPr>
        <w:t>employees</w:t>
      </w:r>
      <w:proofErr w:type="spellEnd"/>
      <w:r w:rsidRPr="00EB4EA3">
        <w:rPr>
          <w:rStyle w:val="bumpedfont15"/>
          <w:color w:val="000000"/>
        </w:rPr>
        <w:t xml:space="preserve"> </w:t>
      </w:r>
      <w:proofErr w:type="spellStart"/>
      <w:r w:rsidRPr="00EB4EA3">
        <w:rPr>
          <w:rStyle w:val="bumpedfont15"/>
          <w:color w:val="000000"/>
        </w:rPr>
        <w:t>and</w:t>
      </w:r>
      <w:proofErr w:type="spellEnd"/>
      <w:r w:rsidRPr="00EB4EA3">
        <w:rPr>
          <w:rStyle w:val="bumpedfont15"/>
          <w:color w:val="000000"/>
        </w:rPr>
        <w:t xml:space="preserve"> </w:t>
      </w:r>
      <w:proofErr w:type="spellStart"/>
      <w:r w:rsidRPr="00EB4EA3">
        <w:rPr>
          <w:rStyle w:val="bumpedfont15"/>
          <w:color w:val="000000"/>
        </w:rPr>
        <w:t>service</w:t>
      </w:r>
      <w:proofErr w:type="spellEnd"/>
      <w:r w:rsidRPr="00EB4EA3">
        <w:rPr>
          <w:rStyle w:val="bumpedfont15"/>
          <w:color w:val="000000"/>
        </w:rPr>
        <w:t xml:space="preserve"> </w:t>
      </w:r>
      <w:proofErr w:type="spellStart"/>
      <w:r w:rsidRPr="00EB4EA3">
        <w:rPr>
          <w:rStyle w:val="bumpedfont15"/>
          <w:color w:val="000000"/>
        </w:rPr>
        <w:t>failure</w:t>
      </w:r>
      <w:proofErr w:type="spellEnd"/>
      <w:r w:rsidRPr="00EB4EA3">
        <w:rPr>
          <w:rStyle w:val="bumpedfont15"/>
          <w:color w:val="000000"/>
        </w:rPr>
        <w:t xml:space="preserve"> </w:t>
      </w:r>
      <w:proofErr w:type="spellStart"/>
      <w:r w:rsidRPr="00EB4EA3">
        <w:rPr>
          <w:rStyle w:val="bumpedfont15"/>
          <w:color w:val="000000"/>
        </w:rPr>
        <w:t>prevention</w:t>
      </w:r>
      <w:proofErr w:type="spellEnd"/>
      <w:r w:rsidRPr="00EB4EA3">
        <w:rPr>
          <w:rStyle w:val="bumpedfont15"/>
          <w:color w:val="000000"/>
        </w:rPr>
        <w:t xml:space="preserve"> in global </w:t>
      </w:r>
      <w:proofErr w:type="spellStart"/>
      <w:r w:rsidRPr="00EB4EA3">
        <w:rPr>
          <w:rStyle w:val="bumpedfont15"/>
          <w:color w:val="000000"/>
        </w:rPr>
        <w:t>tourism</w:t>
      </w:r>
      <w:proofErr w:type="spellEnd"/>
      <w:r w:rsidRPr="00EB4EA3">
        <w:rPr>
          <w:rStyle w:val="bumpedfont15"/>
          <w:color w:val="000000"/>
        </w:rPr>
        <w:t xml:space="preserve">. </w:t>
      </w:r>
      <w:r w:rsidRPr="000A73CA">
        <w:rPr>
          <w:rStyle w:val="bumpedfont15"/>
          <w:i/>
          <w:iCs/>
          <w:color w:val="000000"/>
        </w:rPr>
        <w:t xml:space="preserve">Tourism </w:t>
      </w:r>
      <w:proofErr w:type="spellStart"/>
      <w:r w:rsidRPr="000A73CA">
        <w:rPr>
          <w:rStyle w:val="bumpedfont15"/>
          <w:i/>
          <w:iCs/>
          <w:color w:val="000000"/>
        </w:rPr>
        <w:t>Management</w:t>
      </w:r>
      <w:proofErr w:type="spellEnd"/>
      <w:r w:rsidRPr="000A73CA">
        <w:rPr>
          <w:rStyle w:val="bumpedfont15"/>
          <w:i/>
          <w:iCs/>
          <w:color w:val="000000"/>
        </w:rPr>
        <w:t xml:space="preserve"> </w:t>
      </w:r>
      <w:proofErr w:type="spellStart"/>
      <w:r w:rsidRPr="000A73CA">
        <w:rPr>
          <w:rStyle w:val="bumpedfont15"/>
          <w:i/>
          <w:iCs/>
          <w:color w:val="000000"/>
        </w:rPr>
        <w:t>Perspectives</w:t>
      </w:r>
      <w:proofErr w:type="spellEnd"/>
      <w:r w:rsidRPr="000A73CA">
        <w:rPr>
          <w:rStyle w:val="bumpedfont15"/>
          <w:i/>
          <w:iCs/>
          <w:color w:val="000000"/>
        </w:rPr>
        <w:t xml:space="preserve">, </w:t>
      </w:r>
      <w:r w:rsidRPr="00EB4EA3">
        <w:rPr>
          <w:rStyle w:val="bumpedfont15"/>
          <w:color w:val="000000"/>
        </w:rPr>
        <w:t>50, 101-115.</w:t>
      </w:r>
    </w:p>
    <w:p w14:paraId="25B8DCC1" w14:textId="77777777" w:rsidR="00EB4EA3" w:rsidRPr="00EB4EA3" w:rsidRDefault="00EB4EA3">
      <w:pPr>
        <w:pStyle w:val="s5"/>
        <w:spacing w:before="0" w:beforeAutospacing="0" w:after="150" w:afterAutospacing="0"/>
        <w:ind w:left="540" w:hanging="540"/>
        <w:jc w:val="both"/>
        <w:rPr>
          <w:rFonts w:ascii="-webkit-standard" w:hAnsi="-webkit-standard" w:hint="eastAsia"/>
          <w:color w:val="000000"/>
        </w:rPr>
      </w:pPr>
      <w:r w:rsidRPr="00EB4EA3">
        <w:rPr>
          <w:rStyle w:val="bumpedfont15"/>
          <w:color w:val="000000"/>
        </w:rPr>
        <w:t xml:space="preserve">Lestari, S., &amp; Nugroho, A. (2023). Metode </w:t>
      </w:r>
      <w:proofErr w:type="spellStart"/>
      <w:r w:rsidRPr="00EB4EA3">
        <w:rPr>
          <w:rStyle w:val="bumpedfont15"/>
          <w:color w:val="000000"/>
        </w:rPr>
        <w:t>pengodean</w:t>
      </w:r>
      <w:proofErr w:type="spellEnd"/>
      <w:r w:rsidRPr="00EB4EA3">
        <w:rPr>
          <w:rStyle w:val="bumpedfont15"/>
          <w:color w:val="000000"/>
        </w:rPr>
        <w:t xml:space="preserve"> instrumen digital dalam riset kualitatif kontemporer. </w:t>
      </w:r>
      <w:r w:rsidRPr="000A73CA">
        <w:rPr>
          <w:rStyle w:val="bumpedfont15"/>
          <w:i/>
          <w:iCs/>
          <w:color w:val="000000"/>
        </w:rPr>
        <w:t>Jurnal Metodologi Penelitian Sosial</w:t>
      </w:r>
      <w:r w:rsidRPr="00EB4EA3">
        <w:rPr>
          <w:rStyle w:val="bumpedfont15"/>
          <w:color w:val="000000"/>
        </w:rPr>
        <w:t>, 8(2), 145-159.</w:t>
      </w:r>
    </w:p>
    <w:p w14:paraId="3FF9A118" w14:textId="77777777" w:rsidR="00EB4EA3" w:rsidRDefault="00EB4EA3">
      <w:pPr>
        <w:pStyle w:val="s5"/>
        <w:spacing w:before="0" w:beforeAutospacing="0" w:after="150" w:afterAutospacing="0"/>
        <w:ind w:left="540" w:hanging="540"/>
        <w:jc w:val="both"/>
        <w:rPr>
          <w:rStyle w:val="bumpedfont15"/>
          <w:color w:val="000000"/>
        </w:rPr>
      </w:pPr>
      <w:proofErr w:type="spellStart"/>
      <w:r w:rsidRPr="00EB4EA3">
        <w:rPr>
          <w:rStyle w:val="bumpedfont15"/>
          <w:color w:val="000000"/>
        </w:rPr>
        <w:t>Lunenburg</w:t>
      </w:r>
      <w:proofErr w:type="spellEnd"/>
      <w:r w:rsidRPr="00EB4EA3">
        <w:rPr>
          <w:rStyle w:val="bumpedfont15"/>
          <w:color w:val="000000"/>
        </w:rPr>
        <w:t xml:space="preserve">, F. C. (2022). Verbal </w:t>
      </w:r>
      <w:proofErr w:type="spellStart"/>
      <w:r w:rsidRPr="00EB4EA3">
        <w:rPr>
          <w:rStyle w:val="bumpedfont15"/>
          <w:color w:val="000000"/>
        </w:rPr>
        <w:t>and</w:t>
      </w:r>
      <w:proofErr w:type="spellEnd"/>
      <w:r w:rsidRPr="00EB4EA3">
        <w:rPr>
          <w:rStyle w:val="bumpedfont15"/>
          <w:color w:val="000000"/>
        </w:rPr>
        <w:t xml:space="preserve"> </w:t>
      </w:r>
      <w:proofErr w:type="spellStart"/>
      <w:r w:rsidRPr="00EB4EA3">
        <w:rPr>
          <w:rStyle w:val="bumpedfont15"/>
          <w:color w:val="000000"/>
        </w:rPr>
        <w:t>written</w:t>
      </w:r>
      <w:proofErr w:type="spellEnd"/>
      <w:r w:rsidRPr="00EB4EA3">
        <w:rPr>
          <w:rStyle w:val="bumpedfont15"/>
          <w:color w:val="000000"/>
        </w:rPr>
        <w:t xml:space="preserve"> </w:t>
      </w:r>
      <w:proofErr w:type="spellStart"/>
      <w:r w:rsidRPr="00EB4EA3">
        <w:rPr>
          <w:rStyle w:val="bumpedfont15"/>
          <w:color w:val="000000"/>
        </w:rPr>
        <w:t>communication</w:t>
      </w:r>
      <w:proofErr w:type="spellEnd"/>
      <w:r w:rsidRPr="00EB4EA3">
        <w:rPr>
          <w:rStyle w:val="bumpedfont15"/>
          <w:color w:val="000000"/>
        </w:rPr>
        <w:t xml:space="preserve"> </w:t>
      </w:r>
      <w:proofErr w:type="spellStart"/>
      <w:r w:rsidRPr="00EB4EA3">
        <w:rPr>
          <w:rStyle w:val="bumpedfont15"/>
          <w:color w:val="000000"/>
        </w:rPr>
        <w:t>accuracy</w:t>
      </w:r>
      <w:proofErr w:type="spellEnd"/>
      <w:r w:rsidRPr="00EB4EA3">
        <w:rPr>
          <w:rStyle w:val="bumpedfont15"/>
          <w:color w:val="000000"/>
        </w:rPr>
        <w:t xml:space="preserve"> in </w:t>
      </w:r>
      <w:proofErr w:type="spellStart"/>
      <w:r w:rsidRPr="00EB4EA3">
        <w:rPr>
          <w:rStyle w:val="bumpedfont15"/>
          <w:color w:val="000000"/>
        </w:rPr>
        <w:t>organizational</w:t>
      </w:r>
      <w:proofErr w:type="spellEnd"/>
      <w:r w:rsidRPr="00EB4EA3">
        <w:rPr>
          <w:rStyle w:val="bumpedfont15"/>
          <w:color w:val="000000"/>
        </w:rPr>
        <w:t xml:space="preserve"> </w:t>
      </w:r>
      <w:proofErr w:type="spellStart"/>
      <w:r w:rsidRPr="00EB4EA3">
        <w:rPr>
          <w:rStyle w:val="bumpedfont15"/>
          <w:color w:val="000000"/>
        </w:rPr>
        <w:t>structures</w:t>
      </w:r>
      <w:proofErr w:type="spellEnd"/>
      <w:r w:rsidRPr="00EB4EA3">
        <w:rPr>
          <w:rStyle w:val="bumpedfont15"/>
          <w:color w:val="000000"/>
        </w:rPr>
        <w:t xml:space="preserve">. </w:t>
      </w:r>
      <w:r w:rsidRPr="000A73CA">
        <w:rPr>
          <w:rStyle w:val="bumpedfont15"/>
          <w:i/>
          <w:iCs/>
          <w:color w:val="000000"/>
        </w:rPr>
        <w:t xml:space="preserve">International </w:t>
      </w:r>
      <w:proofErr w:type="spellStart"/>
      <w:r w:rsidRPr="000A73CA">
        <w:rPr>
          <w:rStyle w:val="bumpedfont15"/>
          <w:i/>
          <w:iCs/>
          <w:color w:val="000000"/>
        </w:rPr>
        <w:t>Journal</w:t>
      </w:r>
      <w:proofErr w:type="spellEnd"/>
      <w:r w:rsidRPr="000A73CA">
        <w:rPr>
          <w:rStyle w:val="bumpedfont15"/>
          <w:i/>
          <w:iCs/>
          <w:color w:val="000000"/>
        </w:rPr>
        <w:t xml:space="preserve"> </w:t>
      </w:r>
      <w:proofErr w:type="spellStart"/>
      <w:r w:rsidRPr="000A73CA">
        <w:rPr>
          <w:rStyle w:val="bumpedfont15"/>
          <w:i/>
          <w:iCs/>
          <w:color w:val="000000"/>
        </w:rPr>
        <w:t>of</w:t>
      </w:r>
      <w:proofErr w:type="spellEnd"/>
      <w:r w:rsidRPr="000A73CA">
        <w:rPr>
          <w:rStyle w:val="bumpedfont15"/>
          <w:i/>
          <w:iCs/>
          <w:color w:val="000000"/>
        </w:rPr>
        <w:t xml:space="preserve"> Business </w:t>
      </w:r>
      <w:proofErr w:type="spellStart"/>
      <w:r w:rsidRPr="000A73CA">
        <w:rPr>
          <w:rStyle w:val="bumpedfont15"/>
          <w:i/>
          <w:iCs/>
          <w:color w:val="000000"/>
        </w:rPr>
        <w:t>Administration</w:t>
      </w:r>
      <w:proofErr w:type="spellEnd"/>
      <w:r w:rsidRPr="00EB4EA3">
        <w:rPr>
          <w:rStyle w:val="bumpedfont15"/>
          <w:color w:val="000000"/>
        </w:rPr>
        <w:t>, 13(2), 15-28.</w:t>
      </w:r>
    </w:p>
    <w:p w14:paraId="66A5EC69" w14:textId="77777777" w:rsidR="00122875" w:rsidRPr="00122875" w:rsidRDefault="00122875">
      <w:pPr>
        <w:pStyle w:val="s5"/>
        <w:spacing w:before="0" w:beforeAutospacing="0" w:after="150" w:afterAutospacing="0"/>
        <w:ind w:left="540" w:hanging="540"/>
        <w:jc w:val="both"/>
        <w:rPr>
          <w:color w:val="000000"/>
        </w:rPr>
      </w:pPr>
      <w:r w:rsidRPr="00122875">
        <w:rPr>
          <w:color w:val="000000"/>
          <w:lang w:val="en-US"/>
        </w:rPr>
        <w:t xml:space="preserve">Miles, M. B., Huberman, A. M., &amp; Saldaña, J. (2013). Qualitative Data Analysis: A Methods Sourcebook </w:t>
      </w:r>
      <w:r>
        <w:rPr>
          <w:color w:val="000000"/>
          <w:lang w:val="en-US"/>
        </w:rPr>
        <w:t>(</w:t>
      </w:r>
      <w:r w:rsidRPr="00122875">
        <w:rPr>
          <w:color w:val="000000"/>
          <w:lang w:val="en-US"/>
        </w:rPr>
        <w:t>3</w:t>
      </w:r>
      <w:r w:rsidRPr="00122875">
        <w:rPr>
          <w:color w:val="000000"/>
          <w:vertAlign w:val="superscript"/>
          <w:lang w:val="en-US"/>
        </w:rPr>
        <w:t>rd</w:t>
      </w:r>
      <w:r>
        <w:rPr>
          <w:color w:val="000000"/>
          <w:lang w:val="en-US"/>
        </w:rPr>
        <w:t xml:space="preserve"> ed.)</w:t>
      </w:r>
      <w:r w:rsidRPr="00122875">
        <w:rPr>
          <w:color w:val="000000"/>
          <w:lang w:val="en-US"/>
        </w:rPr>
        <w:t>.</w:t>
      </w:r>
      <w:r>
        <w:rPr>
          <w:color w:val="000000"/>
          <w:lang w:val="en-US"/>
        </w:rPr>
        <w:t xml:space="preserve"> SAGE Publications.</w:t>
      </w:r>
    </w:p>
    <w:p w14:paraId="066B580E" w14:textId="77777777" w:rsidR="00EB4EA3" w:rsidRPr="00EB4EA3" w:rsidRDefault="00EB4EA3">
      <w:pPr>
        <w:pStyle w:val="s5"/>
        <w:spacing w:before="0" w:beforeAutospacing="0" w:after="150" w:afterAutospacing="0"/>
        <w:ind w:left="540" w:hanging="540"/>
        <w:jc w:val="both"/>
        <w:rPr>
          <w:rFonts w:ascii="-webkit-standard" w:hAnsi="-webkit-standard" w:hint="eastAsia"/>
          <w:color w:val="000000"/>
        </w:rPr>
      </w:pPr>
      <w:proofErr w:type="spellStart"/>
      <w:r w:rsidRPr="00EB4EA3">
        <w:rPr>
          <w:rStyle w:val="bumpedfont15"/>
          <w:color w:val="000000"/>
        </w:rPr>
        <w:t>Neuliep</w:t>
      </w:r>
      <w:proofErr w:type="spellEnd"/>
      <w:r w:rsidRPr="00EB4EA3">
        <w:rPr>
          <w:rStyle w:val="bumpedfont15"/>
          <w:color w:val="000000"/>
        </w:rPr>
        <w:t xml:space="preserve">, J. W. (2021). </w:t>
      </w:r>
      <w:proofErr w:type="spellStart"/>
      <w:r w:rsidRPr="000A73CA">
        <w:rPr>
          <w:rStyle w:val="bumpedfont15"/>
          <w:i/>
          <w:iCs/>
          <w:color w:val="000000"/>
        </w:rPr>
        <w:t>Intercultural</w:t>
      </w:r>
      <w:proofErr w:type="spellEnd"/>
      <w:r w:rsidRPr="000A73CA">
        <w:rPr>
          <w:rStyle w:val="bumpedfont15"/>
          <w:i/>
          <w:iCs/>
          <w:color w:val="000000"/>
        </w:rPr>
        <w:t xml:space="preserve"> </w:t>
      </w:r>
      <w:proofErr w:type="spellStart"/>
      <w:r w:rsidRPr="000A73CA">
        <w:rPr>
          <w:rStyle w:val="bumpedfont15"/>
          <w:i/>
          <w:iCs/>
          <w:color w:val="000000"/>
        </w:rPr>
        <w:t>communication</w:t>
      </w:r>
      <w:proofErr w:type="spellEnd"/>
      <w:r w:rsidRPr="000A73CA">
        <w:rPr>
          <w:rStyle w:val="bumpedfont15"/>
          <w:i/>
          <w:iCs/>
          <w:color w:val="000000"/>
        </w:rPr>
        <w:t xml:space="preserve">: A </w:t>
      </w:r>
      <w:proofErr w:type="spellStart"/>
      <w:r w:rsidRPr="000A73CA">
        <w:rPr>
          <w:rStyle w:val="bumpedfont15"/>
          <w:i/>
          <w:iCs/>
          <w:color w:val="000000"/>
        </w:rPr>
        <w:t>contextual</w:t>
      </w:r>
      <w:proofErr w:type="spellEnd"/>
      <w:r w:rsidRPr="000A73CA">
        <w:rPr>
          <w:rStyle w:val="bumpedfont15"/>
          <w:i/>
          <w:iCs/>
          <w:color w:val="000000"/>
        </w:rPr>
        <w:t xml:space="preserve"> </w:t>
      </w:r>
      <w:proofErr w:type="spellStart"/>
      <w:r w:rsidRPr="000A73CA">
        <w:rPr>
          <w:rStyle w:val="bumpedfont15"/>
          <w:i/>
          <w:iCs/>
          <w:color w:val="000000"/>
        </w:rPr>
        <w:t>approach</w:t>
      </w:r>
      <w:proofErr w:type="spellEnd"/>
      <w:r w:rsidRPr="00EB4EA3">
        <w:rPr>
          <w:rStyle w:val="bumpedfont15"/>
          <w:color w:val="000000"/>
        </w:rPr>
        <w:t xml:space="preserve"> (8th ed.). SAGE Publications.</w:t>
      </w:r>
    </w:p>
    <w:p w14:paraId="5F1DD7BE" w14:textId="77777777" w:rsidR="00EB4EA3" w:rsidRPr="00EB4EA3" w:rsidRDefault="00EB4EA3">
      <w:pPr>
        <w:pStyle w:val="s5"/>
        <w:spacing w:before="0" w:beforeAutospacing="0" w:after="150" w:afterAutospacing="0"/>
        <w:ind w:left="540" w:hanging="540"/>
        <w:jc w:val="both"/>
        <w:rPr>
          <w:rFonts w:ascii="-webkit-standard" w:hAnsi="-webkit-standard" w:hint="eastAsia"/>
          <w:color w:val="000000"/>
        </w:rPr>
      </w:pPr>
      <w:r w:rsidRPr="00EB4EA3">
        <w:rPr>
          <w:rStyle w:val="bumpedfont15"/>
          <w:color w:val="000000"/>
        </w:rPr>
        <w:t xml:space="preserve">Putri, A. R., &amp; Lestari, D. (2022). Pemanfaatan pendekatan kualitatif deskriptif dalam mengeksplorasi fenomena sosial dan pelayanan masyarakat. </w:t>
      </w:r>
      <w:r w:rsidRPr="000A73CA">
        <w:rPr>
          <w:rStyle w:val="bumpedfont15"/>
          <w:i/>
          <w:iCs/>
          <w:color w:val="000000"/>
        </w:rPr>
        <w:t>Jurnal Ilmu Sosial dan Humaniora</w:t>
      </w:r>
      <w:r w:rsidRPr="00EB4EA3">
        <w:rPr>
          <w:rStyle w:val="bumpedfont15"/>
          <w:color w:val="000000"/>
        </w:rPr>
        <w:t>, 10(3), 412-426.</w:t>
      </w:r>
    </w:p>
    <w:p w14:paraId="16EA78E1" w14:textId="77777777" w:rsidR="00EB4EA3" w:rsidRPr="00EB4EA3" w:rsidRDefault="00EB4EA3">
      <w:pPr>
        <w:pStyle w:val="s5"/>
        <w:spacing w:before="0" w:beforeAutospacing="0" w:after="150" w:afterAutospacing="0"/>
        <w:ind w:left="540" w:hanging="540"/>
        <w:jc w:val="both"/>
        <w:rPr>
          <w:rFonts w:ascii="-webkit-standard" w:hAnsi="-webkit-standard" w:hint="eastAsia"/>
          <w:color w:val="000000"/>
        </w:rPr>
      </w:pPr>
      <w:r w:rsidRPr="00EB4EA3">
        <w:rPr>
          <w:rStyle w:val="bumpedfont15"/>
          <w:color w:val="000000"/>
        </w:rPr>
        <w:t xml:space="preserve">Rijali, A. (2021). Analisis data kualitatif dalam penelitian keagamaan dan sosial. </w:t>
      </w:r>
      <w:r w:rsidRPr="000A73CA">
        <w:rPr>
          <w:rStyle w:val="bumpedfont15"/>
          <w:i/>
          <w:iCs/>
          <w:color w:val="000000"/>
        </w:rPr>
        <w:t xml:space="preserve">Jurnal Al-Bayan: Jurnal Jurusan </w:t>
      </w:r>
      <w:proofErr w:type="spellStart"/>
      <w:r w:rsidRPr="000A73CA">
        <w:rPr>
          <w:rStyle w:val="bumpedfont15"/>
          <w:i/>
          <w:iCs/>
          <w:color w:val="000000"/>
        </w:rPr>
        <w:t>Ushuluddin</w:t>
      </w:r>
      <w:proofErr w:type="spellEnd"/>
      <w:r w:rsidRPr="00EB4EA3">
        <w:rPr>
          <w:rStyle w:val="bumpedfont15"/>
          <w:color w:val="000000"/>
        </w:rPr>
        <w:t>, 22(1), 18-34.</w:t>
      </w:r>
    </w:p>
    <w:p w14:paraId="3C2C15F2" w14:textId="77777777" w:rsidR="00EB4EA3" w:rsidRPr="00EB4EA3" w:rsidRDefault="00EB4EA3">
      <w:pPr>
        <w:pStyle w:val="s5"/>
        <w:spacing w:before="0" w:beforeAutospacing="0" w:after="150" w:afterAutospacing="0"/>
        <w:ind w:left="540" w:hanging="540"/>
        <w:jc w:val="both"/>
        <w:rPr>
          <w:rFonts w:ascii="-webkit-standard" w:hAnsi="-webkit-standard" w:hint="eastAsia"/>
          <w:color w:val="000000"/>
        </w:rPr>
      </w:pPr>
      <w:r w:rsidRPr="00EB4EA3">
        <w:rPr>
          <w:rStyle w:val="bumpedfont15"/>
          <w:color w:val="000000"/>
        </w:rPr>
        <w:t xml:space="preserve">Saputri, K., &amp; Rahayu, S. (2022). Interaksi </w:t>
      </w:r>
      <w:proofErr w:type="spellStart"/>
      <w:r w:rsidRPr="00EB4EA3">
        <w:rPr>
          <w:rStyle w:val="bumpedfont15"/>
          <w:color w:val="000000"/>
        </w:rPr>
        <w:t>multikultural</w:t>
      </w:r>
      <w:proofErr w:type="spellEnd"/>
      <w:r w:rsidRPr="00EB4EA3">
        <w:rPr>
          <w:rStyle w:val="bumpedfont15"/>
          <w:color w:val="000000"/>
        </w:rPr>
        <w:t xml:space="preserve"> dan hambatan komunikasi dalam korporasi internasional. </w:t>
      </w:r>
      <w:r w:rsidRPr="000A73CA">
        <w:rPr>
          <w:rStyle w:val="bumpedfont15"/>
          <w:i/>
          <w:iCs/>
          <w:color w:val="000000"/>
        </w:rPr>
        <w:t>Jurnal Komunikasi Bisnis dan Manajemen</w:t>
      </w:r>
      <w:r w:rsidRPr="00EB4EA3">
        <w:rPr>
          <w:rStyle w:val="bumpedfont15"/>
          <w:color w:val="000000"/>
        </w:rPr>
        <w:t>, 9(2), 89-104.</w:t>
      </w:r>
    </w:p>
    <w:p w14:paraId="0252C653" w14:textId="77777777" w:rsidR="00EB4EA3" w:rsidRPr="00EB4EA3" w:rsidRDefault="00EB4EA3">
      <w:pPr>
        <w:pStyle w:val="s5"/>
        <w:spacing w:before="0" w:beforeAutospacing="0" w:after="150" w:afterAutospacing="0"/>
        <w:ind w:left="540" w:hanging="540"/>
        <w:jc w:val="both"/>
        <w:rPr>
          <w:rFonts w:ascii="-webkit-standard" w:hAnsi="-webkit-standard" w:hint="eastAsia"/>
          <w:color w:val="000000"/>
        </w:rPr>
      </w:pPr>
      <w:proofErr w:type="spellStart"/>
      <w:r w:rsidRPr="00EB4EA3">
        <w:rPr>
          <w:rStyle w:val="bumpedfont15"/>
          <w:color w:val="000000"/>
        </w:rPr>
        <w:t>Sethi</w:t>
      </w:r>
      <w:proofErr w:type="spellEnd"/>
      <w:r w:rsidRPr="00EB4EA3">
        <w:rPr>
          <w:rStyle w:val="bumpedfont15"/>
          <w:color w:val="000000"/>
        </w:rPr>
        <w:t xml:space="preserve">, K., &amp; Sharma, R. (2022). </w:t>
      </w:r>
      <w:proofErr w:type="spellStart"/>
      <w:r w:rsidRPr="00EB4EA3">
        <w:rPr>
          <w:rStyle w:val="bumpedfont15"/>
          <w:color w:val="000000"/>
        </w:rPr>
        <w:t>Cultural</w:t>
      </w:r>
      <w:proofErr w:type="spellEnd"/>
      <w:r w:rsidRPr="00EB4EA3">
        <w:rPr>
          <w:rStyle w:val="bumpedfont15"/>
          <w:color w:val="000000"/>
        </w:rPr>
        <w:t xml:space="preserve"> </w:t>
      </w:r>
      <w:proofErr w:type="spellStart"/>
      <w:r w:rsidRPr="00EB4EA3">
        <w:rPr>
          <w:rStyle w:val="bumpedfont15"/>
          <w:color w:val="000000"/>
        </w:rPr>
        <w:t>backgrounds</w:t>
      </w:r>
      <w:proofErr w:type="spellEnd"/>
      <w:r w:rsidRPr="00EB4EA3">
        <w:rPr>
          <w:rStyle w:val="bumpedfont15"/>
          <w:color w:val="000000"/>
        </w:rPr>
        <w:t xml:space="preserve"> </w:t>
      </w:r>
      <w:proofErr w:type="spellStart"/>
      <w:r w:rsidRPr="00EB4EA3">
        <w:rPr>
          <w:rStyle w:val="bumpedfont15"/>
          <w:color w:val="000000"/>
        </w:rPr>
        <w:t>and</w:t>
      </w:r>
      <w:proofErr w:type="spellEnd"/>
      <w:r w:rsidRPr="00EB4EA3">
        <w:rPr>
          <w:rStyle w:val="bumpedfont15"/>
          <w:color w:val="000000"/>
        </w:rPr>
        <w:t xml:space="preserve"> </w:t>
      </w:r>
      <w:proofErr w:type="spellStart"/>
      <w:r w:rsidRPr="00EB4EA3">
        <w:rPr>
          <w:rStyle w:val="bumpedfont15"/>
          <w:color w:val="000000"/>
        </w:rPr>
        <w:t>employees</w:t>
      </w:r>
      <w:proofErr w:type="spellEnd"/>
      <w:r w:rsidRPr="00EB4EA3">
        <w:rPr>
          <w:rStyle w:val="bumpedfont15"/>
          <w:color w:val="000000"/>
        </w:rPr>
        <w:t xml:space="preserve">' </w:t>
      </w:r>
      <w:proofErr w:type="spellStart"/>
      <w:r w:rsidRPr="00EB4EA3">
        <w:rPr>
          <w:rStyle w:val="bumpedfont15"/>
          <w:color w:val="000000"/>
        </w:rPr>
        <w:t>communicative</w:t>
      </w:r>
      <w:proofErr w:type="spellEnd"/>
      <w:r w:rsidRPr="00EB4EA3">
        <w:rPr>
          <w:rStyle w:val="bumpedfont15"/>
          <w:color w:val="000000"/>
        </w:rPr>
        <w:t xml:space="preserve"> </w:t>
      </w:r>
      <w:proofErr w:type="spellStart"/>
      <w:r w:rsidRPr="00EB4EA3">
        <w:rPr>
          <w:rStyle w:val="bumpedfont15"/>
          <w:color w:val="000000"/>
        </w:rPr>
        <w:t>behaviors</w:t>
      </w:r>
      <w:proofErr w:type="spellEnd"/>
      <w:r w:rsidRPr="00EB4EA3">
        <w:rPr>
          <w:rStyle w:val="bumpedfont15"/>
          <w:color w:val="000000"/>
        </w:rPr>
        <w:t xml:space="preserve">: </w:t>
      </w:r>
      <w:proofErr w:type="spellStart"/>
      <w:r w:rsidRPr="00EB4EA3">
        <w:rPr>
          <w:rStyle w:val="bumpedfont15"/>
          <w:color w:val="000000"/>
        </w:rPr>
        <w:t>Implications</w:t>
      </w:r>
      <w:proofErr w:type="spellEnd"/>
      <w:r w:rsidRPr="00EB4EA3">
        <w:rPr>
          <w:rStyle w:val="bumpedfont15"/>
          <w:color w:val="000000"/>
        </w:rPr>
        <w:t xml:space="preserve"> </w:t>
      </w:r>
      <w:proofErr w:type="spellStart"/>
      <w:r w:rsidRPr="00EB4EA3">
        <w:rPr>
          <w:rStyle w:val="bumpedfont15"/>
          <w:color w:val="000000"/>
        </w:rPr>
        <w:t>for</w:t>
      </w:r>
      <w:proofErr w:type="spellEnd"/>
      <w:r w:rsidRPr="00EB4EA3">
        <w:rPr>
          <w:rStyle w:val="bumpedfont15"/>
          <w:color w:val="000000"/>
        </w:rPr>
        <w:t xml:space="preserve"> </w:t>
      </w:r>
      <w:proofErr w:type="spellStart"/>
      <w:r w:rsidRPr="00EB4EA3">
        <w:rPr>
          <w:rStyle w:val="bumpedfont15"/>
          <w:color w:val="000000"/>
        </w:rPr>
        <w:t>operational</w:t>
      </w:r>
      <w:proofErr w:type="spellEnd"/>
      <w:r w:rsidRPr="00EB4EA3">
        <w:rPr>
          <w:rStyle w:val="bumpedfont15"/>
          <w:color w:val="000000"/>
        </w:rPr>
        <w:t xml:space="preserve"> </w:t>
      </w:r>
      <w:proofErr w:type="spellStart"/>
      <w:r w:rsidRPr="00EB4EA3">
        <w:rPr>
          <w:rStyle w:val="bumpedfont15"/>
          <w:color w:val="000000"/>
        </w:rPr>
        <w:t>conflict</w:t>
      </w:r>
      <w:proofErr w:type="spellEnd"/>
      <w:r w:rsidRPr="00EB4EA3">
        <w:rPr>
          <w:rStyle w:val="bumpedfont15"/>
          <w:color w:val="000000"/>
        </w:rPr>
        <w:t xml:space="preserve"> </w:t>
      </w:r>
      <w:proofErr w:type="spellStart"/>
      <w:r w:rsidRPr="00EB4EA3">
        <w:rPr>
          <w:rStyle w:val="bumpedfont15"/>
          <w:color w:val="000000"/>
        </w:rPr>
        <w:t>resolution</w:t>
      </w:r>
      <w:proofErr w:type="spellEnd"/>
      <w:r w:rsidRPr="00EB4EA3">
        <w:rPr>
          <w:rStyle w:val="bumpedfont15"/>
          <w:color w:val="000000"/>
        </w:rPr>
        <w:t xml:space="preserve"> </w:t>
      </w:r>
      <w:proofErr w:type="spellStart"/>
      <w:r w:rsidRPr="00EB4EA3">
        <w:rPr>
          <w:rStyle w:val="bumpedfont15"/>
          <w:color w:val="000000"/>
        </w:rPr>
        <w:t>styles</w:t>
      </w:r>
      <w:proofErr w:type="spellEnd"/>
      <w:r w:rsidRPr="00EB4EA3">
        <w:rPr>
          <w:rStyle w:val="bumpedfont15"/>
          <w:color w:val="000000"/>
        </w:rPr>
        <w:t xml:space="preserve">. </w:t>
      </w:r>
      <w:proofErr w:type="spellStart"/>
      <w:r w:rsidRPr="000A73CA">
        <w:rPr>
          <w:rStyle w:val="bumpedfont15"/>
          <w:i/>
          <w:iCs/>
          <w:color w:val="000000"/>
        </w:rPr>
        <w:t>Journal</w:t>
      </w:r>
      <w:proofErr w:type="spellEnd"/>
      <w:r w:rsidRPr="000A73CA">
        <w:rPr>
          <w:rStyle w:val="bumpedfont15"/>
          <w:i/>
          <w:iCs/>
          <w:color w:val="000000"/>
        </w:rPr>
        <w:t xml:space="preserve"> </w:t>
      </w:r>
      <w:proofErr w:type="spellStart"/>
      <w:r w:rsidRPr="000A73CA">
        <w:rPr>
          <w:rStyle w:val="bumpedfont15"/>
          <w:i/>
          <w:iCs/>
          <w:color w:val="000000"/>
        </w:rPr>
        <w:t>of</w:t>
      </w:r>
      <w:proofErr w:type="spellEnd"/>
      <w:r w:rsidRPr="000A73CA">
        <w:rPr>
          <w:rStyle w:val="bumpedfont15"/>
          <w:i/>
          <w:iCs/>
          <w:color w:val="000000"/>
        </w:rPr>
        <w:t xml:space="preserve"> </w:t>
      </w:r>
      <w:proofErr w:type="spellStart"/>
      <w:r w:rsidRPr="000A73CA">
        <w:rPr>
          <w:rStyle w:val="bumpedfont15"/>
          <w:i/>
          <w:iCs/>
          <w:color w:val="000000"/>
        </w:rPr>
        <w:t>Workplace</w:t>
      </w:r>
      <w:proofErr w:type="spellEnd"/>
      <w:r w:rsidRPr="000A73CA">
        <w:rPr>
          <w:rStyle w:val="bumpedfont15"/>
          <w:i/>
          <w:iCs/>
          <w:color w:val="000000"/>
        </w:rPr>
        <w:t xml:space="preserve"> </w:t>
      </w:r>
      <w:proofErr w:type="spellStart"/>
      <w:r w:rsidRPr="000A73CA">
        <w:rPr>
          <w:rStyle w:val="bumpedfont15"/>
          <w:i/>
          <w:iCs/>
          <w:color w:val="000000"/>
        </w:rPr>
        <w:t>Diversity</w:t>
      </w:r>
      <w:proofErr w:type="spellEnd"/>
      <w:r w:rsidRPr="00EB4EA3">
        <w:rPr>
          <w:rStyle w:val="bumpedfont15"/>
          <w:color w:val="000000"/>
        </w:rPr>
        <w:t>, 14(3), 224-239.</w:t>
      </w:r>
    </w:p>
    <w:p w14:paraId="3C8F16B9" w14:textId="77777777" w:rsidR="00EB4EA3" w:rsidRPr="00EB4EA3" w:rsidRDefault="00EB4EA3">
      <w:pPr>
        <w:pStyle w:val="s5"/>
        <w:spacing w:before="0" w:beforeAutospacing="0" w:after="150" w:afterAutospacing="0"/>
        <w:ind w:left="540" w:hanging="540"/>
        <w:jc w:val="both"/>
        <w:rPr>
          <w:rFonts w:ascii="-webkit-standard" w:hAnsi="-webkit-standard" w:hint="eastAsia"/>
          <w:color w:val="000000"/>
        </w:rPr>
      </w:pPr>
      <w:r w:rsidRPr="00EB4EA3">
        <w:rPr>
          <w:rStyle w:val="bumpedfont15"/>
          <w:color w:val="000000"/>
        </w:rPr>
        <w:t xml:space="preserve">Setiawan, B., &amp; Suryani, T. (2022). </w:t>
      </w:r>
      <w:proofErr w:type="spellStart"/>
      <w:r w:rsidRPr="00EB4EA3">
        <w:rPr>
          <w:rStyle w:val="bumpedfont15"/>
          <w:color w:val="000000"/>
        </w:rPr>
        <w:t>Cross-cultural</w:t>
      </w:r>
      <w:proofErr w:type="spellEnd"/>
      <w:r w:rsidRPr="00EB4EA3">
        <w:rPr>
          <w:rStyle w:val="bumpedfont15"/>
          <w:color w:val="000000"/>
        </w:rPr>
        <w:t xml:space="preserve"> </w:t>
      </w:r>
      <w:proofErr w:type="spellStart"/>
      <w:r w:rsidRPr="00EB4EA3">
        <w:rPr>
          <w:rStyle w:val="bumpedfont15"/>
          <w:color w:val="000000"/>
        </w:rPr>
        <w:t>communication</w:t>
      </w:r>
      <w:proofErr w:type="spellEnd"/>
      <w:r w:rsidRPr="00EB4EA3">
        <w:rPr>
          <w:rStyle w:val="bumpedfont15"/>
          <w:color w:val="000000"/>
        </w:rPr>
        <w:t xml:space="preserve"> in </w:t>
      </w:r>
      <w:proofErr w:type="spellStart"/>
      <w:r w:rsidRPr="00EB4EA3">
        <w:rPr>
          <w:rStyle w:val="bumpedfont15"/>
          <w:color w:val="000000"/>
        </w:rPr>
        <w:t>professional</w:t>
      </w:r>
      <w:proofErr w:type="spellEnd"/>
      <w:r w:rsidRPr="00EB4EA3">
        <w:rPr>
          <w:rStyle w:val="bumpedfont15"/>
          <w:color w:val="000000"/>
        </w:rPr>
        <w:t xml:space="preserve"> </w:t>
      </w:r>
      <w:proofErr w:type="spellStart"/>
      <w:r w:rsidRPr="00EB4EA3">
        <w:rPr>
          <w:rStyle w:val="bumpedfont15"/>
          <w:color w:val="000000"/>
        </w:rPr>
        <w:t>environments</w:t>
      </w:r>
      <w:proofErr w:type="spellEnd"/>
      <w:r w:rsidRPr="00EB4EA3">
        <w:rPr>
          <w:rStyle w:val="bumpedfont15"/>
          <w:color w:val="000000"/>
        </w:rPr>
        <w:t xml:space="preserve">: </w:t>
      </w:r>
      <w:proofErr w:type="spellStart"/>
      <w:r w:rsidRPr="00EB4EA3">
        <w:rPr>
          <w:rStyle w:val="bumpedfont15"/>
          <w:color w:val="000000"/>
        </w:rPr>
        <w:t>Cognitive</w:t>
      </w:r>
      <w:proofErr w:type="spellEnd"/>
      <w:r w:rsidRPr="00EB4EA3">
        <w:rPr>
          <w:rStyle w:val="bumpedfont15"/>
          <w:color w:val="000000"/>
        </w:rPr>
        <w:t xml:space="preserve"> </w:t>
      </w:r>
      <w:proofErr w:type="spellStart"/>
      <w:r w:rsidRPr="00EB4EA3">
        <w:rPr>
          <w:rStyle w:val="bumpedfont15"/>
          <w:color w:val="000000"/>
        </w:rPr>
        <w:t>frameworks</w:t>
      </w:r>
      <w:proofErr w:type="spellEnd"/>
      <w:r w:rsidRPr="00EB4EA3">
        <w:rPr>
          <w:rStyle w:val="bumpedfont15"/>
          <w:color w:val="000000"/>
        </w:rPr>
        <w:t xml:space="preserve"> </w:t>
      </w:r>
      <w:proofErr w:type="spellStart"/>
      <w:r w:rsidRPr="00EB4EA3">
        <w:rPr>
          <w:rStyle w:val="bumpedfont15"/>
          <w:color w:val="000000"/>
        </w:rPr>
        <w:t>and</w:t>
      </w:r>
      <w:proofErr w:type="spellEnd"/>
      <w:r w:rsidRPr="00EB4EA3">
        <w:rPr>
          <w:rStyle w:val="bumpedfont15"/>
          <w:color w:val="000000"/>
        </w:rPr>
        <w:t xml:space="preserve"> </w:t>
      </w:r>
      <w:proofErr w:type="spellStart"/>
      <w:r w:rsidRPr="00EB4EA3">
        <w:rPr>
          <w:rStyle w:val="bumpedfont15"/>
          <w:color w:val="000000"/>
        </w:rPr>
        <w:t>behavioral</w:t>
      </w:r>
      <w:proofErr w:type="spellEnd"/>
      <w:r w:rsidRPr="00EB4EA3">
        <w:rPr>
          <w:rStyle w:val="bumpedfont15"/>
          <w:color w:val="000000"/>
        </w:rPr>
        <w:t xml:space="preserve"> </w:t>
      </w:r>
      <w:proofErr w:type="spellStart"/>
      <w:r w:rsidRPr="00EB4EA3">
        <w:rPr>
          <w:rStyle w:val="bumpedfont15"/>
          <w:color w:val="000000"/>
        </w:rPr>
        <w:t>adaptation</w:t>
      </w:r>
      <w:proofErr w:type="spellEnd"/>
      <w:r w:rsidRPr="00EB4EA3">
        <w:rPr>
          <w:rStyle w:val="bumpedfont15"/>
          <w:color w:val="000000"/>
        </w:rPr>
        <w:t xml:space="preserve"> </w:t>
      </w:r>
      <w:proofErr w:type="spellStart"/>
      <w:r w:rsidRPr="00EB4EA3">
        <w:rPr>
          <w:rStyle w:val="bumpedfont15"/>
          <w:color w:val="000000"/>
        </w:rPr>
        <w:t>of</w:t>
      </w:r>
      <w:proofErr w:type="spellEnd"/>
      <w:r w:rsidRPr="00EB4EA3">
        <w:rPr>
          <w:rStyle w:val="bumpedfont15"/>
          <w:color w:val="000000"/>
        </w:rPr>
        <w:t xml:space="preserve"> non-</w:t>
      </w:r>
      <w:proofErr w:type="spellStart"/>
      <w:r w:rsidRPr="00EB4EA3">
        <w:rPr>
          <w:rStyle w:val="bumpedfont15"/>
          <w:color w:val="000000"/>
        </w:rPr>
        <w:t>native</w:t>
      </w:r>
      <w:proofErr w:type="spellEnd"/>
      <w:r w:rsidRPr="00EB4EA3">
        <w:rPr>
          <w:rStyle w:val="bumpedfont15"/>
          <w:color w:val="000000"/>
        </w:rPr>
        <w:t xml:space="preserve"> </w:t>
      </w:r>
      <w:proofErr w:type="spellStart"/>
      <w:r w:rsidRPr="00EB4EA3">
        <w:rPr>
          <w:rStyle w:val="bumpedfont15"/>
          <w:color w:val="000000"/>
        </w:rPr>
        <w:t>employees</w:t>
      </w:r>
      <w:proofErr w:type="spellEnd"/>
      <w:r w:rsidRPr="00EB4EA3">
        <w:rPr>
          <w:rStyle w:val="bumpedfont15"/>
          <w:color w:val="000000"/>
        </w:rPr>
        <w:t xml:space="preserve">. </w:t>
      </w:r>
      <w:r w:rsidRPr="000A73CA">
        <w:rPr>
          <w:rStyle w:val="bumpedfont15"/>
          <w:i/>
          <w:iCs/>
          <w:color w:val="000000"/>
        </w:rPr>
        <w:t xml:space="preserve">Indonesian </w:t>
      </w:r>
      <w:proofErr w:type="spellStart"/>
      <w:r w:rsidRPr="000A73CA">
        <w:rPr>
          <w:rStyle w:val="bumpedfont15"/>
          <w:i/>
          <w:iCs/>
          <w:color w:val="000000"/>
        </w:rPr>
        <w:t>Journal</w:t>
      </w:r>
      <w:proofErr w:type="spellEnd"/>
      <w:r w:rsidRPr="000A73CA">
        <w:rPr>
          <w:rStyle w:val="bumpedfont15"/>
          <w:i/>
          <w:iCs/>
          <w:color w:val="000000"/>
        </w:rPr>
        <w:t xml:space="preserve"> </w:t>
      </w:r>
      <w:proofErr w:type="spellStart"/>
      <w:r w:rsidRPr="000A73CA">
        <w:rPr>
          <w:rStyle w:val="bumpedfont15"/>
          <w:i/>
          <w:iCs/>
          <w:color w:val="000000"/>
        </w:rPr>
        <w:t>of</w:t>
      </w:r>
      <w:proofErr w:type="spellEnd"/>
      <w:r w:rsidRPr="000A73CA">
        <w:rPr>
          <w:rStyle w:val="bumpedfont15"/>
          <w:i/>
          <w:iCs/>
          <w:color w:val="000000"/>
        </w:rPr>
        <w:t xml:space="preserve"> </w:t>
      </w:r>
      <w:proofErr w:type="spellStart"/>
      <w:r w:rsidRPr="000A73CA">
        <w:rPr>
          <w:rStyle w:val="bumpedfont15"/>
          <w:i/>
          <w:iCs/>
          <w:color w:val="000000"/>
        </w:rPr>
        <w:t>Applied</w:t>
      </w:r>
      <w:proofErr w:type="spellEnd"/>
      <w:r w:rsidRPr="000A73CA">
        <w:rPr>
          <w:rStyle w:val="bumpedfont15"/>
          <w:i/>
          <w:iCs/>
          <w:color w:val="000000"/>
        </w:rPr>
        <w:t xml:space="preserve"> </w:t>
      </w:r>
      <w:proofErr w:type="spellStart"/>
      <w:r w:rsidRPr="000A73CA">
        <w:rPr>
          <w:rStyle w:val="bumpedfont15"/>
          <w:i/>
          <w:iCs/>
          <w:color w:val="000000"/>
        </w:rPr>
        <w:t>Linguistics</w:t>
      </w:r>
      <w:proofErr w:type="spellEnd"/>
      <w:r w:rsidRPr="00EB4EA3">
        <w:rPr>
          <w:rStyle w:val="bumpedfont15"/>
          <w:color w:val="000000"/>
        </w:rPr>
        <w:t>, 12(1), 56-68.</w:t>
      </w:r>
    </w:p>
    <w:p w14:paraId="5867965E" w14:textId="77777777" w:rsidR="00EB4EA3" w:rsidRPr="00EB4EA3" w:rsidRDefault="00EB4EA3">
      <w:pPr>
        <w:pStyle w:val="s5"/>
        <w:spacing w:before="0" w:beforeAutospacing="0" w:after="150" w:afterAutospacing="0"/>
        <w:ind w:left="540" w:hanging="540"/>
        <w:jc w:val="both"/>
        <w:rPr>
          <w:rFonts w:ascii="-webkit-standard" w:hAnsi="-webkit-standard" w:hint="eastAsia"/>
          <w:color w:val="000000"/>
        </w:rPr>
      </w:pPr>
      <w:r w:rsidRPr="00EB4EA3">
        <w:rPr>
          <w:rStyle w:val="bumpedfont15"/>
          <w:color w:val="000000"/>
        </w:rPr>
        <w:t xml:space="preserve">Setyawan, H. (2023). Memahami realitas subjektif informan dalam lingkungan kerja </w:t>
      </w:r>
      <w:proofErr w:type="spellStart"/>
      <w:r w:rsidRPr="00EB4EA3">
        <w:rPr>
          <w:rStyle w:val="bumpedfont15"/>
          <w:color w:val="000000"/>
        </w:rPr>
        <w:t>multikultural</w:t>
      </w:r>
      <w:proofErr w:type="spellEnd"/>
      <w:r w:rsidRPr="00EB4EA3">
        <w:rPr>
          <w:rStyle w:val="bumpedfont15"/>
          <w:color w:val="000000"/>
        </w:rPr>
        <w:t xml:space="preserve"> </w:t>
      </w:r>
      <w:proofErr w:type="spellStart"/>
      <w:r w:rsidRPr="00EB4EA3">
        <w:rPr>
          <w:rStyle w:val="bumpedfont15"/>
          <w:color w:val="000000"/>
        </w:rPr>
        <w:t>melaui</w:t>
      </w:r>
      <w:proofErr w:type="spellEnd"/>
      <w:r w:rsidRPr="00EB4EA3">
        <w:rPr>
          <w:rStyle w:val="bumpedfont15"/>
          <w:color w:val="000000"/>
        </w:rPr>
        <w:t xml:space="preserve"> pendekatan kualitatif. </w:t>
      </w:r>
      <w:r w:rsidRPr="000A73CA">
        <w:rPr>
          <w:rStyle w:val="bumpedfont15"/>
          <w:i/>
          <w:iCs/>
          <w:color w:val="000000"/>
        </w:rPr>
        <w:t>Jurnal Komunikasi Antarbudaya</w:t>
      </w:r>
      <w:r w:rsidRPr="00EB4EA3">
        <w:rPr>
          <w:rStyle w:val="bumpedfont15"/>
          <w:color w:val="000000"/>
        </w:rPr>
        <w:t>, 4(1), 33-47.</w:t>
      </w:r>
    </w:p>
    <w:p w14:paraId="190078DB" w14:textId="77777777" w:rsidR="00EB4EA3" w:rsidRDefault="00EB4EA3">
      <w:pPr>
        <w:pStyle w:val="s5"/>
        <w:spacing w:before="0" w:beforeAutospacing="0" w:after="150" w:afterAutospacing="0"/>
        <w:ind w:left="540" w:hanging="540"/>
        <w:jc w:val="both"/>
        <w:rPr>
          <w:rStyle w:val="bumpedfont15"/>
          <w:color w:val="000000"/>
        </w:rPr>
      </w:pPr>
      <w:r w:rsidRPr="00EB4EA3">
        <w:rPr>
          <w:rStyle w:val="bumpedfont15"/>
          <w:color w:val="000000"/>
        </w:rPr>
        <w:t xml:space="preserve">Sugiyono. (2022). </w:t>
      </w:r>
      <w:r w:rsidRPr="000A73CA">
        <w:rPr>
          <w:rStyle w:val="bumpedfont15"/>
          <w:i/>
          <w:iCs/>
          <w:color w:val="000000"/>
        </w:rPr>
        <w:t xml:space="preserve">Metode penelitian kualitatif: Untuk penelitian yang bersifat eksploratif, </w:t>
      </w:r>
      <w:proofErr w:type="spellStart"/>
      <w:r w:rsidRPr="000A73CA">
        <w:rPr>
          <w:rStyle w:val="bumpedfont15"/>
          <w:i/>
          <w:iCs/>
          <w:color w:val="000000"/>
        </w:rPr>
        <w:t>enterpretif</w:t>
      </w:r>
      <w:proofErr w:type="spellEnd"/>
      <w:r w:rsidRPr="000A73CA">
        <w:rPr>
          <w:rStyle w:val="bumpedfont15"/>
          <w:i/>
          <w:iCs/>
          <w:color w:val="000000"/>
        </w:rPr>
        <w:t>, interaktif dan konstruktif</w:t>
      </w:r>
      <w:r w:rsidRPr="00EB4EA3">
        <w:rPr>
          <w:rStyle w:val="bumpedfont15"/>
          <w:color w:val="000000"/>
        </w:rPr>
        <w:t xml:space="preserve">. </w:t>
      </w:r>
      <w:proofErr w:type="spellStart"/>
      <w:r w:rsidRPr="00EB4EA3">
        <w:rPr>
          <w:rStyle w:val="bumpedfont15"/>
          <w:color w:val="000000"/>
        </w:rPr>
        <w:t>Alfabeta</w:t>
      </w:r>
      <w:proofErr w:type="spellEnd"/>
    </w:p>
    <w:p w14:paraId="422921D4" w14:textId="77777777" w:rsidR="00122875" w:rsidRPr="00EB4EA3" w:rsidRDefault="00122875">
      <w:pPr>
        <w:pStyle w:val="s5"/>
        <w:spacing w:before="0" w:beforeAutospacing="0" w:after="150" w:afterAutospacing="0"/>
        <w:ind w:left="540" w:hanging="540"/>
        <w:jc w:val="both"/>
        <w:rPr>
          <w:rFonts w:ascii="-webkit-standard" w:hAnsi="-webkit-standard" w:hint="eastAsia"/>
          <w:color w:val="000000"/>
        </w:rPr>
      </w:pPr>
    </w:p>
    <w:p w14:paraId="3F03ABAA" w14:textId="77777777" w:rsidR="00282B01" w:rsidRDefault="00282B01" w:rsidP="005D3E65">
      <w:pPr>
        <w:rPr>
          <w:rFonts w:ascii="Times New Roman" w:hAnsi="Times New Roman" w:cs="Times New Roman"/>
          <w:color w:val="000000" w:themeColor="text1"/>
          <w:sz w:val="24"/>
          <w:szCs w:val="24"/>
        </w:rPr>
      </w:pPr>
    </w:p>
    <w:p w14:paraId="0ADD76F2" w14:textId="77777777" w:rsidR="00C80F75" w:rsidRDefault="00C80F75" w:rsidP="005D3E65">
      <w:pPr>
        <w:rPr>
          <w:rFonts w:ascii="Times New Roman" w:hAnsi="Times New Roman" w:cs="Times New Roman"/>
          <w:color w:val="000000" w:themeColor="text1"/>
          <w:sz w:val="24"/>
          <w:szCs w:val="24"/>
        </w:rPr>
      </w:pPr>
    </w:p>
    <w:p w14:paraId="6D28E1C0" w14:textId="77777777" w:rsidR="00C80F75" w:rsidRDefault="00C80F75" w:rsidP="005D3E65">
      <w:pPr>
        <w:rPr>
          <w:rFonts w:ascii="Times New Roman" w:hAnsi="Times New Roman" w:cs="Times New Roman"/>
          <w:color w:val="000000" w:themeColor="text1"/>
          <w:sz w:val="24"/>
          <w:szCs w:val="24"/>
        </w:rPr>
      </w:pPr>
    </w:p>
    <w:p w14:paraId="546979A9" w14:textId="77777777" w:rsidR="00C80F75" w:rsidRDefault="00C80F75" w:rsidP="005D3E65">
      <w:pPr>
        <w:rPr>
          <w:rFonts w:ascii="Times New Roman" w:hAnsi="Times New Roman" w:cs="Times New Roman"/>
          <w:color w:val="000000" w:themeColor="text1"/>
          <w:sz w:val="24"/>
          <w:szCs w:val="24"/>
        </w:rPr>
      </w:pPr>
    </w:p>
    <w:p w14:paraId="6D6D2C6C" w14:textId="77777777" w:rsidR="00C80F75" w:rsidRDefault="00C80F75" w:rsidP="005D3E65">
      <w:pPr>
        <w:rPr>
          <w:rFonts w:ascii="Times New Roman" w:hAnsi="Times New Roman" w:cs="Times New Roman"/>
          <w:color w:val="000000" w:themeColor="text1"/>
          <w:sz w:val="24"/>
          <w:szCs w:val="24"/>
        </w:rPr>
      </w:pPr>
    </w:p>
    <w:p w14:paraId="104E17E2" w14:textId="77777777" w:rsidR="00C80F75" w:rsidRDefault="00C80F75" w:rsidP="005D3E65">
      <w:pPr>
        <w:rPr>
          <w:rFonts w:ascii="Times New Roman" w:hAnsi="Times New Roman" w:cs="Times New Roman"/>
          <w:color w:val="000000" w:themeColor="text1"/>
          <w:sz w:val="24"/>
          <w:szCs w:val="24"/>
        </w:rPr>
      </w:pPr>
    </w:p>
    <w:p w14:paraId="1EF6FB44" w14:textId="77777777" w:rsidR="00C80F75" w:rsidRDefault="00C80F75" w:rsidP="005D3E65">
      <w:pPr>
        <w:rPr>
          <w:rFonts w:ascii="Times New Roman" w:hAnsi="Times New Roman" w:cs="Times New Roman"/>
          <w:color w:val="000000" w:themeColor="text1"/>
          <w:sz w:val="24"/>
          <w:szCs w:val="24"/>
        </w:rPr>
      </w:pPr>
    </w:p>
    <w:p w14:paraId="04122218" w14:textId="77777777" w:rsidR="00C80F75" w:rsidRDefault="00C80F75" w:rsidP="005D3E65">
      <w:pPr>
        <w:rPr>
          <w:rFonts w:ascii="Times New Roman" w:hAnsi="Times New Roman" w:cs="Times New Roman"/>
          <w:color w:val="000000" w:themeColor="text1"/>
          <w:sz w:val="24"/>
          <w:szCs w:val="24"/>
        </w:rPr>
      </w:pPr>
    </w:p>
    <w:p w14:paraId="46B2A3A6" w14:textId="77777777" w:rsidR="00C80F75" w:rsidRDefault="00C80F75" w:rsidP="005D3E65">
      <w:pPr>
        <w:rPr>
          <w:rFonts w:ascii="Times New Roman" w:hAnsi="Times New Roman" w:cs="Times New Roman"/>
          <w:color w:val="000000" w:themeColor="text1"/>
          <w:sz w:val="24"/>
          <w:szCs w:val="24"/>
        </w:rPr>
      </w:pPr>
    </w:p>
    <w:p w14:paraId="4E3CE23C" w14:textId="77777777" w:rsidR="00C80F75" w:rsidRDefault="00C80F75" w:rsidP="005D3E65">
      <w:pPr>
        <w:rPr>
          <w:rFonts w:ascii="Times New Roman" w:hAnsi="Times New Roman" w:cs="Times New Roman"/>
          <w:color w:val="000000" w:themeColor="text1"/>
          <w:sz w:val="24"/>
          <w:szCs w:val="24"/>
        </w:rPr>
      </w:pPr>
    </w:p>
    <w:p w14:paraId="10BFE3DA" w14:textId="77777777" w:rsidR="00C80F75" w:rsidRDefault="00C80F75" w:rsidP="005D3E65">
      <w:pPr>
        <w:rPr>
          <w:rFonts w:ascii="Times New Roman" w:hAnsi="Times New Roman" w:cs="Times New Roman"/>
          <w:color w:val="000000" w:themeColor="text1"/>
          <w:sz w:val="24"/>
          <w:szCs w:val="24"/>
        </w:rPr>
      </w:pPr>
    </w:p>
    <w:p w14:paraId="2C94E3AF" w14:textId="77777777" w:rsidR="00C80F75" w:rsidRDefault="00C80F75" w:rsidP="005D3E65">
      <w:pPr>
        <w:rPr>
          <w:rFonts w:ascii="Times New Roman" w:hAnsi="Times New Roman" w:cs="Times New Roman"/>
          <w:color w:val="000000" w:themeColor="text1"/>
          <w:sz w:val="24"/>
          <w:szCs w:val="24"/>
        </w:rPr>
      </w:pPr>
    </w:p>
    <w:p w14:paraId="66EF80F8" w14:textId="77777777" w:rsidR="00C80F75" w:rsidRDefault="00C80F75" w:rsidP="005D3E65">
      <w:pPr>
        <w:rPr>
          <w:rFonts w:ascii="Times New Roman" w:hAnsi="Times New Roman" w:cs="Times New Roman"/>
          <w:color w:val="000000" w:themeColor="text1"/>
          <w:sz w:val="24"/>
          <w:szCs w:val="24"/>
        </w:rPr>
      </w:pPr>
    </w:p>
    <w:p w14:paraId="0D33A67A" w14:textId="77777777" w:rsidR="00C80F75" w:rsidRDefault="00C80F75" w:rsidP="005D3E65">
      <w:pPr>
        <w:rPr>
          <w:rFonts w:ascii="Times New Roman" w:hAnsi="Times New Roman" w:cs="Times New Roman"/>
          <w:color w:val="000000" w:themeColor="text1"/>
          <w:sz w:val="24"/>
          <w:szCs w:val="24"/>
        </w:rPr>
      </w:pPr>
    </w:p>
    <w:p w14:paraId="11865DE1" w14:textId="77777777" w:rsidR="00C80F75" w:rsidRDefault="00C80F75" w:rsidP="005D3E65">
      <w:pPr>
        <w:rPr>
          <w:rFonts w:ascii="Times New Roman" w:hAnsi="Times New Roman" w:cs="Times New Roman"/>
          <w:color w:val="000000" w:themeColor="text1"/>
          <w:sz w:val="24"/>
          <w:szCs w:val="24"/>
        </w:rPr>
      </w:pPr>
    </w:p>
    <w:p w14:paraId="6ACC461F" w14:textId="77777777" w:rsidR="00C80F75" w:rsidRDefault="00C80F75" w:rsidP="005D3E65">
      <w:pPr>
        <w:rPr>
          <w:rFonts w:ascii="Times New Roman" w:hAnsi="Times New Roman" w:cs="Times New Roman"/>
          <w:color w:val="000000" w:themeColor="text1"/>
          <w:sz w:val="24"/>
          <w:szCs w:val="24"/>
        </w:rPr>
      </w:pPr>
    </w:p>
    <w:p w14:paraId="39AAF4BF" w14:textId="77777777" w:rsidR="00C80F75" w:rsidRDefault="00C80F75" w:rsidP="005D3E65">
      <w:pPr>
        <w:rPr>
          <w:rFonts w:ascii="Times New Roman" w:hAnsi="Times New Roman" w:cs="Times New Roman"/>
          <w:color w:val="000000" w:themeColor="text1"/>
          <w:sz w:val="24"/>
          <w:szCs w:val="24"/>
        </w:rPr>
      </w:pPr>
    </w:p>
    <w:p w14:paraId="6E7C0300" w14:textId="77777777" w:rsidR="00C80F75" w:rsidRDefault="00C80F75" w:rsidP="005D3E65">
      <w:pPr>
        <w:rPr>
          <w:rFonts w:ascii="Times New Roman" w:hAnsi="Times New Roman" w:cs="Times New Roman"/>
          <w:color w:val="000000" w:themeColor="text1"/>
          <w:sz w:val="24"/>
          <w:szCs w:val="24"/>
        </w:rPr>
      </w:pPr>
    </w:p>
    <w:p w14:paraId="268BF902" w14:textId="77777777" w:rsidR="00C80F75" w:rsidRDefault="00C80F75" w:rsidP="005D3E65">
      <w:pPr>
        <w:rPr>
          <w:rFonts w:ascii="Times New Roman" w:hAnsi="Times New Roman" w:cs="Times New Roman"/>
          <w:color w:val="000000" w:themeColor="text1"/>
          <w:sz w:val="24"/>
          <w:szCs w:val="24"/>
        </w:rPr>
      </w:pPr>
    </w:p>
    <w:p w14:paraId="62DC8BAE" w14:textId="77777777" w:rsidR="00C80F75" w:rsidRDefault="00C80F75" w:rsidP="005D3E65">
      <w:pPr>
        <w:rPr>
          <w:rFonts w:ascii="Times New Roman" w:hAnsi="Times New Roman" w:cs="Times New Roman"/>
          <w:color w:val="000000" w:themeColor="text1"/>
          <w:sz w:val="24"/>
          <w:szCs w:val="24"/>
        </w:rPr>
      </w:pPr>
    </w:p>
    <w:p w14:paraId="41E776C4" w14:textId="77777777" w:rsidR="00C80F75" w:rsidRDefault="00C80F75" w:rsidP="005D3E65">
      <w:pPr>
        <w:rPr>
          <w:rFonts w:ascii="Times New Roman" w:hAnsi="Times New Roman" w:cs="Times New Roman"/>
          <w:color w:val="000000" w:themeColor="text1"/>
          <w:sz w:val="24"/>
          <w:szCs w:val="24"/>
        </w:rPr>
      </w:pPr>
    </w:p>
    <w:p w14:paraId="67C40DE6" w14:textId="77777777" w:rsidR="00C80F75" w:rsidRDefault="00C80F75" w:rsidP="005D3E65">
      <w:pPr>
        <w:rPr>
          <w:rFonts w:ascii="Times New Roman" w:hAnsi="Times New Roman" w:cs="Times New Roman"/>
          <w:color w:val="000000" w:themeColor="text1"/>
          <w:sz w:val="24"/>
          <w:szCs w:val="24"/>
        </w:rPr>
      </w:pPr>
    </w:p>
    <w:p w14:paraId="67562272" w14:textId="77777777" w:rsidR="00C80F75" w:rsidRDefault="00C80F75" w:rsidP="00C80F75">
      <w:pPr>
        <w:jc w:val="center"/>
        <w:rPr>
          <w:rFonts w:ascii="Times New Roman" w:hAnsi="Times New Roman" w:cs="Times New Roman"/>
          <w:b/>
          <w:bCs/>
          <w:color w:val="000000" w:themeColor="text1"/>
          <w:sz w:val="24"/>
          <w:szCs w:val="24"/>
        </w:rPr>
      </w:pPr>
      <w:r w:rsidRPr="00C80F75">
        <w:rPr>
          <w:rFonts w:ascii="Times New Roman" w:hAnsi="Times New Roman" w:cs="Times New Roman"/>
          <w:b/>
          <w:bCs/>
          <w:color w:val="000000" w:themeColor="text1"/>
          <w:sz w:val="24"/>
          <w:szCs w:val="24"/>
        </w:rPr>
        <w:t>LAMPIRAN</w:t>
      </w:r>
    </w:p>
    <w:p w14:paraId="6E744CD9" w14:textId="77777777" w:rsidR="00C80F75" w:rsidRDefault="00C80F75" w:rsidP="00C80F75">
      <w:pPr>
        <w:rPr>
          <w:rFonts w:ascii="Times New Roman" w:hAnsi="Times New Roman" w:cs="Times New Roman"/>
          <w:color w:val="000000" w:themeColor="text1"/>
          <w:sz w:val="24"/>
          <w:szCs w:val="24"/>
        </w:rPr>
      </w:pPr>
      <w:r w:rsidRPr="00C80F75">
        <w:rPr>
          <w:rFonts w:ascii="Times New Roman" w:hAnsi="Times New Roman" w:cs="Times New Roman"/>
          <w:color w:val="000000" w:themeColor="text1"/>
          <w:sz w:val="24"/>
          <w:szCs w:val="24"/>
        </w:rPr>
        <w:t>Lampiran Hasil Kuisioner</w:t>
      </w:r>
      <w:r>
        <w:rPr>
          <w:rFonts w:ascii="Times New Roman" w:hAnsi="Times New Roman" w:cs="Times New Roman"/>
          <w:color w:val="000000" w:themeColor="text1"/>
          <w:sz w:val="24"/>
          <w:szCs w:val="24"/>
        </w:rPr>
        <w:t xml:space="preserve">. </w:t>
      </w:r>
    </w:p>
    <w:p w14:paraId="7EB50E13" w14:textId="77777777" w:rsidR="00C80F75" w:rsidRDefault="00C80F75" w:rsidP="00C80F75">
      <w:pPr>
        <w:rPr>
          <w:rFonts w:ascii="Times New Roman" w:hAnsi="Times New Roman" w:cs="Times New Roman"/>
          <w:color w:val="000000" w:themeColor="text1"/>
          <w:sz w:val="24"/>
          <w:szCs w:val="24"/>
        </w:rPr>
      </w:pPr>
    </w:p>
    <w:p w14:paraId="02E9E8D1" w14:textId="77777777" w:rsidR="00C80F75" w:rsidRDefault="00C80F75" w:rsidP="00C80F75">
      <w:pPr>
        <w:autoSpaceDE w:val="0"/>
        <w:autoSpaceDN w:val="0"/>
        <w:adjustRightInd w:val="0"/>
        <w:spacing w:after="0" w:line="240" w:lineRule="auto"/>
        <w:rPr>
          <w:rFonts w:ascii="Helvetica Neue" w:hAnsi="Helvetica Neue" w:cs="Helvetica Neue"/>
          <w:sz w:val="26"/>
          <w:szCs w:val="26"/>
        </w:rPr>
      </w:pPr>
      <w:r>
        <w:rPr>
          <w:rFonts w:ascii="Helvetica Neue" w:hAnsi="Helvetica Neue" w:cs="Helvetica Neue"/>
          <w:noProof/>
          <w:sz w:val="26"/>
          <w:szCs w:val="26"/>
        </w:rPr>
        <w:drawing>
          <wp:inline distT="0" distB="0" distL="0" distR="0" wp14:anchorId="202A3B20" wp14:editId="74F21F2E">
            <wp:extent cx="5041265" cy="2122170"/>
            <wp:effectExtent l="0" t="0" r="635" b="0"/>
            <wp:docPr id="757677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1265" cy="2122170"/>
                    </a:xfrm>
                    <a:prstGeom prst="rect">
                      <a:avLst/>
                    </a:prstGeom>
                    <a:noFill/>
                    <a:ln>
                      <a:noFill/>
                    </a:ln>
                  </pic:spPr>
                </pic:pic>
              </a:graphicData>
            </a:graphic>
          </wp:inline>
        </w:drawing>
      </w:r>
    </w:p>
    <w:p w14:paraId="62953B6B" w14:textId="77777777" w:rsidR="00C80F75" w:rsidRDefault="00C80F75" w:rsidP="00C80F75">
      <w:pPr>
        <w:autoSpaceDE w:val="0"/>
        <w:autoSpaceDN w:val="0"/>
        <w:adjustRightInd w:val="0"/>
        <w:spacing w:after="0" w:line="240" w:lineRule="auto"/>
        <w:rPr>
          <w:rFonts w:ascii="Helvetica Neue" w:hAnsi="Helvetica Neue" w:cs="Helvetica Neue"/>
          <w:sz w:val="26"/>
          <w:szCs w:val="26"/>
        </w:rPr>
      </w:pPr>
      <w:r>
        <w:rPr>
          <w:rFonts w:ascii="Helvetica Neue" w:hAnsi="Helvetica Neue" w:cs="Helvetica Neue"/>
          <w:noProof/>
          <w:sz w:val="26"/>
          <w:szCs w:val="26"/>
        </w:rPr>
        <w:drawing>
          <wp:inline distT="0" distB="0" distL="0" distR="0" wp14:anchorId="23F74125" wp14:editId="222671AD">
            <wp:extent cx="5041265" cy="2122170"/>
            <wp:effectExtent l="0" t="0" r="635" b="0"/>
            <wp:docPr id="288651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1265" cy="2122170"/>
                    </a:xfrm>
                    <a:prstGeom prst="rect">
                      <a:avLst/>
                    </a:prstGeom>
                    <a:noFill/>
                    <a:ln>
                      <a:noFill/>
                    </a:ln>
                  </pic:spPr>
                </pic:pic>
              </a:graphicData>
            </a:graphic>
          </wp:inline>
        </w:drawing>
      </w:r>
    </w:p>
    <w:p w14:paraId="12155922" w14:textId="77777777" w:rsidR="00C80F75" w:rsidRDefault="00C80F75" w:rsidP="00C80F75">
      <w:pPr>
        <w:autoSpaceDE w:val="0"/>
        <w:autoSpaceDN w:val="0"/>
        <w:adjustRightInd w:val="0"/>
        <w:spacing w:after="0" w:line="240" w:lineRule="auto"/>
        <w:rPr>
          <w:rFonts w:ascii="Helvetica Neue" w:hAnsi="Helvetica Neue" w:cs="Helvetica Neue"/>
          <w:sz w:val="26"/>
          <w:szCs w:val="26"/>
        </w:rPr>
      </w:pPr>
      <w:r>
        <w:rPr>
          <w:rFonts w:ascii="Helvetica Neue" w:hAnsi="Helvetica Neue" w:cs="Helvetica Neue"/>
          <w:noProof/>
          <w:sz w:val="26"/>
          <w:szCs w:val="26"/>
        </w:rPr>
        <w:drawing>
          <wp:inline distT="0" distB="0" distL="0" distR="0" wp14:anchorId="249CDECC" wp14:editId="6B836C15">
            <wp:extent cx="5041265" cy="2122170"/>
            <wp:effectExtent l="0" t="0" r="635" b="0"/>
            <wp:docPr id="18896995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1265" cy="2122170"/>
                    </a:xfrm>
                    <a:prstGeom prst="rect">
                      <a:avLst/>
                    </a:prstGeom>
                    <a:noFill/>
                    <a:ln>
                      <a:noFill/>
                    </a:ln>
                  </pic:spPr>
                </pic:pic>
              </a:graphicData>
            </a:graphic>
          </wp:inline>
        </w:drawing>
      </w:r>
    </w:p>
    <w:p w14:paraId="58092EFD" w14:textId="77777777" w:rsidR="00C80F75" w:rsidRDefault="00C80F75" w:rsidP="00C80F75">
      <w:pPr>
        <w:autoSpaceDE w:val="0"/>
        <w:autoSpaceDN w:val="0"/>
        <w:adjustRightInd w:val="0"/>
        <w:spacing w:after="0" w:line="240" w:lineRule="auto"/>
        <w:rPr>
          <w:rFonts w:ascii="Helvetica Neue" w:hAnsi="Helvetica Neue" w:cs="Helvetica Neue"/>
          <w:sz w:val="26"/>
          <w:szCs w:val="26"/>
        </w:rPr>
      </w:pPr>
      <w:r>
        <w:rPr>
          <w:rFonts w:ascii="Helvetica Neue" w:hAnsi="Helvetica Neue" w:cs="Helvetica Neue"/>
          <w:noProof/>
          <w:sz w:val="26"/>
          <w:szCs w:val="26"/>
        </w:rPr>
        <w:drawing>
          <wp:inline distT="0" distB="0" distL="0" distR="0" wp14:anchorId="09C87B85" wp14:editId="7F81CF6E">
            <wp:extent cx="5041265" cy="2122170"/>
            <wp:effectExtent l="0" t="0" r="635" b="0"/>
            <wp:docPr id="1118491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1265" cy="2122170"/>
                    </a:xfrm>
                    <a:prstGeom prst="rect">
                      <a:avLst/>
                    </a:prstGeom>
                    <a:noFill/>
                    <a:ln>
                      <a:noFill/>
                    </a:ln>
                  </pic:spPr>
                </pic:pic>
              </a:graphicData>
            </a:graphic>
          </wp:inline>
        </w:drawing>
      </w:r>
    </w:p>
    <w:p w14:paraId="735C7E3E" w14:textId="77777777" w:rsidR="00C80F75" w:rsidRDefault="00C80F75" w:rsidP="00C80F75">
      <w:pPr>
        <w:autoSpaceDE w:val="0"/>
        <w:autoSpaceDN w:val="0"/>
        <w:adjustRightInd w:val="0"/>
        <w:spacing w:after="0" w:line="240" w:lineRule="auto"/>
        <w:rPr>
          <w:rFonts w:ascii="Helvetica Neue" w:hAnsi="Helvetica Neue" w:cs="Helvetica Neue"/>
          <w:sz w:val="26"/>
          <w:szCs w:val="26"/>
        </w:rPr>
      </w:pPr>
      <w:r>
        <w:rPr>
          <w:rFonts w:ascii="Helvetica Neue" w:hAnsi="Helvetica Neue" w:cs="Helvetica Neue"/>
          <w:noProof/>
          <w:sz w:val="26"/>
          <w:szCs w:val="26"/>
        </w:rPr>
        <w:drawing>
          <wp:inline distT="0" distB="0" distL="0" distR="0" wp14:anchorId="211311A3" wp14:editId="7655AAA1">
            <wp:extent cx="5041265" cy="2122170"/>
            <wp:effectExtent l="0" t="0" r="635" b="0"/>
            <wp:docPr id="9361065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1265" cy="2122170"/>
                    </a:xfrm>
                    <a:prstGeom prst="rect">
                      <a:avLst/>
                    </a:prstGeom>
                    <a:noFill/>
                    <a:ln>
                      <a:noFill/>
                    </a:ln>
                  </pic:spPr>
                </pic:pic>
              </a:graphicData>
            </a:graphic>
          </wp:inline>
        </w:drawing>
      </w:r>
    </w:p>
    <w:p w14:paraId="3E6404AA" w14:textId="77777777" w:rsidR="00C80F75" w:rsidRDefault="00C80F75" w:rsidP="00C80F75">
      <w:pPr>
        <w:autoSpaceDE w:val="0"/>
        <w:autoSpaceDN w:val="0"/>
        <w:adjustRightInd w:val="0"/>
        <w:spacing w:after="0" w:line="240" w:lineRule="auto"/>
        <w:rPr>
          <w:rFonts w:ascii="Helvetica Neue" w:hAnsi="Helvetica Neue" w:cs="Helvetica Neue"/>
          <w:sz w:val="26"/>
          <w:szCs w:val="26"/>
        </w:rPr>
      </w:pPr>
      <w:r>
        <w:rPr>
          <w:rFonts w:ascii="Helvetica Neue" w:hAnsi="Helvetica Neue" w:cs="Helvetica Neue"/>
          <w:noProof/>
          <w:sz w:val="26"/>
          <w:szCs w:val="26"/>
        </w:rPr>
        <w:drawing>
          <wp:inline distT="0" distB="0" distL="0" distR="0" wp14:anchorId="7ED645D2" wp14:editId="1FE84FA2">
            <wp:extent cx="5041265" cy="2122170"/>
            <wp:effectExtent l="0" t="0" r="635" b="0"/>
            <wp:docPr id="19949121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1265" cy="2122170"/>
                    </a:xfrm>
                    <a:prstGeom prst="rect">
                      <a:avLst/>
                    </a:prstGeom>
                    <a:noFill/>
                    <a:ln>
                      <a:noFill/>
                    </a:ln>
                  </pic:spPr>
                </pic:pic>
              </a:graphicData>
            </a:graphic>
          </wp:inline>
        </w:drawing>
      </w:r>
    </w:p>
    <w:p w14:paraId="1E13B637" w14:textId="77777777" w:rsidR="00C80F75" w:rsidRDefault="00C80F75" w:rsidP="00C80F75">
      <w:pPr>
        <w:rPr>
          <w:rFonts w:ascii="Times New Roman" w:hAnsi="Times New Roman" w:cs="Times New Roman"/>
          <w:color w:val="000000" w:themeColor="text1"/>
          <w:sz w:val="24"/>
          <w:szCs w:val="24"/>
        </w:rPr>
      </w:pPr>
    </w:p>
    <w:p w14:paraId="75422841" w14:textId="77777777" w:rsidR="00C80F75" w:rsidRDefault="00C80F75" w:rsidP="00C80F75">
      <w:pPr>
        <w:rPr>
          <w:rFonts w:ascii="Times New Roman" w:hAnsi="Times New Roman" w:cs="Times New Roman"/>
          <w:color w:val="000000" w:themeColor="text1"/>
          <w:sz w:val="24"/>
          <w:szCs w:val="24"/>
        </w:rPr>
      </w:pPr>
    </w:p>
    <w:p w14:paraId="060F425F" w14:textId="77777777" w:rsidR="00C80F75" w:rsidRDefault="00C80F75" w:rsidP="00C80F75">
      <w:pPr>
        <w:rPr>
          <w:rFonts w:ascii="Times New Roman" w:hAnsi="Times New Roman" w:cs="Times New Roman"/>
          <w:color w:val="000000" w:themeColor="text1"/>
          <w:sz w:val="24"/>
          <w:szCs w:val="24"/>
        </w:rPr>
      </w:pPr>
    </w:p>
    <w:p w14:paraId="1271FAA0" w14:textId="77777777" w:rsidR="00C80F75" w:rsidRDefault="00C80F75" w:rsidP="00C80F75">
      <w:pPr>
        <w:rPr>
          <w:rFonts w:ascii="Times New Roman" w:hAnsi="Times New Roman" w:cs="Times New Roman"/>
          <w:color w:val="000000" w:themeColor="text1"/>
          <w:sz w:val="24"/>
          <w:szCs w:val="24"/>
        </w:rPr>
      </w:pPr>
    </w:p>
    <w:p w14:paraId="39A883DF" w14:textId="77777777" w:rsidR="00C80F75" w:rsidRDefault="00C80F75" w:rsidP="00C80F75">
      <w:pPr>
        <w:rPr>
          <w:rFonts w:ascii="Times New Roman" w:hAnsi="Times New Roman" w:cs="Times New Roman"/>
          <w:color w:val="000000" w:themeColor="text1"/>
          <w:sz w:val="24"/>
          <w:szCs w:val="24"/>
        </w:rPr>
      </w:pPr>
    </w:p>
    <w:p w14:paraId="10D7E140" w14:textId="77777777" w:rsidR="00C80F75" w:rsidRDefault="00C80F75" w:rsidP="00C80F75">
      <w:pPr>
        <w:rPr>
          <w:rFonts w:ascii="Times New Roman" w:hAnsi="Times New Roman" w:cs="Times New Roman"/>
          <w:color w:val="000000" w:themeColor="text1"/>
          <w:sz w:val="24"/>
          <w:szCs w:val="24"/>
        </w:rPr>
      </w:pPr>
    </w:p>
    <w:p w14:paraId="44E9028E" w14:textId="77777777" w:rsidR="00C80F75" w:rsidRDefault="00C80F75" w:rsidP="00C80F75">
      <w:pPr>
        <w:rPr>
          <w:rFonts w:ascii="Times New Roman" w:hAnsi="Times New Roman" w:cs="Times New Roman"/>
          <w:color w:val="000000" w:themeColor="text1"/>
          <w:sz w:val="24"/>
          <w:szCs w:val="24"/>
        </w:rPr>
      </w:pPr>
    </w:p>
    <w:p w14:paraId="3A13E52B" w14:textId="77777777" w:rsidR="00C80F75" w:rsidRDefault="00C80F75" w:rsidP="00C80F75">
      <w:pPr>
        <w:rPr>
          <w:rFonts w:ascii="Times New Roman" w:hAnsi="Times New Roman" w:cs="Times New Roman"/>
          <w:color w:val="000000" w:themeColor="text1"/>
          <w:sz w:val="24"/>
          <w:szCs w:val="24"/>
        </w:rPr>
      </w:pPr>
    </w:p>
    <w:p w14:paraId="284B6575" w14:textId="77777777" w:rsidR="00C80F75" w:rsidRDefault="00C80F75" w:rsidP="00C80F7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Lampiran Hak </w:t>
      </w:r>
      <w:proofErr w:type="spellStart"/>
      <w:r>
        <w:rPr>
          <w:rFonts w:ascii="Times New Roman" w:hAnsi="Times New Roman" w:cs="Times New Roman"/>
          <w:color w:val="000000" w:themeColor="text1"/>
          <w:sz w:val="24"/>
          <w:szCs w:val="24"/>
        </w:rPr>
        <w:t>Kekayaan</w:t>
      </w:r>
      <w:proofErr w:type="spellEnd"/>
      <w:r>
        <w:rPr>
          <w:rFonts w:ascii="Times New Roman" w:hAnsi="Times New Roman" w:cs="Times New Roman"/>
          <w:color w:val="000000" w:themeColor="text1"/>
          <w:sz w:val="24"/>
          <w:szCs w:val="24"/>
        </w:rPr>
        <w:t xml:space="preserve"> Intelektual (HKI)</w:t>
      </w:r>
    </w:p>
    <w:p w14:paraId="6F80143D" w14:textId="77777777" w:rsidR="00C80F75" w:rsidRPr="00C80F75" w:rsidRDefault="00005E8D" w:rsidP="00C80F75">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60288" behindDoc="0" locked="0" layoutInCell="1" allowOverlap="1" wp14:anchorId="2C3D7558" wp14:editId="12AAF9A6">
            <wp:simplePos x="0" y="0"/>
            <wp:positionH relativeFrom="column">
              <wp:posOffset>340060</wp:posOffset>
            </wp:positionH>
            <wp:positionV relativeFrom="paragraph">
              <wp:posOffset>120683</wp:posOffset>
            </wp:positionV>
            <wp:extent cx="4213492" cy="5974465"/>
            <wp:effectExtent l="0" t="0" r="3175" b="0"/>
            <wp:wrapNone/>
            <wp:docPr id="18163209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20942" name="Picture 1816320942"/>
                    <pic:cNvPicPr/>
                  </pic:nvPicPr>
                  <pic:blipFill>
                    <a:blip r:embed="rId24"/>
                    <a:stretch>
                      <a:fillRect/>
                    </a:stretch>
                  </pic:blipFill>
                  <pic:spPr>
                    <a:xfrm>
                      <a:off x="0" y="0"/>
                      <a:ext cx="4213492" cy="5974465"/>
                    </a:xfrm>
                    <a:prstGeom prst="rect">
                      <a:avLst/>
                    </a:prstGeom>
                  </pic:spPr>
                </pic:pic>
              </a:graphicData>
            </a:graphic>
            <wp14:sizeRelH relativeFrom="page">
              <wp14:pctWidth>0</wp14:pctWidth>
            </wp14:sizeRelH>
            <wp14:sizeRelV relativeFrom="page">
              <wp14:pctHeight>0</wp14:pctHeight>
            </wp14:sizeRelV>
          </wp:anchor>
        </w:drawing>
      </w:r>
    </w:p>
    <w:p w14:paraId="1F956717" w14:textId="77777777" w:rsidR="00C80F75" w:rsidRDefault="00C80F75" w:rsidP="00C80F75">
      <w:pPr>
        <w:jc w:val="center"/>
        <w:rPr>
          <w:rFonts w:ascii="Times New Roman" w:hAnsi="Times New Roman" w:cs="Times New Roman"/>
          <w:color w:val="000000" w:themeColor="text1"/>
          <w:sz w:val="24"/>
          <w:szCs w:val="24"/>
        </w:rPr>
      </w:pPr>
    </w:p>
    <w:p w14:paraId="41A0ABCE" w14:textId="77777777" w:rsidR="00005E8D" w:rsidRDefault="00005E8D" w:rsidP="00C80F75">
      <w:pPr>
        <w:jc w:val="center"/>
        <w:rPr>
          <w:rFonts w:ascii="Times New Roman" w:hAnsi="Times New Roman" w:cs="Times New Roman"/>
          <w:color w:val="000000" w:themeColor="text1"/>
          <w:sz w:val="24"/>
          <w:szCs w:val="24"/>
        </w:rPr>
      </w:pPr>
    </w:p>
    <w:p w14:paraId="4BEBDE7E" w14:textId="77777777" w:rsidR="00005E8D" w:rsidRDefault="00005E8D" w:rsidP="00C80F75">
      <w:pPr>
        <w:jc w:val="center"/>
        <w:rPr>
          <w:rFonts w:ascii="Times New Roman" w:hAnsi="Times New Roman" w:cs="Times New Roman"/>
          <w:color w:val="000000" w:themeColor="text1"/>
          <w:sz w:val="24"/>
          <w:szCs w:val="24"/>
        </w:rPr>
      </w:pPr>
    </w:p>
    <w:p w14:paraId="32C36DC1" w14:textId="77777777" w:rsidR="00005E8D" w:rsidRDefault="00005E8D" w:rsidP="00C80F75">
      <w:pPr>
        <w:jc w:val="center"/>
        <w:rPr>
          <w:rFonts w:ascii="Times New Roman" w:hAnsi="Times New Roman" w:cs="Times New Roman"/>
          <w:color w:val="000000" w:themeColor="text1"/>
          <w:sz w:val="24"/>
          <w:szCs w:val="24"/>
        </w:rPr>
      </w:pPr>
    </w:p>
    <w:p w14:paraId="0E5640C2" w14:textId="77777777" w:rsidR="00005E8D" w:rsidRDefault="00005E8D" w:rsidP="00C80F75">
      <w:pPr>
        <w:jc w:val="center"/>
        <w:rPr>
          <w:rFonts w:ascii="Times New Roman" w:hAnsi="Times New Roman" w:cs="Times New Roman"/>
          <w:color w:val="000000" w:themeColor="text1"/>
          <w:sz w:val="24"/>
          <w:szCs w:val="24"/>
        </w:rPr>
      </w:pPr>
    </w:p>
    <w:p w14:paraId="1DFF1C6F" w14:textId="77777777" w:rsidR="00005E8D" w:rsidRDefault="00005E8D" w:rsidP="00C80F75">
      <w:pPr>
        <w:jc w:val="center"/>
        <w:rPr>
          <w:rFonts w:ascii="Times New Roman" w:hAnsi="Times New Roman" w:cs="Times New Roman"/>
          <w:color w:val="000000" w:themeColor="text1"/>
          <w:sz w:val="24"/>
          <w:szCs w:val="24"/>
        </w:rPr>
      </w:pPr>
    </w:p>
    <w:p w14:paraId="5EF28C83" w14:textId="77777777" w:rsidR="00005E8D" w:rsidRDefault="00005E8D" w:rsidP="00C80F75">
      <w:pPr>
        <w:jc w:val="center"/>
        <w:rPr>
          <w:rFonts w:ascii="Times New Roman" w:hAnsi="Times New Roman" w:cs="Times New Roman"/>
          <w:color w:val="000000" w:themeColor="text1"/>
          <w:sz w:val="24"/>
          <w:szCs w:val="24"/>
        </w:rPr>
      </w:pPr>
    </w:p>
    <w:p w14:paraId="1A0574A7" w14:textId="77777777" w:rsidR="00005E8D" w:rsidRDefault="00005E8D" w:rsidP="00C80F75">
      <w:pPr>
        <w:jc w:val="center"/>
        <w:rPr>
          <w:rFonts w:ascii="Times New Roman" w:hAnsi="Times New Roman" w:cs="Times New Roman"/>
          <w:color w:val="000000" w:themeColor="text1"/>
          <w:sz w:val="24"/>
          <w:szCs w:val="24"/>
        </w:rPr>
      </w:pPr>
    </w:p>
    <w:p w14:paraId="5E58F632" w14:textId="77777777" w:rsidR="00005E8D" w:rsidRDefault="00005E8D" w:rsidP="00C80F75">
      <w:pPr>
        <w:jc w:val="center"/>
        <w:rPr>
          <w:rFonts w:ascii="Times New Roman" w:hAnsi="Times New Roman" w:cs="Times New Roman"/>
          <w:color w:val="000000" w:themeColor="text1"/>
          <w:sz w:val="24"/>
          <w:szCs w:val="24"/>
        </w:rPr>
      </w:pPr>
    </w:p>
    <w:p w14:paraId="15E9B99A" w14:textId="77777777" w:rsidR="00005E8D" w:rsidRDefault="00005E8D" w:rsidP="00C80F75">
      <w:pPr>
        <w:jc w:val="center"/>
        <w:rPr>
          <w:rFonts w:ascii="Times New Roman" w:hAnsi="Times New Roman" w:cs="Times New Roman"/>
          <w:color w:val="000000" w:themeColor="text1"/>
          <w:sz w:val="24"/>
          <w:szCs w:val="24"/>
        </w:rPr>
      </w:pPr>
    </w:p>
    <w:p w14:paraId="42820FD4" w14:textId="77777777" w:rsidR="00005E8D" w:rsidRDefault="00005E8D" w:rsidP="00C80F75">
      <w:pPr>
        <w:jc w:val="center"/>
        <w:rPr>
          <w:rFonts w:ascii="Times New Roman" w:hAnsi="Times New Roman" w:cs="Times New Roman"/>
          <w:color w:val="000000" w:themeColor="text1"/>
          <w:sz w:val="24"/>
          <w:szCs w:val="24"/>
        </w:rPr>
      </w:pPr>
    </w:p>
    <w:p w14:paraId="12A60B6A" w14:textId="77777777" w:rsidR="00005E8D" w:rsidRDefault="00005E8D" w:rsidP="00C80F75">
      <w:pPr>
        <w:jc w:val="center"/>
        <w:rPr>
          <w:rFonts w:ascii="Times New Roman" w:hAnsi="Times New Roman" w:cs="Times New Roman"/>
          <w:color w:val="000000" w:themeColor="text1"/>
          <w:sz w:val="24"/>
          <w:szCs w:val="24"/>
        </w:rPr>
      </w:pPr>
    </w:p>
    <w:p w14:paraId="07109B5B" w14:textId="77777777" w:rsidR="00005E8D" w:rsidRDefault="00005E8D" w:rsidP="00C80F75">
      <w:pPr>
        <w:jc w:val="center"/>
        <w:rPr>
          <w:rFonts w:ascii="Times New Roman" w:hAnsi="Times New Roman" w:cs="Times New Roman"/>
          <w:color w:val="000000" w:themeColor="text1"/>
          <w:sz w:val="24"/>
          <w:szCs w:val="24"/>
        </w:rPr>
      </w:pPr>
    </w:p>
    <w:p w14:paraId="2324AE3A" w14:textId="77777777" w:rsidR="00005E8D" w:rsidRDefault="00005E8D" w:rsidP="00C80F75">
      <w:pPr>
        <w:jc w:val="center"/>
        <w:rPr>
          <w:rFonts w:ascii="Times New Roman" w:hAnsi="Times New Roman" w:cs="Times New Roman"/>
          <w:color w:val="000000" w:themeColor="text1"/>
          <w:sz w:val="24"/>
          <w:szCs w:val="24"/>
        </w:rPr>
      </w:pPr>
    </w:p>
    <w:p w14:paraId="513CBB70" w14:textId="77777777" w:rsidR="00005E8D" w:rsidRDefault="00005E8D" w:rsidP="00C80F75">
      <w:pPr>
        <w:jc w:val="center"/>
        <w:rPr>
          <w:rFonts w:ascii="Times New Roman" w:hAnsi="Times New Roman" w:cs="Times New Roman"/>
          <w:color w:val="000000" w:themeColor="text1"/>
          <w:sz w:val="24"/>
          <w:szCs w:val="24"/>
        </w:rPr>
      </w:pPr>
    </w:p>
    <w:p w14:paraId="21EFA5C2" w14:textId="77777777" w:rsidR="00005E8D" w:rsidRDefault="00005E8D" w:rsidP="00C80F75">
      <w:pPr>
        <w:jc w:val="center"/>
        <w:rPr>
          <w:rFonts w:ascii="Times New Roman" w:hAnsi="Times New Roman" w:cs="Times New Roman"/>
          <w:color w:val="000000" w:themeColor="text1"/>
          <w:sz w:val="24"/>
          <w:szCs w:val="24"/>
        </w:rPr>
      </w:pPr>
    </w:p>
    <w:p w14:paraId="01B6D6CD" w14:textId="77777777" w:rsidR="00005E8D" w:rsidRDefault="00005E8D" w:rsidP="00C80F75">
      <w:pPr>
        <w:jc w:val="center"/>
        <w:rPr>
          <w:rFonts w:ascii="Times New Roman" w:hAnsi="Times New Roman" w:cs="Times New Roman"/>
          <w:color w:val="000000" w:themeColor="text1"/>
          <w:sz w:val="24"/>
          <w:szCs w:val="24"/>
        </w:rPr>
      </w:pPr>
    </w:p>
    <w:p w14:paraId="5E5B2959" w14:textId="77777777" w:rsidR="00005E8D" w:rsidRDefault="00005E8D" w:rsidP="00C80F75">
      <w:pPr>
        <w:jc w:val="center"/>
        <w:rPr>
          <w:rFonts w:ascii="Times New Roman" w:hAnsi="Times New Roman" w:cs="Times New Roman"/>
          <w:color w:val="000000" w:themeColor="text1"/>
          <w:sz w:val="24"/>
          <w:szCs w:val="24"/>
        </w:rPr>
      </w:pPr>
    </w:p>
    <w:p w14:paraId="6A4E21FC" w14:textId="77777777" w:rsidR="00005E8D" w:rsidRDefault="00005E8D" w:rsidP="00C80F75">
      <w:pPr>
        <w:jc w:val="center"/>
        <w:rPr>
          <w:rFonts w:ascii="Times New Roman" w:hAnsi="Times New Roman" w:cs="Times New Roman"/>
          <w:color w:val="000000" w:themeColor="text1"/>
          <w:sz w:val="24"/>
          <w:szCs w:val="24"/>
        </w:rPr>
      </w:pPr>
    </w:p>
    <w:p w14:paraId="527AAB8B" w14:textId="77777777" w:rsidR="00005E8D" w:rsidRDefault="00005E8D" w:rsidP="00C80F75">
      <w:pPr>
        <w:jc w:val="center"/>
        <w:rPr>
          <w:rFonts w:ascii="Times New Roman" w:hAnsi="Times New Roman" w:cs="Times New Roman"/>
          <w:color w:val="000000" w:themeColor="text1"/>
          <w:sz w:val="24"/>
          <w:szCs w:val="24"/>
        </w:rPr>
      </w:pPr>
    </w:p>
    <w:p w14:paraId="4713DC05" w14:textId="77777777" w:rsidR="00005E8D" w:rsidRDefault="00005E8D" w:rsidP="00C80F75">
      <w:pPr>
        <w:jc w:val="center"/>
        <w:rPr>
          <w:rFonts w:ascii="Times New Roman" w:hAnsi="Times New Roman" w:cs="Times New Roman"/>
          <w:color w:val="000000" w:themeColor="text1"/>
          <w:sz w:val="24"/>
          <w:szCs w:val="24"/>
        </w:rPr>
      </w:pPr>
    </w:p>
    <w:p w14:paraId="5FEC9491" w14:textId="77777777" w:rsidR="00005E8D" w:rsidRDefault="00005E8D" w:rsidP="00C80F75">
      <w:pPr>
        <w:jc w:val="center"/>
        <w:rPr>
          <w:rFonts w:ascii="Times New Roman" w:hAnsi="Times New Roman" w:cs="Times New Roman"/>
          <w:color w:val="000000" w:themeColor="text1"/>
          <w:sz w:val="24"/>
          <w:szCs w:val="24"/>
        </w:rPr>
      </w:pPr>
    </w:p>
    <w:p w14:paraId="120C55F8" w14:textId="77777777" w:rsidR="00005E8D" w:rsidRDefault="00005E8D" w:rsidP="00C80F75">
      <w:pPr>
        <w:jc w:val="center"/>
        <w:rPr>
          <w:rFonts w:ascii="Times New Roman" w:hAnsi="Times New Roman" w:cs="Times New Roman"/>
          <w:color w:val="000000" w:themeColor="text1"/>
          <w:sz w:val="24"/>
          <w:szCs w:val="24"/>
        </w:rPr>
      </w:pPr>
    </w:p>
    <w:p w14:paraId="7E4AD605" w14:textId="77777777" w:rsidR="00005E8D" w:rsidRDefault="00005E8D" w:rsidP="00C80F75">
      <w:pPr>
        <w:jc w:val="center"/>
        <w:rPr>
          <w:rFonts w:ascii="Times New Roman" w:hAnsi="Times New Roman" w:cs="Times New Roman"/>
          <w:color w:val="000000" w:themeColor="text1"/>
          <w:sz w:val="24"/>
          <w:szCs w:val="24"/>
        </w:rPr>
      </w:pPr>
    </w:p>
    <w:p w14:paraId="1801703C" w14:textId="77777777" w:rsidR="00DA1DB5" w:rsidRDefault="00005E8D" w:rsidP="00005E8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Lampiran </w:t>
      </w:r>
      <w:proofErr w:type="spellStart"/>
      <w:r>
        <w:rPr>
          <w:rFonts w:ascii="Times New Roman" w:hAnsi="Times New Roman" w:cs="Times New Roman"/>
          <w:color w:val="000000" w:themeColor="text1"/>
          <w:sz w:val="24"/>
          <w:szCs w:val="24"/>
        </w:rPr>
        <w:t>Sertifikat</w:t>
      </w:r>
      <w:proofErr w:type="spellEnd"/>
      <w:r>
        <w:rPr>
          <w:rFonts w:ascii="Times New Roman" w:hAnsi="Times New Roman" w:cs="Times New Roman"/>
          <w:color w:val="000000" w:themeColor="text1"/>
          <w:sz w:val="24"/>
          <w:szCs w:val="24"/>
        </w:rPr>
        <w:t xml:space="preserve"> Japan Foundation Test (JFT</w:t>
      </w:r>
      <w:r w:rsidR="00DA1DB5">
        <w:rPr>
          <w:rFonts w:ascii="Times New Roman" w:hAnsi="Times New Roman" w:cs="Times New Roman"/>
          <w:color w:val="000000" w:themeColor="text1"/>
          <w:sz w:val="24"/>
          <w:szCs w:val="24"/>
        </w:rPr>
        <w:t>)</w:t>
      </w:r>
    </w:p>
    <w:p w14:paraId="0A3B6F5D" w14:textId="77777777" w:rsidR="00DA1DB5" w:rsidRDefault="00DA1DB5" w:rsidP="00005E8D">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63360" behindDoc="0" locked="0" layoutInCell="1" allowOverlap="1" wp14:anchorId="11A51955" wp14:editId="05C99CE3">
            <wp:simplePos x="0" y="0"/>
            <wp:positionH relativeFrom="column">
              <wp:posOffset>22860</wp:posOffset>
            </wp:positionH>
            <wp:positionV relativeFrom="paragraph">
              <wp:posOffset>157705</wp:posOffset>
            </wp:positionV>
            <wp:extent cx="4953000" cy="7162800"/>
            <wp:effectExtent l="0" t="0" r="0" b="0"/>
            <wp:wrapNone/>
            <wp:docPr id="8440684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09006" name="Picture 1035409006"/>
                    <pic:cNvPicPr/>
                  </pic:nvPicPr>
                  <pic:blipFill rotWithShape="1">
                    <a:blip r:embed="rId25"/>
                    <a:srcRect b="10191"/>
                    <a:stretch>
                      <a:fillRect/>
                    </a:stretch>
                  </pic:blipFill>
                  <pic:spPr bwMode="auto">
                    <a:xfrm>
                      <a:off x="0" y="0"/>
                      <a:ext cx="4953000" cy="716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2BF3CA" w14:textId="77777777" w:rsidR="00DA1DB5" w:rsidRDefault="00DA1DB5" w:rsidP="00005E8D">
      <w:pPr>
        <w:rPr>
          <w:rFonts w:ascii="Times New Roman" w:hAnsi="Times New Roman" w:cs="Times New Roman"/>
          <w:color w:val="000000" w:themeColor="text1"/>
          <w:sz w:val="24"/>
          <w:szCs w:val="24"/>
        </w:rPr>
      </w:pPr>
    </w:p>
    <w:p w14:paraId="22345E48" w14:textId="77777777" w:rsidR="00DA1DB5" w:rsidRDefault="00DA1DB5" w:rsidP="00005E8D">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61312" behindDoc="0" locked="0" layoutInCell="1" allowOverlap="1" wp14:anchorId="1A91CD21" wp14:editId="0B17A2F4">
            <wp:simplePos x="0" y="0"/>
            <wp:positionH relativeFrom="column">
              <wp:posOffset>22860</wp:posOffset>
            </wp:positionH>
            <wp:positionV relativeFrom="paragraph">
              <wp:posOffset>22225</wp:posOffset>
            </wp:positionV>
            <wp:extent cx="4953000" cy="7162800"/>
            <wp:effectExtent l="0" t="0" r="0" b="0"/>
            <wp:wrapNone/>
            <wp:docPr id="10354090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09006" name="Picture 1035409006"/>
                    <pic:cNvPicPr/>
                  </pic:nvPicPr>
                  <pic:blipFill rotWithShape="1">
                    <a:blip r:embed="rId25"/>
                    <a:srcRect b="10191"/>
                    <a:stretch>
                      <a:fillRect/>
                    </a:stretch>
                  </pic:blipFill>
                  <pic:spPr bwMode="auto">
                    <a:xfrm>
                      <a:off x="0" y="0"/>
                      <a:ext cx="4953000" cy="716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11B816" w14:textId="77777777" w:rsidR="00DA1DB5" w:rsidRDefault="00DA1DB5" w:rsidP="00005E8D">
      <w:pPr>
        <w:rPr>
          <w:rFonts w:ascii="Times New Roman" w:hAnsi="Times New Roman" w:cs="Times New Roman"/>
          <w:color w:val="000000" w:themeColor="text1"/>
          <w:sz w:val="24"/>
          <w:szCs w:val="24"/>
        </w:rPr>
      </w:pPr>
    </w:p>
    <w:p w14:paraId="18D00C38" w14:textId="77777777" w:rsidR="00DA1DB5" w:rsidRDefault="00DA1DB5" w:rsidP="00005E8D">
      <w:pPr>
        <w:rPr>
          <w:rFonts w:ascii="Times New Roman" w:hAnsi="Times New Roman" w:cs="Times New Roman"/>
          <w:color w:val="000000" w:themeColor="text1"/>
          <w:sz w:val="24"/>
          <w:szCs w:val="24"/>
        </w:rPr>
      </w:pPr>
    </w:p>
    <w:p w14:paraId="00718D39" w14:textId="77777777" w:rsidR="00DA1DB5" w:rsidRDefault="00DA1DB5" w:rsidP="00005E8D">
      <w:pPr>
        <w:rPr>
          <w:rFonts w:ascii="Times New Roman" w:hAnsi="Times New Roman" w:cs="Times New Roman"/>
          <w:color w:val="000000" w:themeColor="text1"/>
          <w:sz w:val="24"/>
          <w:szCs w:val="24"/>
        </w:rPr>
      </w:pPr>
    </w:p>
    <w:p w14:paraId="1F43851F" w14:textId="77777777" w:rsidR="00DA1DB5" w:rsidRDefault="00DA1DB5" w:rsidP="00005E8D">
      <w:pPr>
        <w:rPr>
          <w:rFonts w:ascii="Times New Roman" w:hAnsi="Times New Roman" w:cs="Times New Roman"/>
          <w:color w:val="000000" w:themeColor="text1"/>
          <w:sz w:val="24"/>
          <w:szCs w:val="24"/>
        </w:rPr>
      </w:pPr>
    </w:p>
    <w:p w14:paraId="7C56BFB0" w14:textId="77777777" w:rsidR="00DA1DB5" w:rsidRDefault="00DA1DB5" w:rsidP="00005E8D">
      <w:pPr>
        <w:rPr>
          <w:rFonts w:ascii="Times New Roman" w:hAnsi="Times New Roman" w:cs="Times New Roman"/>
          <w:color w:val="000000" w:themeColor="text1"/>
          <w:sz w:val="24"/>
          <w:szCs w:val="24"/>
        </w:rPr>
      </w:pPr>
    </w:p>
    <w:p w14:paraId="2704CEF1" w14:textId="77777777" w:rsidR="00DA1DB5" w:rsidRDefault="00DA1DB5" w:rsidP="00005E8D">
      <w:pPr>
        <w:rPr>
          <w:rFonts w:ascii="Times New Roman" w:hAnsi="Times New Roman" w:cs="Times New Roman"/>
          <w:color w:val="000000" w:themeColor="text1"/>
          <w:sz w:val="24"/>
          <w:szCs w:val="24"/>
        </w:rPr>
      </w:pPr>
    </w:p>
    <w:p w14:paraId="7E83C97D" w14:textId="77777777" w:rsidR="00DA1DB5" w:rsidRDefault="00DA1DB5" w:rsidP="00005E8D">
      <w:pPr>
        <w:rPr>
          <w:rFonts w:ascii="Times New Roman" w:hAnsi="Times New Roman" w:cs="Times New Roman"/>
          <w:color w:val="000000" w:themeColor="text1"/>
          <w:sz w:val="24"/>
          <w:szCs w:val="24"/>
        </w:rPr>
      </w:pPr>
    </w:p>
    <w:p w14:paraId="20D5CDBA" w14:textId="77777777" w:rsidR="00DA1DB5" w:rsidRDefault="00DA1DB5" w:rsidP="00005E8D">
      <w:pPr>
        <w:rPr>
          <w:rFonts w:ascii="Times New Roman" w:hAnsi="Times New Roman" w:cs="Times New Roman"/>
          <w:color w:val="000000" w:themeColor="text1"/>
          <w:sz w:val="24"/>
          <w:szCs w:val="24"/>
        </w:rPr>
      </w:pPr>
    </w:p>
    <w:p w14:paraId="4542223A" w14:textId="77777777" w:rsidR="00DA1DB5" w:rsidRDefault="00DA1DB5" w:rsidP="00005E8D">
      <w:pPr>
        <w:rPr>
          <w:rFonts w:ascii="Times New Roman" w:hAnsi="Times New Roman" w:cs="Times New Roman"/>
          <w:color w:val="000000" w:themeColor="text1"/>
          <w:sz w:val="24"/>
          <w:szCs w:val="24"/>
        </w:rPr>
      </w:pPr>
    </w:p>
    <w:p w14:paraId="1527D3C1" w14:textId="77777777" w:rsidR="00DA1DB5" w:rsidRDefault="00DA1DB5" w:rsidP="00005E8D">
      <w:pPr>
        <w:rPr>
          <w:rFonts w:ascii="Times New Roman" w:hAnsi="Times New Roman" w:cs="Times New Roman"/>
          <w:color w:val="000000" w:themeColor="text1"/>
          <w:sz w:val="24"/>
          <w:szCs w:val="24"/>
        </w:rPr>
      </w:pPr>
    </w:p>
    <w:p w14:paraId="33F34DEF" w14:textId="77777777" w:rsidR="00DA1DB5" w:rsidRDefault="00DA1DB5" w:rsidP="00005E8D">
      <w:pPr>
        <w:rPr>
          <w:rFonts w:ascii="Times New Roman" w:hAnsi="Times New Roman" w:cs="Times New Roman"/>
          <w:color w:val="000000" w:themeColor="text1"/>
          <w:sz w:val="24"/>
          <w:szCs w:val="24"/>
        </w:rPr>
      </w:pPr>
    </w:p>
    <w:p w14:paraId="180193DB" w14:textId="77777777" w:rsidR="00DA1DB5" w:rsidRDefault="00DA1DB5" w:rsidP="00005E8D">
      <w:pPr>
        <w:rPr>
          <w:rFonts w:ascii="Times New Roman" w:hAnsi="Times New Roman" w:cs="Times New Roman"/>
          <w:color w:val="000000" w:themeColor="text1"/>
          <w:sz w:val="24"/>
          <w:szCs w:val="24"/>
        </w:rPr>
      </w:pPr>
    </w:p>
    <w:p w14:paraId="0F91FDB8" w14:textId="77777777" w:rsidR="00DA1DB5" w:rsidRDefault="00DA1DB5" w:rsidP="00005E8D">
      <w:pPr>
        <w:rPr>
          <w:rFonts w:ascii="Times New Roman" w:hAnsi="Times New Roman" w:cs="Times New Roman"/>
          <w:color w:val="000000" w:themeColor="text1"/>
          <w:sz w:val="24"/>
          <w:szCs w:val="24"/>
        </w:rPr>
      </w:pPr>
    </w:p>
    <w:p w14:paraId="6EBF486B" w14:textId="77777777" w:rsidR="00DA1DB5" w:rsidRDefault="00DA1DB5" w:rsidP="00005E8D">
      <w:pPr>
        <w:rPr>
          <w:rFonts w:ascii="Times New Roman" w:hAnsi="Times New Roman" w:cs="Times New Roman"/>
          <w:color w:val="000000" w:themeColor="text1"/>
          <w:sz w:val="24"/>
          <w:szCs w:val="24"/>
        </w:rPr>
      </w:pPr>
    </w:p>
    <w:p w14:paraId="3B4A2323" w14:textId="77777777" w:rsidR="00DA1DB5" w:rsidRDefault="00DA1DB5" w:rsidP="00005E8D">
      <w:pPr>
        <w:rPr>
          <w:rFonts w:ascii="Times New Roman" w:hAnsi="Times New Roman" w:cs="Times New Roman"/>
          <w:color w:val="000000" w:themeColor="text1"/>
          <w:sz w:val="24"/>
          <w:szCs w:val="24"/>
        </w:rPr>
      </w:pPr>
    </w:p>
    <w:p w14:paraId="2632CFB5" w14:textId="77777777" w:rsidR="00DA1DB5" w:rsidRDefault="00DA1DB5" w:rsidP="00005E8D">
      <w:pPr>
        <w:rPr>
          <w:rFonts w:ascii="Times New Roman" w:hAnsi="Times New Roman" w:cs="Times New Roman"/>
          <w:color w:val="000000" w:themeColor="text1"/>
          <w:sz w:val="24"/>
          <w:szCs w:val="24"/>
        </w:rPr>
      </w:pPr>
    </w:p>
    <w:p w14:paraId="06570C01" w14:textId="77777777" w:rsidR="00DA1DB5" w:rsidRDefault="00DA1DB5" w:rsidP="00005E8D">
      <w:pPr>
        <w:rPr>
          <w:rFonts w:ascii="Times New Roman" w:hAnsi="Times New Roman" w:cs="Times New Roman"/>
          <w:color w:val="000000" w:themeColor="text1"/>
          <w:sz w:val="24"/>
          <w:szCs w:val="24"/>
        </w:rPr>
      </w:pPr>
    </w:p>
    <w:p w14:paraId="54742D25" w14:textId="77777777" w:rsidR="00DA1DB5" w:rsidRDefault="00DA1DB5" w:rsidP="00005E8D">
      <w:pPr>
        <w:rPr>
          <w:rFonts w:ascii="Times New Roman" w:hAnsi="Times New Roman" w:cs="Times New Roman"/>
          <w:color w:val="000000" w:themeColor="text1"/>
          <w:sz w:val="24"/>
          <w:szCs w:val="24"/>
        </w:rPr>
      </w:pPr>
    </w:p>
    <w:p w14:paraId="07F4D9C8" w14:textId="77777777" w:rsidR="00DA1DB5" w:rsidRDefault="00DA1DB5" w:rsidP="00005E8D">
      <w:pPr>
        <w:rPr>
          <w:rFonts w:ascii="Times New Roman" w:hAnsi="Times New Roman" w:cs="Times New Roman"/>
          <w:color w:val="000000" w:themeColor="text1"/>
          <w:sz w:val="24"/>
          <w:szCs w:val="24"/>
        </w:rPr>
      </w:pPr>
    </w:p>
    <w:p w14:paraId="5753925D" w14:textId="77777777" w:rsidR="00DA1DB5" w:rsidRDefault="00DA1DB5" w:rsidP="00005E8D">
      <w:pPr>
        <w:rPr>
          <w:rFonts w:ascii="Times New Roman" w:hAnsi="Times New Roman" w:cs="Times New Roman"/>
          <w:color w:val="000000" w:themeColor="text1"/>
          <w:sz w:val="24"/>
          <w:szCs w:val="24"/>
        </w:rPr>
      </w:pPr>
    </w:p>
    <w:p w14:paraId="3C22E947" w14:textId="77777777" w:rsidR="00DA1DB5" w:rsidRDefault="00DA1DB5" w:rsidP="00005E8D">
      <w:pPr>
        <w:rPr>
          <w:rFonts w:ascii="Times New Roman" w:hAnsi="Times New Roman" w:cs="Times New Roman"/>
          <w:color w:val="000000" w:themeColor="text1"/>
          <w:sz w:val="24"/>
          <w:szCs w:val="24"/>
        </w:rPr>
      </w:pPr>
    </w:p>
    <w:p w14:paraId="225C2D6C" w14:textId="77777777" w:rsidR="00DA1DB5" w:rsidRDefault="00DA1DB5" w:rsidP="00005E8D">
      <w:pPr>
        <w:rPr>
          <w:rFonts w:ascii="Times New Roman" w:hAnsi="Times New Roman" w:cs="Times New Roman"/>
          <w:color w:val="000000" w:themeColor="text1"/>
          <w:sz w:val="24"/>
          <w:szCs w:val="24"/>
        </w:rPr>
      </w:pPr>
    </w:p>
    <w:p w14:paraId="45475FE7" w14:textId="77777777" w:rsidR="00005E8D" w:rsidRDefault="00DA1DB5" w:rsidP="00005E8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Lampiran Hasil Turnitin</w:t>
      </w:r>
    </w:p>
    <w:p w14:paraId="5E36E853" w14:textId="77777777" w:rsidR="00DA1DB5" w:rsidRPr="000A73CA" w:rsidRDefault="00DA1DB5" w:rsidP="00005E8D">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5DE1472C" wp14:editId="3CE87050">
            <wp:extent cx="5041265" cy="6494145"/>
            <wp:effectExtent l="0" t="0" r="635" b="0"/>
            <wp:docPr id="11175697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569739" name="Picture 1117569739"/>
                    <pic:cNvPicPr/>
                  </pic:nvPicPr>
                  <pic:blipFill>
                    <a:blip r:embed="rId26"/>
                    <a:stretch>
                      <a:fillRect/>
                    </a:stretch>
                  </pic:blipFill>
                  <pic:spPr>
                    <a:xfrm>
                      <a:off x="0" y="0"/>
                      <a:ext cx="5041265" cy="6494145"/>
                    </a:xfrm>
                    <a:prstGeom prst="rect">
                      <a:avLst/>
                    </a:prstGeom>
                  </pic:spPr>
                </pic:pic>
              </a:graphicData>
            </a:graphic>
          </wp:inline>
        </w:drawing>
      </w:r>
    </w:p>
    <w:sectPr w:rsidR="00DA1DB5" w:rsidRPr="000A73CA" w:rsidSect="00EB64E7">
      <w:headerReference w:type="default" r:id="rId27"/>
      <w:footerReference w:type="default" r:id="rId28"/>
      <w:headerReference w:type="first" r:id="rId29"/>
      <w:footerReference w:type="first" r:id="rId30"/>
      <w:pgSz w:w="11906" w:h="16838" w:code="9"/>
      <w:pgMar w:top="1701" w:right="1699" w:bottom="1699" w:left="226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2E752" w14:textId="77777777" w:rsidR="000053AF" w:rsidRDefault="000053AF" w:rsidP="001D6DFB">
      <w:pPr>
        <w:spacing w:after="0" w:line="240" w:lineRule="auto"/>
      </w:pPr>
      <w:r>
        <w:separator/>
      </w:r>
    </w:p>
  </w:endnote>
  <w:endnote w:type="continuationSeparator" w:id="0">
    <w:p w14:paraId="6FE1CCF5" w14:textId="77777777" w:rsidR="000053AF" w:rsidRDefault="000053AF" w:rsidP="001D6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pleExternalUIFontJapanese-W3">
    <w:altName w:val="Yu Gothic"/>
    <w:panose1 w:val="020B0604020202020204"/>
    <w:charset w:val="80"/>
    <w:family w:val="auto"/>
    <w:notTrueType/>
    <w:pitch w:val="default"/>
    <w:sig w:usb0="00000001" w:usb1="08070000" w:usb2="00000010" w:usb3="00000000" w:csb0="00020000" w:csb1="00000000"/>
  </w:font>
  <w:font w:name="AppleSystemUIFont">
    <w:altName w:val="Calibri"/>
    <w:panose1 w:val="020B0604020202020204"/>
    <w:charset w:val="00"/>
    <w:family w:val="auto"/>
    <w:notTrueType/>
    <w:pitch w:val="default"/>
    <w:sig w:usb0="00000003" w:usb1="00000000" w:usb2="00000000" w:usb3="00000000" w:csb0="00000001" w:csb1="00000000"/>
  </w:font>
  <w:font w:name="AppleExternalUIFontJapanese-W6">
    <w:altName w:val="Yu Gothic"/>
    <w:panose1 w:val="020B0604020202020204"/>
    <w:charset w:val="80"/>
    <w:family w:val="auto"/>
    <w:notTrueType/>
    <w:pitch w:val="default"/>
    <w:sig w:usb0="00000001" w:usb1="08070000" w:usb2="00000010" w:usb3="00000000" w:csb0="00020000" w:csb1="00000000"/>
  </w:font>
  <w:font w:name="-webkit-standard">
    <w:altName w:val="Cambria"/>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1097813"/>
      <w:docPartObj>
        <w:docPartGallery w:val="Page Numbers (Bottom of Page)"/>
        <w:docPartUnique/>
      </w:docPartObj>
    </w:sdtPr>
    <w:sdtEndPr>
      <w:rPr>
        <w:rStyle w:val="PageNumber"/>
      </w:rPr>
    </w:sdtEndPr>
    <w:sdtContent>
      <w:p w14:paraId="7B7B95F6" w14:textId="77777777" w:rsidR="00156FA5" w:rsidRDefault="00156FA5" w:rsidP="004A3392">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34E817" w14:textId="77777777" w:rsidR="00156FA5" w:rsidRDefault="00156F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4"/>
        <w:szCs w:val="24"/>
      </w:rPr>
      <w:id w:val="-1747025741"/>
      <w:docPartObj>
        <w:docPartGallery w:val="Page Numbers (Bottom of Page)"/>
        <w:docPartUnique/>
      </w:docPartObj>
    </w:sdtPr>
    <w:sdtEndPr>
      <w:rPr>
        <w:rStyle w:val="PageNumber"/>
      </w:rPr>
    </w:sdtEndPr>
    <w:sdtContent>
      <w:p w14:paraId="34CF002E" w14:textId="77777777" w:rsidR="00156FA5" w:rsidRPr="009D161B" w:rsidRDefault="00156FA5" w:rsidP="004A3392">
        <w:pPr>
          <w:pStyle w:val="Footer"/>
          <w:framePr w:wrap="none" w:vAnchor="text" w:hAnchor="margin" w:xAlign="center" w:y="1"/>
          <w:jc w:val="center"/>
          <w:rPr>
            <w:rStyle w:val="PageNumber"/>
            <w:rFonts w:ascii="Times New Roman" w:hAnsi="Times New Roman" w:cs="Times New Roman"/>
            <w:sz w:val="24"/>
            <w:szCs w:val="24"/>
          </w:rPr>
        </w:pPr>
        <w:r w:rsidRPr="009D161B">
          <w:rPr>
            <w:rStyle w:val="PageNumber"/>
            <w:rFonts w:ascii="Times New Roman" w:hAnsi="Times New Roman" w:cs="Times New Roman"/>
            <w:sz w:val="24"/>
            <w:szCs w:val="24"/>
          </w:rPr>
          <w:fldChar w:fldCharType="begin"/>
        </w:r>
        <w:r w:rsidRPr="009D161B">
          <w:rPr>
            <w:rStyle w:val="PageNumber"/>
            <w:rFonts w:ascii="Times New Roman" w:hAnsi="Times New Roman" w:cs="Times New Roman"/>
            <w:sz w:val="24"/>
            <w:szCs w:val="24"/>
          </w:rPr>
          <w:instrText xml:space="preserve"> PAGE </w:instrText>
        </w:r>
        <w:r w:rsidRPr="009D161B">
          <w:rPr>
            <w:rStyle w:val="PageNumber"/>
            <w:rFonts w:ascii="Times New Roman" w:hAnsi="Times New Roman" w:cs="Times New Roman"/>
            <w:sz w:val="24"/>
            <w:szCs w:val="24"/>
          </w:rPr>
          <w:fldChar w:fldCharType="separate"/>
        </w:r>
        <w:r w:rsidRPr="009D161B">
          <w:rPr>
            <w:rStyle w:val="PageNumber"/>
            <w:rFonts w:ascii="Times New Roman" w:hAnsi="Times New Roman" w:cs="Times New Roman"/>
            <w:noProof/>
            <w:sz w:val="24"/>
            <w:szCs w:val="24"/>
          </w:rPr>
          <w:t>1</w:t>
        </w:r>
        <w:r w:rsidRPr="009D161B">
          <w:rPr>
            <w:rStyle w:val="PageNumber"/>
            <w:rFonts w:ascii="Times New Roman" w:hAnsi="Times New Roman" w:cs="Times New Roman"/>
            <w:sz w:val="24"/>
            <w:szCs w:val="24"/>
          </w:rPr>
          <w:fldChar w:fldCharType="end"/>
        </w:r>
      </w:p>
    </w:sdtContent>
  </w:sdt>
  <w:p w14:paraId="0446B184" w14:textId="77777777" w:rsidR="00156FA5" w:rsidRPr="009D161B" w:rsidRDefault="00156FA5">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4"/>
        <w:szCs w:val="24"/>
      </w:rPr>
      <w:id w:val="2051181827"/>
      <w:docPartObj>
        <w:docPartGallery w:val="Page Numbers (Bottom of Page)"/>
        <w:docPartUnique/>
      </w:docPartObj>
    </w:sdtPr>
    <w:sdtEndPr>
      <w:rPr>
        <w:rStyle w:val="PageNumber"/>
      </w:rPr>
    </w:sdtEndPr>
    <w:sdtContent>
      <w:p w14:paraId="638E389B" w14:textId="77777777" w:rsidR="00266F2A" w:rsidRPr="009D161B" w:rsidRDefault="00266F2A" w:rsidP="004A3392">
        <w:pPr>
          <w:pStyle w:val="Footer"/>
          <w:framePr w:wrap="none" w:vAnchor="text" w:hAnchor="margin" w:xAlign="center" w:y="1"/>
          <w:jc w:val="center"/>
          <w:rPr>
            <w:rStyle w:val="PageNumber"/>
            <w:rFonts w:ascii="Times New Roman" w:hAnsi="Times New Roman" w:cs="Times New Roman"/>
            <w:sz w:val="24"/>
            <w:szCs w:val="24"/>
          </w:rPr>
        </w:pPr>
        <w:r w:rsidRPr="009D161B">
          <w:rPr>
            <w:rStyle w:val="PageNumber"/>
            <w:rFonts w:ascii="Times New Roman" w:hAnsi="Times New Roman" w:cs="Times New Roman"/>
            <w:sz w:val="24"/>
            <w:szCs w:val="24"/>
          </w:rPr>
          <w:fldChar w:fldCharType="begin"/>
        </w:r>
        <w:r w:rsidRPr="009D161B">
          <w:rPr>
            <w:rStyle w:val="PageNumber"/>
            <w:rFonts w:ascii="Times New Roman" w:hAnsi="Times New Roman" w:cs="Times New Roman"/>
            <w:sz w:val="24"/>
            <w:szCs w:val="24"/>
          </w:rPr>
          <w:instrText xml:space="preserve"> PAGE </w:instrText>
        </w:r>
        <w:r w:rsidRPr="009D161B">
          <w:rPr>
            <w:rStyle w:val="PageNumber"/>
            <w:rFonts w:ascii="Times New Roman" w:hAnsi="Times New Roman" w:cs="Times New Roman"/>
            <w:sz w:val="24"/>
            <w:szCs w:val="24"/>
          </w:rPr>
          <w:fldChar w:fldCharType="separate"/>
        </w:r>
        <w:r w:rsidRPr="009D161B">
          <w:rPr>
            <w:rStyle w:val="PageNumber"/>
            <w:rFonts w:ascii="Times New Roman" w:hAnsi="Times New Roman" w:cs="Times New Roman"/>
            <w:noProof/>
            <w:sz w:val="24"/>
            <w:szCs w:val="24"/>
          </w:rPr>
          <w:t>1</w:t>
        </w:r>
        <w:r w:rsidRPr="009D161B">
          <w:rPr>
            <w:rStyle w:val="PageNumber"/>
            <w:rFonts w:ascii="Times New Roman" w:hAnsi="Times New Roman" w:cs="Times New Roman"/>
            <w:sz w:val="24"/>
            <w:szCs w:val="24"/>
          </w:rPr>
          <w:fldChar w:fldCharType="end"/>
        </w:r>
      </w:p>
    </w:sdtContent>
  </w:sdt>
  <w:p w14:paraId="621E6FD1" w14:textId="77777777" w:rsidR="00266F2A" w:rsidRPr="009D161B" w:rsidRDefault="00266F2A">
    <w:pPr>
      <w:pStyle w:val="Footer"/>
      <w:rPr>
        <w:rFonts w:ascii="Times New Roman" w:hAnsi="Times New Roman" w:cs="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6218322"/>
      <w:docPartObj>
        <w:docPartGallery w:val="Page Numbers (Bottom of Page)"/>
        <w:docPartUnique/>
      </w:docPartObj>
    </w:sdtPr>
    <w:sdtEndPr>
      <w:rPr>
        <w:noProof/>
      </w:rPr>
    </w:sdtEndPr>
    <w:sdtContent>
      <w:p w14:paraId="65371CCD" w14:textId="77777777" w:rsidR="00266F2A" w:rsidRDefault="00266F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58CA9A" w14:textId="77777777" w:rsidR="00266F2A" w:rsidRDefault="00266F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2C5E9" w14:textId="77777777" w:rsidR="000053AF" w:rsidRDefault="000053AF" w:rsidP="001D6DFB">
      <w:pPr>
        <w:spacing w:after="0" w:line="240" w:lineRule="auto"/>
      </w:pPr>
      <w:r>
        <w:separator/>
      </w:r>
    </w:p>
  </w:footnote>
  <w:footnote w:type="continuationSeparator" w:id="0">
    <w:p w14:paraId="50D284C3" w14:textId="77777777" w:rsidR="000053AF" w:rsidRDefault="000053AF" w:rsidP="001D6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5499B" w14:textId="77777777" w:rsidR="00266F2A" w:rsidRDefault="00266F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3C95A" w14:textId="77777777" w:rsidR="00266F2A" w:rsidRDefault="00266F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4264"/>
        </w:tabs>
        <w:ind w:left="4264"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12226DF"/>
    <w:multiLevelType w:val="hybridMultilevel"/>
    <w:tmpl w:val="1A0EE35E"/>
    <w:lvl w:ilvl="0" w:tplc="0C207A22">
      <w:start w:val="1"/>
      <w:numFmt w:val="decimal"/>
      <w:lvlText w:val="4.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6F9387F"/>
    <w:multiLevelType w:val="multilevel"/>
    <w:tmpl w:val="25B62500"/>
    <w:lvl w:ilvl="0">
      <w:start w:val="1"/>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0EBC66D3"/>
    <w:multiLevelType w:val="hybridMultilevel"/>
    <w:tmpl w:val="A17CB76E"/>
    <w:lvl w:ilvl="0" w:tplc="3C4A328E">
      <w:start w:val="1"/>
      <w:numFmt w:val="decimal"/>
      <w:lvlText w:val="%1."/>
      <w:lvlJc w:val="left"/>
      <w:pPr>
        <w:ind w:left="720" w:hanging="360"/>
      </w:pPr>
      <w:rPr>
        <w:rFonts w:ascii="Times New Roman" w:hAnsi="Times New Roman" w:hint="default"/>
        <w:b w:val="0"/>
        <w:bCs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0703DDB"/>
    <w:multiLevelType w:val="hybridMultilevel"/>
    <w:tmpl w:val="9BE64F86"/>
    <w:lvl w:ilvl="0" w:tplc="1C206816">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39E44D8"/>
    <w:multiLevelType w:val="hybridMultilevel"/>
    <w:tmpl w:val="F4EEEF3E"/>
    <w:lvl w:ilvl="0" w:tplc="809077E6">
      <w:start w:val="1"/>
      <w:numFmt w:val="decimal"/>
      <w:lvlText w:val="4.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64C1B86"/>
    <w:multiLevelType w:val="multilevel"/>
    <w:tmpl w:val="3C8C1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AA7CBB"/>
    <w:multiLevelType w:val="multilevel"/>
    <w:tmpl w:val="273EE3B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0E0FE6"/>
    <w:multiLevelType w:val="hybridMultilevel"/>
    <w:tmpl w:val="CEFC19C4"/>
    <w:lvl w:ilvl="0" w:tplc="1BD07A30">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D532DA5"/>
    <w:multiLevelType w:val="hybridMultilevel"/>
    <w:tmpl w:val="322C3F6A"/>
    <w:lvl w:ilvl="0" w:tplc="F538033E">
      <w:start w:val="1"/>
      <w:numFmt w:val="decimal"/>
      <w:lvlText w:val="4.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80B7A9C"/>
    <w:multiLevelType w:val="multilevel"/>
    <w:tmpl w:val="2C9493EE"/>
    <w:lvl w:ilvl="0">
      <w:start w:val="1"/>
      <w:numFmt w:val="decimal"/>
      <w:lvlText w:val="%1."/>
      <w:lvlJc w:val="left"/>
      <w:pPr>
        <w:ind w:left="72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CA43F36"/>
    <w:multiLevelType w:val="multilevel"/>
    <w:tmpl w:val="69F8E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542589"/>
    <w:multiLevelType w:val="multilevel"/>
    <w:tmpl w:val="4AB6889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7062D8B"/>
    <w:multiLevelType w:val="multilevel"/>
    <w:tmpl w:val="AB44CCBC"/>
    <w:lvl w:ilvl="0">
      <w:start w:val="1"/>
      <w:numFmt w:val="decimal"/>
      <w:lvlText w:val="%1"/>
      <w:lvlJc w:val="left"/>
      <w:pPr>
        <w:ind w:left="450" w:hanging="450"/>
      </w:pPr>
      <w:rPr>
        <w:rFonts w:hint="default"/>
      </w:rPr>
    </w:lvl>
    <w:lvl w:ilvl="1">
      <w:start w:val="2"/>
      <w:numFmt w:val="decimal"/>
      <w:lvlText w:val="%1.%2"/>
      <w:lvlJc w:val="left"/>
      <w:pPr>
        <w:ind w:left="810" w:hanging="450"/>
      </w:pPr>
      <w:rPr>
        <w:rFonts w:hint="default"/>
      </w:rPr>
    </w:lvl>
    <w:lvl w:ilvl="2">
      <w:start w:val="1"/>
      <w:numFmt w:val="decimal"/>
      <w:lvlText w:val="2.1.%3"/>
      <w:lvlJc w:val="left"/>
      <w:pPr>
        <w:ind w:left="72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513546"/>
    <w:multiLevelType w:val="hybridMultilevel"/>
    <w:tmpl w:val="F8AA3F50"/>
    <w:lvl w:ilvl="0" w:tplc="40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902C82"/>
    <w:multiLevelType w:val="hybridMultilevel"/>
    <w:tmpl w:val="7FB492AE"/>
    <w:lvl w:ilvl="0" w:tplc="B3BE259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DBC03DF"/>
    <w:multiLevelType w:val="multilevel"/>
    <w:tmpl w:val="B18CEA86"/>
    <w:lvl w:ilvl="0">
      <w:start w:val="1"/>
      <w:numFmt w:val="decimal"/>
      <w:lvlText w:val="%1."/>
      <w:lvlJc w:val="left"/>
      <w:pPr>
        <w:ind w:left="720" w:hanging="360"/>
      </w:pPr>
      <w:rPr>
        <w:rFonts w:hint="default"/>
        <w:b w:val="0"/>
        <w:bCs w:val="0"/>
      </w:r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FB70508"/>
    <w:multiLevelType w:val="hybridMultilevel"/>
    <w:tmpl w:val="F0EA049C"/>
    <w:lvl w:ilvl="0" w:tplc="A0A0CCD2">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76E151A"/>
    <w:multiLevelType w:val="multilevel"/>
    <w:tmpl w:val="5AFA8EDE"/>
    <w:lvl w:ilvl="0">
      <w:start w:val="1"/>
      <w:numFmt w:val="decimal"/>
      <w:lvlText w:val="%1."/>
      <w:lvlJc w:val="left"/>
      <w:pPr>
        <w:ind w:left="720" w:hanging="360"/>
      </w:pPr>
      <w:rPr>
        <w:rFonts w:hint="default"/>
      </w:rPr>
    </w:lvl>
    <w:lvl w:ilvl="1">
      <w:start w:val="1"/>
      <w:numFmt w:val="decimal"/>
      <w:lvlText w:val="5.%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8CB57E5"/>
    <w:multiLevelType w:val="multilevel"/>
    <w:tmpl w:val="E4B6E12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4.%3"/>
      <w:lvlJc w:val="left"/>
      <w:pPr>
        <w:ind w:left="720" w:hanging="36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AA0209C"/>
    <w:multiLevelType w:val="hybridMultilevel"/>
    <w:tmpl w:val="5C78CDC0"/>
    <w:lvl w:ilvl="0" w:tplc="8CF07CF8">
      <w:start w:val="1"/>
      <w:numFmt w:val="decimal"/>
      <w:lvlText w:val="3.6.%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C174F8C"/>
    <w:multiLevelType w:val="hybridMultilevel"/>
    <w:tmpl w:val="97261748"/>
    <w:lvl w:ilvl="0" w:tplc="8AD0CA22">
      <w:start w:val="1"/>
      <w:numFmt w:val="decimal"/>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7" w15:restartNumberingAfterBreak="0">
    <w:nsid w:val="4C5E69F9"/>
    <w:multiLevelType w:val="hybridMultilevel"/>
    <w:tmpl w:val="23D04F1C"/>
    <w:lvl w:ilvl="0" w:tplc="8612FDBC">
      <w:start w:val="1"/>
      <w:numFmt w:val="decimal"/>
      <w:lvlText w:val="3.%1"/>
      <w:lvlJc w:val="left"/>
      <w:pPr>
        <w:ind w:left="315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0EC33B3"/>
    <w:multiLevelType w:val="hybridMultilevel"/>
    <w:tmpl w:val="2D0EE7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2EE49EB"/>
    <w:multiLevelType w:val="multilevel"/>
    <w:tmpl w:val="1036286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9F674E"/>
    <w:multiLevelType w:val="hybridMultilevel"/>
    <w:tmpl w:val="C9241D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5123A0B"/>
    <w:multiLevelType w:val="hybridMultilevel"/>
    <w:tmpl w:val="81D2FD72"/>
    <w:lvl w:ilvl="0" w:tplc="447EF0B6">
      <w:start w:val="1"/>
      <w:numFmt w:val="decimal"/>
      <w:lvlText w:val="3.7.%1"/>
      <w:lvlJc w:val="left"/>
      <w:pPr>
        <w:ind w:left="1713" w:hanging="360"/>
      </w:pPr>
      <w:rPr>
        <w:rFonts w:hint="default"/>
      </w:rPr>
    </w:lvl>
    <w:lvl w:ilvl="1" w:tplc="447EF0B6">
      <w:start w:val="1"/>
      <w:numFmt w:val="decimal"/>
      <w:lvlText w:val="3.7.%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C320A63"/>
    <w:multiLevelType w:val="hybridMultilevel"/>
    <w:tmpl w:val="73422164"/>
    <w:lvl w:ilvl="0" w:tplc="5762AD82">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E977315"/>
    <w:multiLevelType w:val="multilevel"/>
    <w:tmpl w:val="FF02A500"/>
    <w:lvl w:ilvl="0">
      <w:start w:val="1"/>
      <w:numFmt w:val="decimal"/>
      <w:lvlText w:val="%1."/>
      <w:lvlJc w:val="left"/>
      <w:pPr>
        <w:ind w:left="108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75AD3F85"/>
    <w:multiLevelType w:val="hybridMultilevel"/>
    <w:tmpl w:val="6AA6D2DA"/>
    <w:lvl w:ilvl="0" w:tplc="9C3648A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F1C2626"/>
    <w:multiLevelType w:val="hybridMultilevel"/>
    <w:tmpl w:val="E50EF5E2"/>
    <w:lvl w:ilvl="0" w:tplc="40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FDF71FB"/>
    <w:multiLevelType w:val="hybridMultilevel"/>
    <w:tmpl w:val="5A76BCC4"/>
    <w:lvl w:ilvl="0" w:tplc="40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66408500">
    <w:abstractNumId w:val="5"/>
  </w:num>
  <w:num w:numId="2" w16cid:durableId="1548834558">
    <w:abstractNumId w:val="3"/>
  </w:num>
  <w:num w:numId="3" w16cid:durableId="36316670">
    <w:abstractNumId w:val="2"/>
  </w:num>
  <w:num w:numId="4" w16cid:durableId="1558274083">
    <w:abstractNumId w:val="4"/>
  </w:num>
  <w:num w:numId="5" w16cid:durableId="1769883503">
    <w:abstractNumId w:val="1"/>
  </w:num>
  <w:num w:numId="6" w16cid:durableId="1131022697">
    <w:abstractNumId w:val="0"/>
  </w:num>
  <w:num w:numId="7" w16cid:durableId="309289795">
    <w:abstractNumId w:val="28"/>
  </w:num>
  <w:num w:numId="8" w16cid:durableId="1610502411">
    <w:abstractNumId w:val="30"/>
  </w:num>
  <w:num w:numId="9" w16cid:durableId="610551370">
    <w:abstractNumId w:val="26"/>
  </w:num>
  <w:num w:numId="10" w16cid:durableId="1597056119">
    <w:abstractNumId w:val="9"/>
  </w:num>
  <w:num w:numId="11" w16cid:durableId="1956712431">
    <w:abstractNumId w:val="19"/>
  </w:num>
  <w:num w:numId="12" w16cid:durableId="1673601219">
    <w:abstractNumId w:val="24"/>
  </w:num>
  <w:num w:numId="13" w16cid:durableId="96946760">
    <w:abstractNumId w:val="33"/>
  </w:num>
  <w:num w:numId="14" w16cid:durableId="1238978826">
    <w:abstractNumId w:val="22"/>
  </w:num>
  <w:num w:numId="15" w16cid:durableId="802383390">
    <w:abstractNumId w:val="18"/>
  </w:num>
  <w:num w:numId="16" w16cid:durableId="1535459240">
    <w:abstractNumId w:val="8"/>
  </w:num>
  <w:num w:numId="17" w16cid:durableId="1111128173">
    <w:abstractNumId w:val="21"/>
  </w:num>
  <w:num w:numId="18" w16cid:durableId="301691005">
    <w:abstractNumId w:val="27"/>
  </w:num>
  <w:num w:numId="19" w16cid:durableId="1250230876">
    <w:abstractNumId w:val="23"/>
  </w:num>
  <w:num w:numId="20" w16cid:durableId="2082016997">
    <w:abstractNumId w:val="15"/>
  </w:num>
  <w:num w:numId="21" w16cid:durableId="628781418">
    <w:abstractNumId w:val="25"/>
  </w:num>
  <w:num w:numId="22" w16cid:durableId="1790278434">
    <w:abstractNumId w:val="13"/>
  </w:num>
  <w:num w:numId="23" w16cid:durableId="1163860932">
    <w:abstractNumId w:val="35"/>
  </w:num>
  <w:num w:numId="24" w16cid:durableId="874464204">
    <w:abstractNumId w:val="36"/>
  </w:num>
  <w:num w:numId="25" w16cid:durableId="1837645610">
    <w:abstractNumId w:val="7"/>
  </w:num>
  <w:num w:numId="26" w16cid:durableId="394088355">
    <w:abstractNumId w:val="17"/>
  </w:num>
  <w:num w:numId="27" w16cid:durableId="1666934757">
    <w:abstractNumId w:val="12"/>
  </w:num>
  <w:num w:numId="28" w16cid:durableId="380174394">
    <w:abstractNumId w:val="31"/>
  </w:num>
  <w:num w:numId="29" w16cid:durableId="894319365">
    <w:abstractNumId w:val="32"/>
  </w:num>
  <w:num w:numId="30" w16cid:durableId="1100295034">
    <w:abstractNumId w:val="29"/>
  </w:num>
  <w:num w:numId="31" w16cid:durableId="698893289">
    <w:abstractNumId w:val="16"/>
  </w:num>
  <w:num w:numId="32" w16cid:durableId="1423066180">
    <w:abstractNumId w:val="11"/>
  </w:num>
  <w:num w:numId="33" w16cid:durableId="1164737034">
    <w:abstractNumId w:val="14"/>
  </w:num>
  <w:num w:numId="34" w16cid:durableId="897479340">
    <w:abstractNumId w:val="6"/>
  </w:num>
  <w:num w:numId="35" w16cid:durableId="549073669">
    <w:abstractNumId w:val="10"/>
  </w:num>
  <w:num w:numId="36" w16cid:durableId="1035495996">
    <w:abstractNumId w:val="34"/>
  </w:num>
  <w:num w:numId="37" w16cid:durableId="263344498">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3AF"/>
    <w:rsid w:val="00005E8D"/>
    <w:rsid w:val="000077A0"/>
    <w:rsid w:val="00013643"/>
    <w:rsid w:val="00025A2E"/>
    <w:rsid w:val="00034616"/>
    <w:rsid w:val="0006063C"/>
    <w:rsid w:val="0008568C"/>
    <w:rsid w:val="000A73CA"/>
    <w:rsid w:val="000B1C8A"/>
    <w:rsid w:val="000B65B9"/>
    <w:rsid w:val="000C1EF3"/>
    <w:rsid w:val="000D1C64"/>
    <w:rsid w:val="000D489B"/>
    <w:rsid w:val="00122875"/>
    <w:rsid w:val="00123158"/>
    <w:rsid w:val="00133107"/>
    <w:rsid w:val="001418EE"/>
    <w:rsid w:val="0015074B"/>
    <w:rsid w:val="00156FA5"/>
    <w:rsid w:val="001668AE"/>
    <w:rsid w:val="001813FA"/>
    <w:rsid w:val="00183D3A"/>
    <w:rsid w:val="00185CDD"/>
    <w:rsid w:val="001913ED"/>
    <w:rsid w:val="001A4E7D"/>
    <w:rsid w:val="001B4B15"/>
    <w:rsid w:val="001C6D62"/>
    <w:rsid w:val="001D6DFB"/>
    <w:rsid w:val="001E2C7D"/>
    <w:rsid w:val="0020301E"/>
    <w:rsid w:val="00211DD6"/>
    <w:rsid w:val="002656C6"/>
    <w:rsid w:val="00266F2A"/>
    <w:rsid w:val="00282B01"/>
    <w:rsid w:val="00290080"/>
    <w:rsid w:val="0029639D"/>
    <w:rsid w:val="002A1843"/>
    <w:rsid w:val="002C48B0"/>
    <w:rsid w:val="002C6267"/>
    <w:rsid w:val="00307F8C"/>
    <w:rsid w:val="00311031"/>
    <w:rsid w:val="00326F90"/>
    <w:rsid w:val="00332D94"/>
    <w:rsid w:val="0034147A"/>
    <w:rsid w:val="003437C7"/>
    <w:rsid w:val="0035275F"/>
    <w:rsid w:val="00370DF1"/>
    <w:rsid w:val="003842E0"/>
    <w:rsid w:val="003A04F4"/>
    <w:rsid w:val="003A2B57"/>
    <w:rsid w:val="003A768D"/>
    <w:rsid w:val="003B0B29"/>
    <w:rsid w:val="003C3C63"/>
    <w:rsid w:val="003E600A"/>
    <w:rsid w:val="003F6CE3"/>
    <w:rsid w:val="00407A9A"/>
    <w:rsid w:val="00417436"/>
    <w:rsid w:val="00424691"/>
    <w:rsid w:val="004474FF"/>
    <w:rsid w:val="00491917"/>
    <w:rsid w:val="004A6113"/>
    <w:rsid w:val="004F1BFF"/>
    <w:rsid w:val="005161DB"/>
    <w:rsid w:val="00522DE4"/>
    <w:rsid w:val="00523080"/>
    <w:rsid w:val="0054366C"/>
    <w:rsid w:val="00551A8B"/>
    <w:rsid w:val="005565E8"/>
    <w:rsid w:val="00577E30"/>
    <w:rsid w:val="00580311"/>
    <w:rsid w:val="005B4133"/>
    <w:rsid w:val="005B7E13"/>
    <w:rsid w:val="005D3E65"/>
    <w:rsid w:val="005D4FE5"/>
    <w:rsid w:val="005D5EB1"/>
    <w:rsid w:val="005F7673"/>
    <w:rsid w:val="006006FE"/>
    <w:rsid w:val="00617023"/>
    <w:rsid w:val="00622F2A"/>
    <w:rsid w:val="00636AD8"/>
    <w:rsid w:val="00656AAE"/>
    <w:rsid w:val="00685533"/>
    <w:rsid w:val="0068688D"/>
    <w:rsid w:val="00692228"/>
    <w:rsid w:val="006A309F"/>
    <w:rsid w:val="006B4487"/>
    <w:rsid w:val="006B511E"/>
    <w:rsid w:val="006D6B57"/>
    <w:rsid w:val="006E0090"/>
    <w:rsid w:val="0071026B"/>
    <w:rsid w:val="0071375E"/>
    <w:rsid w:val="00730C2E"/>
    <w:rsid w:val="007311AD"/>
    <w:rsid w:val="00732FB3"/>
    <w:rsid w:val="00770BF2"/>
    <w:rsid w:val="007A26FC"/>
    <w:rsid w:val="007D5590"/>
    <w:rsid w:val="00800ACF"/>
    <w:rsid w:val="008170C5"/>
    <w:rsid w:val="008442BD"/>
    <w:rsid w:val="00847F0E"/>
    <w:rsid w:val="008951DC"/>
    <w:rsid w:val="00896818"/>
    <w:rsid w:val="008A00E5"/>
    <w:rsid w:val="008C0C82"/>
    <w:rsid w:val="008C555D"/>
    <w:rsid w:val="008D2EF5"/>
    <w:rsid w:val="0091309C"/>
    <w:rsid w:val="0093101B"/>
    <w:rsid w:val="0094504F"/>
    <w:rsid w:val="00996394"/>
    <w:rsid w:val="009A12D0"/>
    <w:rsid w:val="009D161B"/>
    <w:rsid w:val="009E47B8"/>
    <w:rsid w:val="009F7C8C"/>
    <w:rsid w:val="00A22EEB"/>
    <w:rsid w:val="00A517DF"/>
    <w:rsid w:val="00A71BEA"/>
    <w:rsid w:val="00A7561C"/>
    <w:rsid w:val="00AA1D8D"/>
    <w:rsid w:val="00AA268C"/>
    <w:rsid w:val="00AA5E2F"/>
    <w:rsid w:val="00AE1560"/>
    <w:rsid w:val="00AE47AB"/>
    <w:rsid w:val="00AE50C1"/>
    <w:rsid w:val="00AF1195"/>
    <w:rsid w:val="00B245D4"/>
    <w:rsid w:val="00B277A7"/>
    <w:rsid w:val="00B34273"/>
    <w:rsid w:val="00B3788F"/>
    <w:rsid w:val="00B47730"/>
    <w:rsid w:val="00B70D6F"/>
    <w:rsid w:val="00B73FCB"/>
    <w:rsid w:val="00B77995"/>
    <w:rsid w:val="00B94D38"/>
    <w:rsid w:val="00C01AA5"/>
    <w:rsid w:val="00C27EDE"/>
    <w:rsid w:val="00C605DF"/>
    <w:rsid w:val="00C80F75"/>
    <w:rsid w:val="00C81709"/>
    <w:rsid w:val="00C95EA0"/>
    <w:rsid w:val="00CB0664"/>
    <w:rsid w:val="00CB758D"/>
    <w:rsid w:val="00CD3360"/>
    <w:rsid w:val="00CD7684"/>
    <w:rsid w:val="00D11FAA"/>
    <w:rsid w:val="00D234E8"/>
    <w:rsid w:val="00D3769E"/>
    <w:rsid w:val="00D37D8B"/>
    <w:rsid w:val="00D4006E"/>
    <w:rsid w:val="00D43F68"/>
    <w:rsid w:val="00D51FE4"/>
    <w:rsid w:val="00D800A4"/>
    <w:rsid w:val="00DA1DB5"/>
    <w:rsid w:val="00DD5E1F"/>
    <w:rsid w:val="00DF53ED"/>
    <w:rsid w:val="00E157C0"/>
    <w:rsid w:val="00E33C82"/>
    <w:rsid w:val="00E86168"/>
    <w:rsid w:val="00E92FE3"/>
    <w:rsid w:val="00EB3686"/>
    <w:rsid w:val="00EB4EA3"/>
    <w:rsid w:val="00EB64E7"/>
    <w:rsid w:val="00EC75D7"/>
    <w:rsid w:val="00ED50F8"/>
    <w:rsid w:val="00EE4DF6"/>
    <w:rsid w:val="00F20686"/>
    <w:rsid w:val="00F42507"/>
    <w:rsid w:val="00F74D77"/>
    <w:rsid w:val="00F87674"/>
    <w:rsid w:val="00F94935"/>
    <w:rsid w:val="00FC693F"/>
    <w:rsid w:val="00FD380A"/>
    <w:rsid w:val="00FD3D6F"/>
    <w:rsid w:val="00FE6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C31ECC"/>
  <w14:defaultImageDpi w14:val="300"/>
  <w15:docId w15:val="{D3E8C328-D4D0-604C-A37C-194CEEA21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DF6"/>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1"/>
    <w:qFormat/>
    <w:rsid w:val="00FC693F"/>
    <w:pPr>
      <w:ind w:left="720"/>
      <w:contextualSpacing/>
    </w:pPr>
  </w:style>
  <w:style w:type="paragraph" w:styleId="BodyText">
    <w:name w:val="Body Text"/>
    <w:basedOn w:val="Normal"/>
    <w:link w:val="BodyTextChar"/>
    <w:uiPriority w:val="1"/>
    <w:unhideWhenUsed/>
    <w:qFormat/>
    <w:rsid w:val="00AA1D8D"/>
    <w:pPr>
      <w:spacing w:after="120"/>
    </w:pPr>
  </w:style>
  <w:style w:type="character" w:customStyle="1" w:styleId="BodyTextChar">
    <w:name w:val="Body Text Char"/>
    <w:basedOn w:val="DefaultParagraphFont"/>
    <w:link w:val="BodyText"/>
    <w:uiPriority w:val="1"/>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3">
    <w:name w:val="s3"/>
    <w:basedOn w:val="Normal"/>
    <w:rsid w:val="00EB4EA3"/>
    <w:pPr>
      <w:spacing w:before="100" w:beforeAutospacing="1" w:after="100" w:afterAutospacing="1" w:line="240" w:lineRule="auto"/>
    </w:pPr>
    <w:rPr>
      <w:rFonts w:ascii="Times New Roman" w:hAnsi="Times New Roman" w:cs="Times New Roman"/>
      <w:sz w:val="24"/>
      <w:szCs w:val="24"/>
      <w:lang w:val="id-ID" w:eastAsia="id-ID"/>
    </w:rPr>
  </w:style>
  <w:style w:type="character" w:customStyle="1" w:styleId="bumpedfont15">
    <w:name w:val="bumpedfont15"/>
    <w:basedOn w:val="DefaultParagraphFont"/>
    <w:rsid w:val="00EB4EA3"/>
  </w:style>
  <w:style w:type="paragraph" w:customStyle="1" w:styleId="s5">
    <w:name w:val="s5"/>
    <w:basedOn w:val="Normal"/>
    <w:rsid w:val="00EB4EA3"/>
    <w:pPr>
      <w:spacing w:before="100" w:beforeAutospacing="1" w:after="100" w:afterAutospacing="1" w:line="240" w:lineRule="auto"/>
    </w:pPr>
    <w:rPr>
      <w:rFonts w:ascii="Times New Roman" w:hAnsi="Times New Roman" w:cs="Times New Roman"/>
      <w:sz w:val="24"/>
      <w:szCs w:val="24"/>
      <w:lang w:val="id-ID" w:eastAsia="id-ID"/>
    </w:rPr>
  </w:style>
  <w:style w:type="character" w:styleId="PageNumber">
    <w:name w:val="page number"/>
    <w:basedOn w:val="DefaultParagraphFont"/>
    <w:uiPriority w:val="99"/>
    <w:semiHidden/>
    <w:unhideWhenUsed/>
    <w:rsid w:val="00156FA5"/>
  </w:style>
  <w:style w:type="paragraph" w:styleId="TOC1">
    <w:name w:val="toc 1"/>
    <w:basedOn w:val="Normal"/>
    <w:next w:val="Normal"/>
    <w:autoRedefine/>
    <w:uiPriority w:val="39"/>
    <w:unhideWhenUsed/>
    <w:rsid w:val="000A73CA"/>
    <w:pPr>
      <w:tabs>
        <w:tab w:val="right" w:leader="dot" w:pos="7929"/>
      </w:tabs>
      <w:spacing w:after="100"/>
    </w:pPr>
    <w:rPr>
      <w:rFonts w:ascii="Times New Roman" w:hAnsi="Times New Roman" w:cs="Times New Roman"/>
      <w:b/>
      <w:bCs/>
      <w:noProof/>
    </w:rPr>
  </w:style>
  <w:style w:type="paragraph" w:styleId="TOC2">
    <w:name w:val="toc 2"/>
    <w:basedOn w:val="Normal"/>
    <w:next w:val="Normal"/>
    <w:autoRedefine/>
    <w:uiPriority w:val="39"/>
    <w:unhideWhenUsed/>
    <w:rsid w:val="00C605DF"/>
    <w:pPr>
      <w:tabs>
        <w:tab w:val="left" w:pos="567"/>
        <w:tab w:val="right" w:leader="dot" w:pos="7929"/>
      </w:tabs>
      <w:spacing w:after="100"/>
      <w:ind w:left="220"/>
    </w:pPr>
  </w:style>
  <w:style w:type="paragraph" w:styleId="TOC3">
    <w:name w:val="toc 3"/>
    <w:basedOn w:val="Normal"/>
    <w:next w:val="Normal"/>
    <w:autoRedefine/>
    <w:uiPriority w:val="39"/>
    <w:unhideWhenUsed/>
    <w:rsid w:val="00266F2A"/>
    <w:pPr>
      <w:tabs>
        <w:tab w:val="left" w:pos="1200"/>
        <w:tab w:val="right" w:leader="dot" w:pos="7929"/>
      </w:tabs>
      <w:spacing w:after="100"/>
      <w:ind w:left="440"/>
      <w:jc w:val="both"/>
    </w:pPr>
  </w:style>
  <w:style w:type="character" w:styleId="Hyperlink">
    <w:name w:val="Hyperlink"/>
    <w:basedOn w:val="DefaultParagraphFont"/>
    <w:uiPriority w:val="99"/>
    <w:unhideWhenUsed/>
    <w:rsid w:val="00266F2A"/>
    <w:rPr>
      <w:color w:val="0000FF" w:themeColor="hyperlink"/>
      <w:u w:val="single"/>
    </w:rPr>
  </w:style>
  <w:style w:type="paragraph" w:customStyle="1" w:styleId="TableParagraph">
    <w:name w:val="Table Paragraph"/>
    <w:basedOn w:val="Normal"/>
    <w:uiPriority w:val="1"/>
    <w:qFormat/>
    <w:rsid w:val="00B77995"/>
    <w:pPr>
      <w:widowControl w:val="0"/>
      <w:autoSpaceDE w:val="0"/>
      <w:autoSpaceDN w:val="0"/>
      <w:spacing w:after="0" w:line="240" w:lineRule="auto"/>
    </w:pPr>
    <w:rPr>
      <w:rFonts w:ascii="Lucida Sans Unicode" w:eastAsia="Lucida Sans Unicode" w:hAnsi="Lucida Sans Unicode" w:cs="Lucida Sans Unicode"/>
    </w:rPr>
  </w:style>
  <w:style w:type="character" w:styleId="CommentReference">
    <w:name w:val="annotation reference"/>
    <w:basedOn w:val="DefaultParagraphFont"/>
    <w:uiPriority w:val="99"/>
    <w:semiHidden/>
    <w:unhideWhenUsed/>
    <w:rsid w:val="00B245D4"/>
    <w:rPr>
      <w:sz w:val="16"/>
      <w:szCs w:val="16"/>
    </w:rPr>
  </w:style>
  <w:style w:type="paragraph" w:styleId="CommentText">
    <w:name w:val="annotation text"/>
    <w:basedOn w:val="Normal"/>
    <w:link w:val="CommentTextChar"/>
    <w:uiPriority w:val="99"/>
    <w:semiHidden/>
    <w:unhideWhenUsed/>
    <w:rsid w:val="00B245D4"/>
    <w:pPr>
      <w:spacing w:line="240" w:lineRule="auto"/>
    </w:pPr>
    <w:rPr>
      <w:sz w:val="20"/>
      <w:szCs w:val="20"/>
    </w:rPr>
  </w:style>
  <w:style w:type="character" w:customStyle="1" w:styleId="CommentTextChar">
    <w:name w:val="Comment Text Char"/>
    <w:basedOn w:val="DefaultParagraphFont"/>
    <w:link w:val="CommentText"/>
    <w:uiPriority w:val="99"/>
    <w:semiHidden/>
    <w:rsid w:val="00B245D4"/>
    <w:rPr>
      <w:sz w:val="20"/>
      <w:szCs w:val="20"/>
    </w:rPr>
  </w:style>
  <w:style w:type="paragraph" w:styleId="CommentSubject">
    <w:name w:val="annotation subject"/>
    <w:basedOn w:val="CommentText"/>
    <w:next w:val="CommentText"/>
    <w:link w:val="CommentSubjectChar"/>
    <w:uiPriority w:val="99"/>
    <w:semiHidden/>
    <w:unhideWhenUsed/>
    <w:rsid w:val="00B245D4"/>
    <w:rPr>
      <w:b/>
      <w:bCs/>
    </w:rPr>
  </w:style>
  <w:style w:type="character" w:customStyle="1" w:styleId="CommentSubjectChar">
    <w:name w:val="Comment Subject Char"/>
    <w:basedOn w:val="CommentTextChar"/>
    <w:link w:val="CommentSubject"/>
    <w:uiPriority w:val="99"/>
    <w:semiHidden/>
    <w:rsid w:val="00B245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07/relationships/diagramDrawing" Target="diagrams/drawing1.xm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6.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media/image9.png"/><Relationship Id="rId28"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Data" Target="diagrams/data1.xml"/><Relationship Id="rId22" Type="http://schemas.openxmlformats.org/officeDocument/2006/relationships/image" Target="media/image8.png"/><Relationship Id="rId27" Type="http://schemas.openxmlformats.org/officeDocument/2006/relationships/header" Target="header1.xml"/><Relationship Id="rId30" Type="http://schemas.openxmlformats.org/officeDocument/2006/relationships/footer" Target="footer4.xml"/></Relationships>
</file>

<file path=word/diagrams/colors1.xml><?xml version="1.0" encoding="utf-8"?>
<dgm:colorsDef xmlns:dgm="http://schemas.openxmlformats.org/drawingml/2006/diagram" xmlns:a="http://schemas.openxmlformats.org/drawingml/2006/main" uniqueId="urn:microsoft.com/office/officeart/2005/8/colors/accent0_1#2">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NoLn">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NoLn">
    <dgm:fillClrLst meth="repeat">
      <a:schemeClr val="lt1"/>
    </dgm:fillClrLst>
    <dgm:linClrLst meth="repeat">
      <a:schemeClr val="dk1">
        <a:shade val="80000"/>
      </a:schemeClr>
    </dgm:linClrLst>
    <dgm:effectClrLst/>
    <dgm:txLinClrLst/>
    <dgm:txFillClrLst meth="repeat">
      <a:schemeClr val="dk1"/>
    </dgm:txFillClrLst>
    <dgm:txEffectClrLst/>
  </dgm:styleLbl>
  <dgm:styleLbl name="ltNode1NoLn">
    <dgm:fillClrLst meth="repeat">
      <a:schemeClr val="lt1">
        <a:tint val="75000"/>
      </a:schemeClr>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NoLn">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NoLn">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NoLn">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revTxLt">
    <dgm:fillClrLst meth="repeat">
      <a:schemeClr val="lt1">
        <a:alpha val="0"/>
      </a:schemeClr>
    </dgm:fillClrLst>
    <dgm:linClrLst meth="repeat">
      <a:schemeClr val="dk1">
        <a:alpha val="0"/>
      </a:schemeClr>
    </dgm:linClrLst>
    <dgm:effectClrLst/>
    <dgm:txLinClrLst/>
    <dgm:txFillClrLst meth="repeat">
      <a:schemeClr val="dk1"/>
    </dgm:txFillClrLst>
    <dgm:txEffectClrLst/>
  </dgm:styleLbl>
</dgm:colorsDef>
</file>

<file path=word/diagrams/data1.xml><?xml version="1.0" encoding="utf-8"?>
<dgm:dataModel xmlns:dgm="http://schemas.openxmlformats.org/drawingml/2006/diagram" xmlns:a="http://schemas.openxmlformats.org/drawingml/2006/main">
  <dgm:ptLst>
    <dgm:pt modelId="{2F396F6E-1506-4428-AC52-801E71888E7D}" type="doc">
      <dgm:prSet loTypeId="urn:microsoft.com/office/officeart/2005/8/layout/orgChart1" loCatId="hierarchy" qsTypeId="urn:microsoft.com/office/officeart/2005/8/quickstyle/simple1#1" qsCatId="simple" csTypeId="urn:microsoft.com/office/officeart/2005/8/colors/accent0_1#2" csCatId="mainScheme" phldr="1"/>
      <dgm:spPr/>
      <dgm:t>
        <a:bodyPr/>
        <a:lstStyle/>
        <a:p>
          <a:endParaRPr lang="en-ID"/>
        </a:p>
      </dgm:t>
    </dgm:pt>
    <dgm:pt modelId="{C48EEFFB-8A2E-4114-A023-229FA214C99E}">
      <dgm:prSet phldrT="[Text]" custT="1"/>
      <dgm:spPr/>
      <dgm:t>
        <a:bodyPr/>
        <a:lstStyle/>
        <a:p>
          <a:pPr>
            <a:buNone/>
          </a:pPr>
          <a:r>
            <a:rPr lang="en-ID" sz="1200" b="1">
              <a:latin typeface="Times New Roman" panose="02020603050405020304" pitchFamily="18" charset="0"/>
              <a:cs typeface="Times New Roman" panose="02020603050405020304" pitchFamily="18" charset="0"/>
            </a:rPr>
            <a:t>Strategi Adaptasi</a:t>
          </a:r>
          <a:br>
            <a:rPr lang="en-ID" sz="1200">
              <a:latin typeface="Times New Roman" panose="02020603050405020304" pitchFamily="18" charset="0"/>
              <a:cs typeface="Times New Roman" panose="02020603050405020304" pitchFamily="18" charset="0"/>
            </a:rPr>
          </a:br>
          <a:r>
            <a:rPr lang="en-ID" sz="1200">
              <a:latin typeface="Times New Roman" panose="02020603050405020304" pitchFamily="18" charset="0"/>
              <a:cs typeface="Times New Roman" panose="02020603050405020304" pitchFamily="18" charset="0"/>
            </a:rPr>
            <a:t>Komunikasi aktif – pembelajaran mandiri – klarifikasi – penyesuaian sikap</a:t>
          </a:r>
        </a:p>
      </dgm:t>
    </dgm:pt>
    <dgm:pt modelId="{0145F0B5-5146-41BE-BEF6-BD15D4A67657}" type="parTrans" cxnId="{5FBD396E-0518-4F8F-9A8E-BA558A716725}">
      <dgm:prSet/>
      <dgm:spPr/>
      <dgm:t>
        <a:bodyPr/>
        <a:lstStyle/>
        <a:p>
          <a:endParaRPr lang="en-ID"/>
        </a:p>
      </dgm:t>
    </dgm:pt>
    <dgm:pt modelId="{50A7FE11-51EB-4D85-9F54-F1A9E32B22BD}" type="sibTrans" cxnId="{5FBD396E-0518-4F8F-9A8E-BA558A716725}">
      <dgm:prSet/>
      <dgm:spPr/>
      <dgm:t>
        <a:bodyPr/>
        <a:lstStyle/>
        <a:p>
          <a:endParaRPr lang="en-ID"/>
        </a:p>
      </dgm:t>
    </dgm:pt>
    <dgm:pt modelId="{E2400493-0411-4727-BB54-24A5C5D03E38}">
      <dgm:prSet phldrT="[Text]" custT="1"/>
      <dgm:spPr/>
      <dgm:t>
        <a:bodyPr/>
        <a:lstStyle/>
        <a:p>
          <a:pPr>
            <a:buNone/>
          </a:pPr>
          <a:r>
            <a:rPr lang="en-ID" sz="1200" b="1">
              <a:latin typeface="Times New Roman" panose="02020603050405020304" pitchFamily="18" charset="0"/>
              <a:cs typeface="Times New Roman" panose="02020603050405020304" pitchFamily="18" charset="0"/>
            </a:rPr>
            <a:t>Tantangan Komunikasi Bahasa</a:t>
          </a:r>
          <a:br>
            <a:rPr lang="en-ID" sz="1200">
              <a:latin typeface="Times New Roman" panose="02020603050405020304" pitchFamily="18" charset="0"/>
              <a:cs typeface="Times New Roman" panose="02020603050405020304" pitchFamily="18" charset="0"/>
            </a:rPr>
          </a:br>
          <a:r>
            <a:rPr lang="en-ID" sz="1200">
              <a:latin typeface="Times New Roman" panose="02020603050405020304" pitchFamily="18" charset="0"/>
              <a:cs typeface="Times New Roman" panose="02020603050405020304" pitchFamily="18" charset="0"/>
            </a:rPr>
            <a:t>Keigo/Teineigo – kosakata teknis – situasi pelayanan – dialek dan kecepatan berbicara</a:t>
          </a:r>
        </a:p>
      </dgm:t>
    </dgm:pt>
    <dgm:pt modelId="{C12D108A-1F96-43E8-89B4-300652422F41}" type="parTrans" cxnId="{622A7BE7-4C7C-4BAF-B807-937D09951D37}">
      <dgm:prSet/>
      <dgm:spPr/>
      <dgm:t>
        <a:bodyPr/>
        <a:lstStyle/>
        <a:p>
          <a:endParaRPr lang="en-ID"/>
        </a:p>
      </dgm:t>
    </dgm:pt>
    <dgm:pt modelId="{7742F7E7-F5CC-4C7D-A291-AA4B8660E016}" type="sibTrans" cxnId="{622A7BE7-4C7C-4BAF-B807-937D09951D37}">
      <dgm:prSet/>
      <dgm:spPr/>
      <dgm:t>
        <a:bodyPr/>
        <a:lstStyle/>
        <a:p>
          <a:endParaRPr lang="en-ID"/>
        </a:p>
      </dgm:t>
    </dgm:pt>
    <dgm:pt modelId="{C7F996D1-9B2D-4EB1-8167-20C3BDB0AC84}">
      <dgm:prSet phldrT="[Text]" custT="1"/>
      <dgm:spPr/>
      <dgm:t>
        <a:bodyPr/>
        <a:lstStyle/>
        <a:p>
          <a:pPr>
            <a:buNone/>
          </a:pPr>
          <a:r>
            <a:rPr lang="en-ID" sz="1200" b="1">
              <a:latin typeface="Times New Roman" panose="02020603050405020304" pitchFamily="18" charset="0"/>
              <a:cs typeface="Times New Roman" panose="02020603050405020304" pitchFamily="18" charset="0"/>
            </a:rPr>
            <a:t>Tantangan Etika dan Budaya Kerja</a:t>
          </a:r>
          <a:br>
            <a:rPr lang="en-ID" sz="1200">
              <a:latin typeface="Times New Roman" panose="02020603050405020304" pitchFamily="18" charset="0"/>
              <a:cs typeface="Times New Roman" panose="02020603050405020304" pitchFamily="18" charset="0"/>
            </a:rPr>
          </a:br>
          <a:r>
            <a:rPr lang="en-ID" sz="1200">
              <a:latin typeface="Times New Roman" panose="02020603050405020304" pitchFamily="18" charset="0"/>
              <a:cs typeface="Times New Roman" panose="02020603050405020304" pitchFamily="18" charset="0"/>
            </a:rPr>
            <a:t>Kecepatan – ketelitian – kedisiplinan – standar pelayanan</a:t>
          </a:r>
        </a:p>
      </dgm:t>
    </dgm:pt>
    <dgm:pt modelId="{8AEAC8C4-4887-47D5-8AFA-4C787175807A}" type="parTrans" cxnId="{44D1D556-0422-4677-ABF0-311905A98E0F}">
      <dgm:prSet/>
      <dgm:spPr/>
      <dgm:t>
        <a:bodyPr/>
        <a:lstStyle/>
        <a:p>
          <a:endParaRPr lang="en-ID"/>
        </a:p>
      </dgm:t>
    </dgm:pt>
    <dgm:pt modelId="{012D45AC-9D07-478B-8F2C-E70B689078E6}" type="sibTrans" cxnId="{44D1D556-0422-4677-ABF0-311905A98E0F}">
      <dgm:prSet/>
      <dgm:spPr/>
      <dgm:t>
        <a:bodyPr/>
        <a:lstStyle/>
        <a:p>
          <a:endParaRPr lang="en-ID"/>
        </a:p>
      </dgm:t>
    </dgm:pt>
    <dgm:pt modelId="{0DF582B7-1028-4F43-BF58-D45BCA0C7870}">
      <dgm:prSet phldrT="[Text]" custT="1"/>
      <dgm:spPr/>
      <dgm:t>
        <a:bodyPr/>
        <a:lstStyle/>
        <a:p>
          <a:pPr>
            <a:buNone/>
          </a:pPr>
          <a:r>
            <a:rPr lang="en-ID" sz="1200">
              <a:latin typeface="Times New Roman" panose="02020603050405020304" pitchFamily="18" charset="0"/>
              <a:cs typeface="Times New Roman" panose="02020603050405020304" pitchFamily="18" charset="0"/>
            </a:rPr>
            <a:t>Kemampuan beradaptasi dalam lingkungan hospitality Jepang</a:t>
          </a:r>
        </a:p>
      </dgm:t>
    </dgm:pt>
    <dgm:pt modelId="{8BD4155E-A3F1-4B9E-8B8D-D7BD4DDD7D86}" type="parTrans" cxnId="{FD47C972-0DFA-4089-9698-920F11FC449C}">
      <dgm:prSet/>
      <dgm:spPr/>
      <dgm:t>
        <a:bodyPr/>
        <a:lstStyle/>
        <a:p>
          <a:endParaRPr lang="en-ID"/>
        </a:p>
      </dgm:t>
    </dgm:pt>
    <dgm:pt modelId="{5388AAC1-5E7D-4191-8E79-1A97EE9E38C5}" type="sibTrans" cxnId="{FD47C972-0DFA-4089-9698-920F11FC449C}">
      <dgm:prSet/>
      <dgm:spPr/>
      <dgm:t>
        <a:bodyPr/>
        <a:lstStyle/>
        <a:p>
          <a:endParaRPr lang="en-ID"/>
        </a:p>
      </dgm:t>
    </dgm:pt>
    <dgm:pt modelId="{B92761AD-498A-417F-B510-BCFC0CA4F35F}" type="pres">
      <dgm:prSet presAssocID="{2F396F6E-1506-4428-AC52-801E71888E7D}" presName="hierChild1" presStyleCnt="0">
        <dgm:presLayoutVars>
          <dgm:orgChart val="1"/>
          <dgm:chPref val="1"/>
          <dgm:dir val="rev"/>
          <dgm:animOne val="branch"/>
          <dgm:animLvl val="lvl"/>
          <dgm:resizeHandles/>
        </dgm:presLayoutVars>
      </dgm:prSet>
      <dgm:spPr/>
    </dgm:pt>
    <dgm:pt modelId="{535BF8C5-03F7-4F04-80B1-B9D2F35860FB}" type="pres">
      <dgm:prSet presAssocID="{E2400493-0411-4727-BB54-24A5C5D03E38}" presName="hierRoot1" presStyleCnt="0">
        <dgm:presLayoutVars>
          <dgm:hierBranch val="hang"/>
        </dgm:presLayoutVars>
      </dgm:prSet>
      <dgm:spPr/>
    </dgm:pt>
    <dgm:pt modelId="{BB94E8D2-593F-4822-9354-F70BD88B02EB}" type="pres">
      <dgm:prSet presAssocID="{E2400493-0411-4727-BB54-24A5C5D03E38}" presName="rootComposite1" presStyleCnt="0"/>
      <dgm:spPr/>
    </dgm:pt>
    <dgm:pt modelId="{EED83933-2D56-40C9-B7DA-B0683F73CE27}" type="pres">
      <dgm:prSet presAssocID="{E2400493-0411-4727-BB54-24A5C5D03E38}" presName="rootText1" presStyleLbl="node0" presStyleIdx="0" presStyleCnt="1" custScaleX="156512">
        <dgm:presLayoutVars>
          <dgm:chPref val="3"/>
        </dgm:presLayoutVars>
      </dgm:prSet>
      <dgm:spPr/>
    </dgm:pt>
    <dgm:pt modelId="{5736CB65-7EA1-4227-9E04-00AC375DBE2D}" type="pres">
      <dgm:prSet presAssocID="{E2400493-0411-4727-BB54-24A5C5D03E38}" presName="rootConnector1" presStyleLbl="node1" presStyleIdx="0" presStyleCnt="0"/>
      <dgm:spPr/>
    </dgm:pt>
    <dgm:pt modelId="{CC2442E2-429B-4F9E-BB12-C2C1975CC8DA}" type="pres">
      <dgm:prSet presAssocID="{E2400493-0411-4727-BB54-24A5C5D03E38}" presName="hierChild2" presStyleCnt="0"/>
      <dgm:spPr/>
    </dgm:pt>
    <dgm:pt modelId="{A94779F7-C455-4E4C-9DFA-619192EF4AB1}" type="pres">
      <dgm:prSet presAssocID="{0145F0B5-5146-41BE-BEF6-BD15D4A67657}" presName="Name48" presStyleLbl="parChTrans1D2" presStyleIdx="0" presStyleCnt="3"/>
      <dgm:spPr/>
    </dgm:pt>
    <dgm:pt modelId="{122EE496-120E-4D2A-91AB-83CFF0FE3E8E}" type="pres">
      <dgm:prSet presAssocID="{C48EEFFB-8A2E-4114-A023-229FA214C99E}" presName="hierRoot2" presStyleCnt="0">
        <dgm:presLayoutVars>
          <dgm:hierBranch val="hang"/>
        </dgm:presLayoutVars>
      </dgm:prSet>
      <dgm:spPr/>
    </dgm:pt>
    <dgm:pt modelId="{40ED2A70-ABAB-4A67-B591-8680F4F50B4A}" type="pres">
      <dgm:prSet presAssocID="{C48EEFFB-8A2E-4114-A023-229FA214C99E}" presName="rootComposite" presStyleCnt="0"/>
      <dgm:spPr/>
    </dgm:pt>
    <dgm:pt modelId="{FD483878-2D52-4040-B4F8-6B58EFE5E648}" type="pres">
      <dgm:prSet presAssocID="{C48EEFFB-8A2E-4114-A023-229FA214C99E}" presName="rootText" presStyleLbl="node2" presStyleIdx="0" presStyleCnt="3" custScaleX="131609">
        <dgm:presLayoutVars>
          <dgm:chPref val="3"/>
        </dgm:presLayoutVars>
      </dgm:prSet>
      <dgm:spPr/>
    </dgm:pt>
    <dgm:pt modelId="{BE630A0A-CA60-409F-9B21-61D80C233876}" type="pres">
      <dgm:prSet presAssocID="{C48EEFFB-8A2E-4114-A023-229FA214C99E}" presName="rootConnector" presStyleLbl="node2" presStyleIdx="0" presStyleCnt="3"/>
      <dgm:spPr/>
    </dgm:pt>
    <dgm:pt modelId="{234760F6-0405-42C0-BC73-8B7F320EB339}" type="pres">
      <dgm:prSet presAssocID="{C48EEFFB-8A2E-4114-A023-229FA214C99E}" presName="hierChild4" presStyleCnt="0"/>
      <dgm:spPr/>
    </dgm:pt>
    <dgm:pt modelId="{392D34C0-3989-4F4C-A71C-06BF5987138A}" type="pres">
      <dgm:prSet presAssocID="{C48EEFFB-8A2E-4114-A023-229FA214C99E}" presName="hierChild5" presStyleCnt="0"/>
      <dgm:spPr/>
    </dgm:pt>
    <dgm:pt modelId="{EC1CEDB2-27ED-4705-93D6-133FC317EC7B}" type="pres">
      <dgm:prSet presAssocID="{8AEAC8C4-4887-47D5-8AFA-4C787175807A}" presName="Name48" presStyleLbl="parChTrans1D2" presStyleIdx="1" presStyleCnt="3"/>
      <dgm:spPr/>
    </dgm:pt>
    <dgm:pt modelId="{EB45EC1A-D43D-41DB-BC6A-14D37F8A2E60}" type="pres">
      <dgm:prSet presAssocID="{C7F996D1-9B2D-4EB1-8167-20C3BDB0AC84}" presName="hierRoot2" presStyleCnt="0">
        <dgm:presLayoutVars>
          <dgm:hierBranch val="r"/>
        </dgm:presLayoutVars>
      </dgm:prSet>
      <dgm:spPr/>
    </dgm:pt>
    <dgm:pt modelId="{A0C1AB30-3C17-4FF0-B175-CD62568E8CE2}" type="pres">
      <dgm:prSet presAssocID="{C7F996D1-9B2D-4EB1-8167-20C3BDB0AC84}" presName="rootComposite" presStyleCnt="0"/>
      <dgm:spPr/>
    </dgm:pt>
    <dgm:pt modelId="{0D528FFA-E88C-484B-9B81-244BD27124B2}" type="pres">
      <dgm:prSet presAssocID="{C7F996D1-9B2D-4EB1-8167-20C3BDB0AC84}" presName="rootText" presStyleLbl="node2" presStyleIdx="1" presStyleCnt="3" custScaleX="133106">
        <dgm:presLayoutVars>
          <dgm:chPref val="3"/>
        </dgm:presLayoutVars>
      </dgm:prSet>
      <dgm:spPr/>
    </dgm:pt>
    <dgm:pt modelId="{AA8A10D0-311E-4877-9924-C5FB0B9F7F7B}" type="pres">
      <dgm:prSet presAssocID="{C7F996D1-9B2D-4EB1-8167-20C3BDB0AC84}" presName="rootConnector" presStyleLbl="node2" presStyleIdx="1" presStyleCnt="3"/>
      <dgm:spPr/>
    </dgm:pt>
    <dgm:pt modelId="{DC31EA73-0A72-408A-B44C-86AF0BE955C7}" type="pres">
      <dgm:prSet presAssocID="{C7F996D1-9B2D-4EB1-8167-20C3BDB0AC84}" presName="hierChild4" presStyleCnt="0"/>
      <dgm:spPr/>
    </dgm:pt>
    <dgm:pt modelId="{DA220251-620B-4EEA-A73B-7833536A0287}" type="pres">
      <dgm:prSet presAssocID="{C7F996D1-9B2D-4EB1-8167-20C3BDB0AC84}" presName="hierChild5" presStyleCnt="0"/>
      <dgm:spPr/>
    </dgm:pt>
    <dgm:pt modelId="{EDD98427-DCB9-43D6-9102-37394767C145}" type="pres">
      <dgm:prSet presAssocID="{8BD4155E-A3F1-4B9E-8B8D-D7BD4DDD7D86}" presName="Name48" presStyleLbl="parChTrans1D2" presStyleIdx="2" presStyleCnt="3"/>
      <dgm:spPr/>
    </dgm:pt>
    <dgm:pt modelId="{34355D16-3C18-438D-B650-C00DA12C1D59}" type="pres">
      <dgm:prSet presAssocID="{0DF582B7-1028-4F43-BF58-D45BCA0C7870}" presName="hierRoot2" presStyleCnt="0">
        <dgm:presLayoutVars>
          <dgm:hierBranch val="r"/>
        </dgm:presLayoutVars>
      </dgm:prSet>
      <dgm:spPr/>
    </dgm:pt>
    <dgm:pt modelId="{52790EC2-B799-4E67-B44F-BF3E8383076B}" type="pres">
      <dgm:prSet presAssocID="{0DF582B7-1028-4F43-BF58-D45BCA0C7870}" presName="rootComposite" presStyleCnt="0"/>
      <dgm:spPr/>
    </dgm:pt>
    <dgm:pt modelId="{3C7B517E-FDBC-4E7A-80E8-0FFCE8B5D696}" type="pres">
      <dgm:prSet presAssocID="{0DF582B7-1028-4F43-BF58-D45BCA0C7870}" presName="rootText" presStyleLbl="node2" presStyleIdx="2" presStyleCnt="3">
        <dgm:presLayoutVars>
          <dgm:chPref val="3"/>
        </dgm:presLayoutVars>
      </dgm:prSet>
      <dgm:spPr/>
    </dgm:pt>
    <dgm:pt modelId="{558CB291-137A-401C-A2C8-BE1281179A85}" type="pres">
      <dgm:prSet presAssocID="{0DF582B7-1028-4F43-BF58-D45BCA0C7870}" presName="rootConnector" presStyleLbl="node2" presStyleIdx="2" presStyleCnt="3"/>
      <dgm:spPr/>
    </dgm:pt>
    <dgm:pt modelId="{20342E8B-07C7-48C7-8824-A456185812BC}" type="pres">
      <dgm:prSet presAssocID="{0DF582B7-1028-4F43-BF58-D45BCA0C7870}" presName="hierChild4" presStyleCnt="0"/>
      <dgm:spPr/>
    </dgm:pt>
    <dgm:pt modelId="{33F5BD8C-22A5-41A9-8FB2-7BE120906FCA}" type="pres">
      <dgm:prSet presAssocID="{0DF582B7-1028-4F43-BF58-D45BCA0C7870}" presName="hierChild5" presStyleCnt="0"/>
      <dgm:spPr/>
    </dgm:pt>
    <dgm:pt modelId="{D42ECA39-DC2A-4B11-BA1F-251E25B101A0}" type="pres">
      <dgm:prSet presAssocID="{E2400493-0411-4727-BB54-24A5C5D03E38}" presName="hierChild3" presStyleCnt="0"/>
      <dgm:spPr/>
    </dgm:pt>
  </dgm:ptLst>
  <dgm:cxnLst>
    <dgm:cxn modelId="{0A8AC800-9AA3-46CE-95F6-E08FD8061894}" type="presOf" srcId="{C7F996D1-9B2D-4EB1-8167-20C3BDB0AC84}" destId="{0D528FFA-E88C-484B-9B81-244BD27124B2}" srcOrd="0" destOrd="0" presId="urn:microsoft.com/office/officeart/2005/8/layout/orgChart1"/>
    <dgm:cxn modelId="{B335C90D-A93F-4895-8B8D-EE7B2A8B1C3A}" type="presOf" srcId="{E2400493-0411-4727-BB54-24A5C5D03E38}" destId="{5736CB65-7EA1-4227-9E04-00AC375DBE2D}" srcOrd="1" destOrd="0" presId="urn:microsoft.com/office/officeart/2005/8/layout/orgChart1"/>
    <dgm:cxn modelId="{8342F213-753F-46C4-89A7-8A48F59330B8}" type="presOf" srcId="{2F396F6E-1506-4428-AC52-801E71888E7D}" destId="{B92761AD-498A-417F-B510-BCFC0CA4F35F}" srcOrd="0" destOrd="0" presId="urn:microsoft.com/office/officeart/2005/8/layout/orgChart1"/>
    <dgm:cxn modelId="{A42DBA39-AA28-4E87-978A-DB2D0AAA97E6}" type="presOf" srcId="{C7F996D1-9B2D-4EB1-8167-20C3BDB0AC84}" destId="{AA8A10D0-311E-4877-9924-C5FB0B9F7F7B}" srcOrd="1" destOrd="0" presId="urn:microsoft.com/office/officeart/2005/8/layout/orgChart1"/>
    <dgm:cxn modelId="{44D1D556-0422-4677-ABF0-311905A98E0F}" srcId="{E2400493-0411-4727-BB54-24A5C5D03E38}" destId="{C7F996D1-9B2D-4EB1-8167-20C3BDB0AC84}" srcOrd="1" destOrd="0" parTransId="{8AEAC8C4-4887-47D5-8AFA-4C787175807A}" sibTransId="{012D45AC-9D07-478B-8F2C-E70B689078E6}"/>
    <dgm:cxn modelId="{5FBD396E-0518-4F8F-9A8E-BA558A716725}" srcId="{E2400493-0411-4727-BB54-24A5C5D03E38}" destId="{C48EEFFB-8A2E-4114-A023-229FA214C99E}" srcOrd="0" destOrd="0" parTransId="{0145F0B5-5146-41BE-BEF6-BD15D4A67657}" sibTransId="{50A7FE11-51EB-4D85-9F54-F1A9E32B22BD}"/>
    <dgm:cxn modelId="{FD47C972-0DFA-4089-9698-920F11FC449C}" srcId="{E2400493-0411-4727-BB54-24A5C5D03E38}" destId="{0DF582B7-1028-4F43-BF58-D45BCA0C7870}" srcOrd="2" destOrd="0" parTransId="{8BD4155E-A3F1-4B9E-8B8D-D7BD4DDD7D86}" sibTransId="{5388AAC1-5E7D-4191-8E79-1A97EE9E38C5}"/>
    <dgm:cxn modelId="{16C9CF8D-6AA9-4350-93F8-310ED1D03C31}" type="presOf" srcId="{8BD4155E-A3F1-4B9E-8B8D-D7BD4DDD7D86}" destId="{EDD98427-DCB9-43D6-9102-37394767C145}" srcOrd="0" destOrd="0" presId="urn:microsoft.com/office/officeart/2005/8/layout/orgChart1"/>
    <dgm:cxn modelId="{0CA7F2A9-5F80-4B26-B7DD-037CA2A90288}" type="presOf" srcId="{8AEAC8C4-4887-47D5-8AFA-4C787175807A}" destId="{EC1CEDB2-27ED-4705-93D6-133FC317EC7B}" srcOrd="0" destOrd="0" presId="urn:microsoft.com/office/officeart/2005/8/layout/orgChart1"/>
    <dgm:cxn modelId="{5174ABC4-719E-4CC0-837C-58D85119DDE8}" type="presOf" srcId="{C48EEFFB-8A2E-4114-A023-229FA214C99E}" destId="{FD483878-2D52-4040-B4F8-6B58EFE5E648}" srcOrd="0" destOrd="0" presId="urn:microsoft.com/office/officeart/2005/8/layout/orgChart1"/>
    <dgm:cxn modelId="{E87EEEE1-8589-46A4-892E-1BE0CD584F87}" type="presOf" srcId="{0DF582B7-1028-4F43-BF58-D45BCA0C7870}" destId="{558CB291-137A-401C-A2C8-BE1281179A85}" srcOrd="1" destOrd="0" presId="urn:microsoft.com/office/officeart/2005/8/layout/orgChart1"/>
    <dgm:cxn modelId="{CC9883E2-A667-4B89-B32D-6C0F8669288B}" type="presOf" srcId="{E2400493-0411-4727-BB54-24A5C5D03E38}" destId="{EED83933-2D56-40C9-B7DA-B0683F73CE27}" srcOrd="0" destOrd="0" presId="urn:microsoft.com/office/officeart/2005/8/layout/orgChart1"/>
    <dgm:cxn modelId="{622A7BE7-4C7C-4BAF-B807-937D09951D37}" srcId="{2F396F6E-1506-4428-AC52-801E71888E7D}" destId="{E2400493-0411-4727-BB54-24A5C5D03E38}" srcOrd="0" destOrd="0" parTransId="{C12D108A-1F96-43E8-89B4-300652422F41}" sibTransId="{7742F7E7-F5CC-4C7D-A291-AA4B8660E016}"/>
    <dgm:cxn modelId="{851B95F0-FD97-4F72-BB10-70E613617ACA}" type="presOf" srcId="{C48EEFFB-8A2E-4114-A023-229FA214C99E}" destId="{BE630A0A-CA60-409F-9B21-61D80C233876}" srcOrd="1" destOrd="0" presId="urn:microsoft.com/office/officeart/2005/8/layout/orgChart1"/>
    <dgm:cxn modelId="{F8C189F5-DBFC-4173-B406-3771602F1E42}" type="presOf" srcId="{0DF582B7-1028-4F43-BF58-D45BCA0C7870}" destId="{3C7B517E-FDBC-4E7A-80E8-0FFCE8B5D696}" srcOrd="0" destOrd="0" presId="urn:microsoft.com/office/officeart/2005/8/layout/orgChart1"/>
    <dgm:cxn modelId="{40596FF8-8561-4702-A9F8-1BD292F621AE}" type="presOf" srcId="{0145F0B5-5146-41BE-BEF6-BD15D4A67657}" destId="{A94779F7-C455-4E4C-9DFA-619192EF4AB1}" srcOrd="0" destOrd="0" presId="urn:microsoft.com/office/officeart/2005/8/layout/orgChart1"/>
    <dgm:cxn modelId="{7090D2C0-32C1-4F44-B31A-A3083F7E241E}" type="presParOf" srcId="{B92761AD-498A-417F-B510-BCFC0CA4F35F}" destId="{535BF8C5-03F7-4F04-80B1-B9D2F35860FB}" srcOrd="0" destOrd="0" presId="urn:microsoft.com/office/officeart/2005/8/layout/orgChart1"/>
    <dgm:cxn modelId="{CB17E795-E8CC-480B-AE3A-08A9ABE7A595}" type="presParOf" srcId="{535BF8C5-03F7-4F04-80B1-B9D2F35860FB}" destId="{BB94E8D2-593F-4822-9354-F70BD88B02EB}" srcOrd="0" destOrd="0" presId="urn:microsoft.com/office/officeart/2005/8/layout/orgChart1"/>
    <dgm:cxn modelId="{D252B1B1-BF09-44DF-8B43-98C23766E320}" type="presParOf" srcId="{BB94E8D2-593F-4822-9354-F70BD88B02EB}" destId="{EED83933-2D56-40C9-B7DA-B0683F73CE27}" srcOrd="0" destOrd="0" presId="urn:microsoft.com/office/officeart/2005/8/layout/orgChart1"/>
    <dgm:cxn modelId="{0A4AF34A-1E6B-4F8B-B271-6E502CF6896D}" type="presParOf" srcId="{BB94E8D2-593F-4822-9354-F70BD88B02EB}" destId="{5736CB65-7EA1-4227-9E04-00AC375DBE2D}" srcOrd="1" destOrd="0" presId="urn:microsoft.com/office/officeart/2005/8/layout/orgChart1"/>
    <dgm:cxn modelId="{DCB7EA39-9B5B-4FC6-8AB4-EC5628AE1133}" type="presParOf" srcId="{535BF8C5-03F7-4F04-80B1-B9D2F35860FB}" destId="{CC2442E2-429B-4F9E-BB12-C2C1975CC8DA}" srcOrd="1" destOrd="0" presId="urn:microsoft.com/office/officeart/2005/8/layout/orgChart1"/>
    <dgm:cxn modelId="{7D2CAA7D-0FA7-4475-BB8E-4232A1A52380}" type="presParOf" srcId="{CC2442E2-429B-4F9E-BB12-C2C1975CC8DA}" destId="{A94779F7-C455-4E4C-9DFA-619192EF4AB1}" srcOrd="0" destOrd="0" presId="urn:microsoft.com/office/officeart/2005/8/layout/orgChart1"/>
    <dgm:cxn modelId="{6380D61F-1C6C-4C83-AE99-48ED06779DC2}" type="presParOf" srcId="{CC2442E2-429B-4F9E-BB12-C2C1975CC8DA}" destId="{122EE496-120E-4D2A-91AB-83CFF0FE3E8E}" srcOrd="1" destOrd="0" presId="urn:microsoft.com/office/officeart/2005/8/layout/orgChart1"/>
    <dgm:cxn modelId="{831CA631-A7FC-414D-B7DA-955DF7E2E18D}" type="presParOf" srcId="{122EE496-120E-4D2A-91AB-83CFF0FE3E8E}" destId="{40ED2A70-ABAB-4A67-B591-8680F4F50B4A}" srcOrd="0" destOrd="0" presId="urn:microsoft.com/office/officeart/2005/8/layout/orgChart1"/>
    <dgm:cxn modelId="{71CBE03C-EA1E-474F-9C5C-682983C15C4E}" type="presParOf" srcId="{40ED2A70-ABAB-4A67-B591-8680F4F50B4A}" destId="{FD483878-2D52-4040-B4F8-6B58EFE5E648}" srcOrd="0" destOrd="0" presId="urn:microsoft.com/office/officeart/2005/8/layout/orgChart1"/>
    <dgm:cxn modelId="{B0EE31AA-6BAA-4141-BE6E-3A6396A40DBD}" type="presParOf" srcId="{40ED2A70-ABAB-4A67-B591-8680F4F50B4A}" destId="{BE630A0A-CA60-409F-9B21-61D80C233876}" srcOrd="1" destOrd="0" presId="urn:microsoft.com/office/officeart/2005/8/layout/orgChart1"/>
    <dgm:cxn modelId="{CA6FA7BC-EBBF-44E6-9E5E-F8E823A29725}" type="presParOf" srcId="{122EE496-120E-4D2A-91AB-83CFF0FE3E8E}" destId="{234760F6-0405-42C0-BC73-8B7F320EB339}" srcOrd="1" destOrd="0" presId="urn:microsoft.com/office/officeart/2005/8/layout/orgChart1"/>
    <dgm:cxn modelId="{C5A4B51F-1763-4014-9EC6-A546F6AF2CAD}" type="presParOf" srcId="{122EE496-120E-4D2A-91AB-83CFF0FE3E8E}" destId="{392D34C0-3989-4F4C-A71C-06BF5987138A}" srcOrd="2" destOrd="0" presId="urn:microsoft.com/office/officeart/2005/8/layout/orgChart1"/>
    <dgm:cxn modelId="{29F0ABCA-F440-4676-B044-13BCC74594E3}" type="presParOf" srcId="{CC2442E2-429B-4F9E-BB12-C2C1975CC8DA}" destId="{EC1CEDB2-27ED-4705-93D6-133FC317EC7B}" srcOrd="2" destOrd="0" presId="urn:microsoft.com/office/officeart/2005/8/layout/orgChart1"/>
    <dgm:cxn modelId="{350E876A-281B-4B34-9858-E45D752D9CD6}" type="presParOf" srcId="{CC2442E2-429B-4F9E-BB12-C2C1975CC8DA}" destId="{EB45EC1A-D43D-41DB-BC6A-14D37F8A2E60}" srcOrd="3" destOrd="0" presId="urn:microsoft.com/office/officeart/2005/8/layout/orgChart1"/>
    <dgm:cxn modelId="{92F1A9C1-4E13-4BB6-B01E-28987DB53505}" type="presParOf" srcId="{EB45EC1A-D43D-41DB-BC6A-14D37F8A2E60}" destId="{A0C1AB30-3C17-4FF0-B175-CD62568E8CE2}" srcOrd="0" destOrd="0" presId="urn:microsoft.com/office/officeart/2005/8/layout/orgChart1"/>
    <dgm:cxn modelId="{87C57A3F-2853-4BCC-9F9D-E85BF20F10DD}" type="presParOf" srcId="{A0C1AB30-3C17-4FF0-B175-CD62568E8CE2}" destId="{0D528FFA-E88C-484B-9B81-244BD27124B2}" srcOrd="0" destOrd="0" presId="urn:microsoft.com/office/officeart/2005/8/layout/orgChart1"/>
    <dgm:cxn modelId="{0ADE581B-A129-4D3B-AD5A-25D92E5CB0AF}" type="presParOf" srcId="{A0C1AB30-3C17-4FF0-B175-CD62568E8CE2}" destId="{AA8A10D0-311E-4877-9924-C5FB0B9F7F7B}" srcOrd="1" destOrd="0" presId="urn:microsoft.com/office/officeart/2005/8/layout/orgChart1"/>
    <dgm:cxn modelId="{4970E2AF-3E75-429F-89AD-5EE77774249D}" type="presParOf" srcId="{EB45EC1A-D43D-41DB-BC6A-14D37F8A2E60}" destId="{DC31EA73-0A72-408A-B44C-86AF0BE955C7}" srcOrd="1" destOrd="0" presId="urn:microsoft.com/office/officeart/2005/8/layout/orgChart1"/>
    <dgm:cxn modelId="{123442D8-63B3-4A59-B561-4D8F37823376}" type="presParOf" srcId="{EB45EC1A-D43D-41DB-BC6A-14D37F8A2E60}" destId="{DA220251-620B-4EEA-A73B-7833536A0287}" srcOrd="2" destOrd="0" presId="urn:microsoft.com/office/officeart/2005/8/layout/orgChart1"/>
    <dgm:cxn modelId="{0C63C8C2-F8EA-4152-A3FD-355BCADA396A}" type="presParOf" srcId="{CC2442E2-429B-4F9E-BB12-C2C1975CC8DA}" destId="{EDD98427-DCB9-43D6-9102-37394767C145}" srcOrd="4" destOrd="0" presId="urn:microsoft.com/office/officeart/2005/8/layout/orgChart1"/>
    <dgm:cxn modelId="{CB642AEC-B727-461D-89B0-61C1BF62A5A5}" type="presParOf" srcId="{CC2442E2-429B-4F9E-BB12-C2C1975CC8DA}" destId="{34355D16-3C18-438D-B650-C00DA12C1D59}" srcOrd="5" destOrd="0" presId="urn:microsoft.com/office/officeart/2005/8/layout/orgChart1"/>
    <dgm:cxn modelId="{214AD115-A75D-49F7-8BBF-BBC70FC073A6}" type="presParOf" srcId="{34355D16-3C18-438D-B650-C00DA12C1D59}" destId="{52790EC2-B799-4E67-B44F-BF3E8383076B}" srcOrd="0" destOrd="0" presId="urn:microsoft.com/office/officeart/2005/8/layout/orgChart1"/>
    <dgm:cxn modelId="{977FCE1A-9277-47C7-AB9A-E8BA937D3C24}" type="presParOf" srcId="{52790EC2-B799-4E67-B44F-BF3E8383076B}" destId="{3C7B517E-FDBC-4E7A-80E8-0FFCE8B5D696}" srcOrd="0" destOrd="0" presId="urn:microsoft.com/office/officeart/2005/8/layout/orgChart1"/>
    <dgm:cxn modelId="{8B54DAC1-50B0-4D37-8CF7-2A63AD9C2475}" type="presParOf" srcId="{52790EC2-B799-4E67-B44F-BF3E8383076B}" destId="{558CB291-137A-401C-A2C8-BE1281179A85}" srcOrd="1" destOrd="0" presId="urn:microsoft.com/office/officeart/2005/8/layout/orgChart1"/>
    <dgm:cxn modelId="{DBD630DD-8EE3-41FA-B17C-02CDD1716A4C}" type="presParOf" srcId="{34355D16-3C18-438D-B650-C00DA12C1D59}" destId="{20342E8B-07C7-48C7-8824-A456185812BC}" srcOrd="1" destOrd="0" presId="urn:microsoft.com/office/officeart/2005/8/layout/orgChart1"/>
    <dgm:cxn modelId="{4EAF332E-3309-4121-98E1-9FE6B16A40C2}" type="presParOf" srcId="{34355D16-3C18-438D-B650-C00DA12C1D59}" destId="{33F5BD8C-22A5-41A9-8FB2-7BE120906FCA}" srcOrd="2" destOrd="0" presId="urn:microsoft.com/office/officeart/2005/8/layout/orgChart1"/>
    <dgm:cxn modelId="{8506E851-FC41-410A-9252-AC3FFDF54BF3}" type="presParOf" srcId="{535BF8C5-03F7-4F04-80B1-B9D2F35860FB}" destId="{D42ECA39-DC2A-4B11-BA1F-251E25B101A0}"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D98427-DCB9-43D6-9102-37394767C145}">
      <dsp:nvSpPr>
        <dsp:cNvPr id="0" name=""/>
        <dsp:cNvSpPr/>
      </dsp:nvSpPr>
      <dsp:spPr>
        <a:xfrm>
          <a:off x="2532090" y="766183"/>
          <a:ext cx="160731" cy="1791012"/>
        </a:xfrm>
        <a:custGeom>
          <a:avLst/>
          <a:gdLst/>
          <a:ahLst/>
          <a:cxnLst/>
          <a:rect l="0" t="0" r="0" b="0"/>
          <a:pathLst>
            <a:path>
              <a:moveTo>
                <a:pt x="0" y="0"/>
              </a:moveTo>
              <a:lnTo>
                <a:pt x="0" y="1791012"/>
              </a:lnTo>
              <a:lnTo>
                <a:pt x="160731" y="17910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1CEDB2-27ED-4705-93D6-133FC317EC7B}">
      <dsp:nvSpPr>
        <dsp:cNvPr id="0" name=""/>
        <dsp:cNvSpPr/>
      </dsp:nvSpPr>
      <dsp:spPr>
        <a:xfrm>
          <a:off x="2371358" y="766183"/>
          <a:ext cx="160731" cy="704158"/>
        </a:xfrm>
        <a:custGeom>
          <a:avLst/>
          <a:gdLst/>
          <a:ahLst/>
          <a:cxnLst/>
          <a:rect l="0" t="0" r="0" b="0"/>
          <a:pathLst>
            <a:path>
              <a:moveTo>
                <a:pt x="160731" y="0"/>
              </a:moveTo>
              <a:lnTo>
                <a:pt x="160731" y="704158"/>
              </a:lnTo>
              <a:lnTo>
                <a:pt x="0" y="70415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4779F7-C455-4E4C-9DFA-619192EF4AB1}">
      <dsp:nvSpPr>
        <dsp:cNvPr id="0" name=""/>
        <dsp:cNvSpPr/>
      </dsp:nvSpPr>
      <dsp:spPr>
        <a:xfrm>
          <a:off x="2532090" y="766183"/>
          <a:ext cx="160731" cy="704158"/>
        </a:xfrm>
        <a:custGeom>
          <a:avLst/>
          <a:gdLst/>
          <a:ahLst/>
          <a:cxnLst/>
          <a:rect l="0" t="0" r="0" b="0"/>
          <a:pathLst>
            <a:path>
              <a:moveTo>
                <a:pt x="0" y="0"/>
              </a:moveTo>
              <a:lnTo>
                <a:pt x="0" y="704158"/>
              </a:lnTo>
              <a:lnTo>
                <a:pt x="160731" y="70415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D83933-2D56-40C9-B7DA-B0683F73CE27}">
      <dsp:nvSpPr>
        <dsp:cNvPr id="0" name=""/>
        <dsp:cNvSpPr/>
      </dsp:nvSpPr>
      <dsp:spPr>
        <a:xfrm>
          <a:off x="1334163" y="794"/>
          <a:ext cx="2395853" cy="7653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ID" sz="1200" b="1" kern="1200">
              <a:latin typeface="Times New Roman" panose="02020603050405020304" pitchFamily="18" charset="0"/>
              <a:cs typeface="Times New Roman" panose="02020603050405020304" pitchFamily="18" charset="0"/>
            </a:rPr>
            <a:t>Tantangan Komunikasi Bahasa</a:t>
          </a:r>
          <a:br>
            <a:rPr lang="en-ID" sz="1200" kern="1200">
              <a:latin typeface="Times New Roman" panose="02020603050405020304" pitchFamily="18" charset="0"/>
              <a:cs typeface="Times New Roman" panose="02020603050405020304" pitchFamily="18" charset="0"/>
            </a:rPr>
          </a:br>
          <a:r>
            <a:rPr lang="en-ID" sz="1200" kern="1200">
              <a:latin typeface="Times New Roman" panose="02020603050405020304" pitchFamily="18" charset="0"/>
              <a:cs typeface="Times New Roman" panose="02020603050405020304" pitchFamily="18" charset="0"/>
            </a:rPr>
            <a:t>Keigo/Teineigo – kosakata teknis – situasi pelayanan – dialek dan kecepatan berbicara</a:t>
          </a:r>
        </a:p>
      </dsp:txBody>
      <dsp:txXfrm>
        <a:off x="1334163" y="794"/>
        <a:ext cx="2395853" cy="765389"/>
      </dsp:txXfrm>
    </dsp:sp>
    <dsp:sp modelId="{FD483878-2D52-4040-B4F8-6B58EFE5E648}">
      <dsp:nvSpPr>
        <dsp:cNvPr id="0" name=""/>
        <dsp:cNvSpPr/>
      </dsp:nvSpPr>
      <dsp:spPr>
        <a:xfrm>
          <a:off x="2692822" y="1087647"/>
          <a:ext cx="2014643" cy="7653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ID" sz="1200" b="1" kern="1200">
              <a:latin typeface="Times New Roman" panose="02020603050405020304" pitchFamily="18" charset="0"/>
              <a:cs typeface="Times New Roman" panose="02020603050405020304" pitchFamily="18" charset="0"/>
            </a:rPr>
            <a:t>Strategi Adaptasi</a:t>
          </a:r>
          <a:br>
            <a:rPr lang="en-ID" sz="1200" kern="1200">
              <a:latin typeface="Times New Roman" panose="02020603050405020304" pitchFamily="18" charset="0"/>
              <a:cs typeface="Times New Roman" panose="02020603050405020304" pitchFamily="18" charset="0"/>
            </a:rPr>
          </a:br>
          <a:r>
            <a:rPr lang="en-ID" sz="1200" kern="1200">
              <a:latin typeface="Times New Roman" panose="02020603050405020304" pitchFamily="18" charset="0"/>
              <a:cs typeface="Times New Roman" panose="02020603050405020304" pitchFamily="18" charset="0"/>
            </a:rPr>
            <a:t>Komunikasi aktif – pembelajaran mandiri – klarifikasi – penyesuaian sikap</a:t>
          </a:r>
        </a:p>
      </dsp:txBody>
      <dsp:txXfrm>
        <a:off x="2692822" y="1087647"/>
        <a:ext cx="2014643" cy="765389"/>
      </dsp:txXfrm>
    </dsp:sp>
    <dsp:sp modelId="{0D528FFA-E88C-484B-9B81-244BD27124B2}">
      <dsp:nvSpPr>
        <dsp:cNvPr id="0" name=""/>
        <dsp:cNvSpPr/>
      </dsp:nvSpPr>
      <dsp:spPr>
        <a:xfrm>
          <a:off x="333798" y="1087647"/>
          <a:ext cx="2037559" cy="7653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ID" sz="1200" b="1" kern="1200">
              <a:latin typeface="Times New Roman" panose="02020603050405020304" pitchFamily="18" charset="0"/>
              <a:cs typeface="Times New Roman" panose="02020603050405020304" pitchFamily="18" charset="0"/>
            </a:rPr>
            <a:t>Tantangan Etika dan Budaya Kerja</a:t>
          </a:r>
          <a:br>
            <a:rPr lang="en-ID" sz="1200" kern="1200">
              <a:latin typeface="Times New Roman" panose="02020603050405020304" pitchFamily="18" charset="0"/>
              <a:cs typeface="Times New Roman" panose="02020603050405020304" pitchFamily="18" charset="0"/>
            </a:rPr>
          </a:br>
          <a:r>
            <a:rPr lang="en-ID" sz="1200" kern="1200">
              <a:latin typeface="Times New Roman" panose="02020603050405020304" pitchFamily="18" charset="0"/>
              <a:cs typeface="Times New Roman" panose="02020603050405020304" pitchFamily="18" charset="0"/>
            </a:rPr>
            <a:t>Kecepatan – ketelitian – kedisiplinan – standar pelayanan</a:t>
          </a:r>
        </a:p>
      </dsp:txBody>
      <dsp:txXfrm>
        <a:off x="333798" y="1087647"/>
        <a:ext cx="2037559" cy="765389"/>
      </dsp:txXfrm>
    </dsp:sp>
    <dsp:sp modelId="{3C7B517E-FDBC-4E7A-80E8-0FFCE8B5D696}">
      <dsp:nvSpPr>
        <dsp:cNvPr id="0" name=""/>
        <dsp:cNvSpPr/>
      </dsp:nvSpPr>
      <dsp:spPr>
        <a:xfrm>
          <a:off x="2692822" y="2174501"/>
          <a:ext cx="1530779" cy="76538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ID" sz="1200" kern="1200">
              <a:latin typeface="Times New Roman" panose="02020603050405020304" pitchFamily="18" charset="0"/>
              <a:cs typeface="Times New Roman" panose="02020603050405020304" pitchFamily="18" charset="0"/>
            </a:rPr>
            <a:t>Kemampuan beradaptasi dalam lingkungan hospitality Jepang</a:t>
          </a:r>
        </a:p>
      </dsp:txBody>
      <dsp:txXfrm>
        <a:off x="2692822" y="2174501"/>
        <a:ext cx="1530779" cy="76538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NoLn">
    <dgm:scene3d>
      <a:camera prst="orthographicFront"/>
      <a:lightRig rig="threePt" dir="t"/>
    </dgm:scene3d>
    <dgm:sp3d/>
    <dgm:txPr/>
    <dgm:style>
      <a:lnRef idx="1">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NoLn">
    <dgm:scene3d>
      <a:camera prst="orthographicFront"/>
      <a:lightRig rig="threePt" dir="t"/>
    </dgm:scene3d>
    <dgm:sp3d/>
    <dgm:txPr/>
    <dgm:style>
      <a:lnRef idx="1">
        <a:scrgbClr r="0" g="0" b="0"/>
      </a:lnRef>
      <a:fillRef idx="1">
        <a:scrgbClr r="0" g="0" b="0"/>
      </a:fillRef>
      <a:effectRef idx="0">
        <a:scrgbClr r="0" g="0" b="0"/>
      </a:effectRef>
      <a:fontRef idx="minor">
        <a:schemeClr val="lt1"/>
      </a:fontRef>
    </dgm:style>
  </dgm:styleLbl>
  <dgm:styleLbl name="ltNode1NoLn">
    <dgm:scene3d>
      <a:camera prst="orthographicFront"/>
      <a:lightRig rig="threePt" dir="t"/>
    </dgm:scene3d>
    <dgm:sp3d/>
    <dgm:txPr/>
    <dgm:style>
      <a:lnRef idx="1">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NoLn">
    <dgm:scene3d>
      <a:camera prst="orthographicFront"/>
      <a:lightRig rig="threePt" dir="t"/>
    </dgm:scene3d>
    <dgm:sp3d/>
    <dgm:txPr/>
    <dgm:style>
      <a:lnRef idx="1">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NoLn">
    <dgm:scene3d>
      <a:camera prst="orthographicFront"/>
      <a:lightRig rig="threePt" dir="t"/>
    </dgm:scene3d>
    <dgm:sp3d/>
    <dgm:txPr/>
    <dgm:style>
      <a:lnRef idx="1">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NoLn">
    <dgm:scene3d>
      <a:camera prst="orthographicFront"/>
      <a:lightRig rig="threePt" dir="t"/>
    </dgm:scene3d>
    <dgm:sp3d/>
    <dgm:txPr/>
    <dgm:style>
      <a:lnRef idx="1">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revTxLt">
    <dgm:scene3d>
      <a:camera prst="orthographicFront"/>
      <a:lightRig rig="threePt" dir="t"/>
    </dgm:scene3d>
    <dgm:sp3d/>
    <dgm:txPr/>
    <dgm:style>
      <a:lnRef idx="0">
        <a:scrgbClr r="0" g="0" b="0"/>
      </a:lnRef>
      <a:fillRef idx="0">
        <a:scrgbClr r="0" g="0" b="0"/>
      </a:fillRef>
      <a:effectRef idx="0">
        <a:scrgbClr r="0" g="0" b="0"/>
      </a:effectRef>
      <a:fontRef idx="minor">
        <a:schemeClr val="lt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12477</Words>
  <Characters>71125</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83436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Christopher Miniardo Pinontoan</cp:lastModifiedBy>
  <cp:revision>2</cp:revision>
  <dcterms:created xsi:type="dcterms:W3CDTF">2026-08-28T05:36:00Z</dcterms:created>
  <dcterms:modified xsi:type="dcterms:W3CDTF">2026-08-28T05:36:00Z</dcterms:modified>
  <cp:category/>
</cp:coreProperties>
</file>